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Thailand’s lesser-known wedding destinations offer richer guest experiences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For couples planning a destination wedding in Thailand, the venue is only half the story. The real difference for guests often comes from what fills the days around the ceremony: a beach trip, a shared meal, a spa afternoon or an outing that shows off the country beyond the resort. In places such as Krabi, Hua Hin and Khao Lak, that can turn a wedding into a short break in its own right, especially for family groups travelling from overseas.</w:t>
      </w:r>
      <w:r/>
    </w:p>
    <w:p>
      <w:r/>
      <w:r>
        <w:t>Khao Lak is particularly well suited to that kind of trip. My Overseas Wedding says The Sarojin, a beachfront resort there, sits on an 11-kilometre stretch of sand and was given MICHELIN Two Keys in 2025, while its position near the Andaman Sea gives easy access to the Similan and Surin islands, Phang Nga Bay and several national parks. For travellers, that means a wedding base with calm surroundings and strong options for day trips, without the busier feel of Phuket.</w:t>
      </w:r>
      <w:r/>
    </w:p>
    <w:p>
      <w:r/>
      <w:r>
        <w:t>Krabi offers a different appeal. According to event planners and local operators, its limestone cliffs, beaches and quieter pace make it a strong choice for couples who want dramatic scenery without the crowds found in some better-known Thai resorts. That also gives wedding guests more to do between functions, from boat trips to island visits, while keeping transfer times manageable.</w:t>
      </w:r>
      <w:r/>
    </w:p>
    <w:p>
      <w:r/>
      <w:r>
        <w:t>For groups wanting something more exclusive, private sea excursions remain one of the most attractive add-ons. Local providers around Khao Lak and Phuket are promoting hidden-island experiences, snorkelling spots and longtail-boat dinners timed for sunset, while other operators organise private island-hopping days with swimming, snorkelling and lunch on the water. For mixed-age wedding parties, the key advantage is flexibility: these trips can be shaped for children, older relatives and guests who prefer a slower pace.</w:t>
      </w:r>
      <w:r/>
    </w:p>
    <w:p>
      <w:r/>
      <w:r>
        <w:t>Some of the most memorable experiences are also the simplest. A Thai cooking class, usually starting with a market visit, gives guests a more hands-on way to engage with local culture, and it can be adapted to vegetarian, Jain and other dietary requirements. For visitors, that makes it easier to sample Thai flavours without feeling excluded from the menu. Short visits to markets, temples and performance venues can add variety without taking up an entire day.</w:t>
      </w:r>
      <w:r/>
    </w:p>
    <w:p>
      <w:r/>
      <w:r>
        <w:t>Wellness is another reason Thailand works so well for destination weddings. Thai massage, spa treatments and quiet beachside downtime help guests recover between events, particularly when the schedule includes multiple ceremonies and late-night celebrations. In Khao Lak, a local planner with more than 300 weddings behind it says many couples now want the planning to be invisible to guests, with logistics, transfers and timings handled smoothly so the holiday feels effortless. Cheow Lan Lake in southern Thailand is also being marketed for private ceremonies and elopements, including boat journeys and overnight stays in a more secluded natural setting.</w:t>
      </w:r>
      <w:r/>
    </w:p>
    <w:p>
      <w:r/>
      <w:r>
        <w:t>For travellers, the most compelling Thai wedding trips are the ones that balance celebration with genuine discovery. Krabi brings scenery, Khao Lak offers calm and access to nature, and the right mix of beach time, food, wellness and private excursions can make the journey feel worthwhile even for guests who are not there solely for the wedding itself. As the wedding planner quoted by Wedding Vows argues, the best trips leave everyone with a story of their own, not just memories of the couple’s big day.</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Paragraph 2: </w:t>
      </w:r>
      <w:hyperlink r:id="rId10">
        <w:r>
          <w:rPr>
            <w:color w:val="0000EE"/>
            <w:u w:val="single"/>
          </w:rPr>
          <w:t>[2]</w:t>
        </w:r>
      </w:hyperlink>
      <w:r>
        <w:t xml:space="preserve">- Paragraph 3: </w:t>
      </w:r>
      <w:hyperlink r:id="rId11">
        <w:r>
          <w:rPr>
            <w:color w:val="0000EE"/>
            <w:u w:val="single"/>
          </w:rPr>
          <w:t>[5]</w:t>
        </w:r>
      </w:hyperlink>
      <w:r>
        <w:t xml:space="preserve">- Paragraph 4: </w:t>
      </w:r>
      <w:hyperlink r:id="rId12">
        <w:r>
          <w:rPr>
            <w:color w:val="0000EE"/>
            <w:u w:val="single"/>
          </w:rPr>
          <w:t>[4]</w:t>
        </w:r>
      </w:hyperlink>
      <w:r>
        <w:t xml:space="preserve">, </w:t>
      </w:r>
      <w:hyperlink r:id="rId13">
        <w:r>
          <w:rPr>
            <w:color w:val="0000EE"/>
            <w:u w:val="single"/>
          </w:rPr>
          <w:t>[7]</w:t>
        </w:r>
      </w:hyperlink>
      <w:r>
        <w:t xml:space="preserve">- Paragraph 5: </w:t>
      </w:r>
      <w:hyperlink r:id="rId9">
        <w:r>
          <w:rPr>
            <w:color w:val="0000EE"/>
            <w:u w:val="single"/>
          </w:rPr>
          <w:t>[1]</w:t>
        </w:r>
      </w:hyperlink>
      <w:r>
        <w:t xml:space="preserve">, </w:t>
      </w:r>
      <w:hyperlink r:id="rId14">
        <w:r>
          <w:rPr>
            <w:color w:val="0000EE"/>
            <w:u w:val="single"/>
          </w:rPr>
          <w:t>[6]</w:t>
        </w:r>
      </w:hyperlink>
      <w:r>
        <w:t xml:space="preserve">- Paragraph 6: </w:t>
      </w:r>
      <w:hyperlink r:id="rId9">
        <w:r>
          <w:rPr>
            <w:color w:val="0000EE"/>
            <w:u w:val="single"/>
          </w:rPr>
          <w:t>[1]</w:t>
        </w:r>
      </w:hyperlink>
      <w:r>
        <w:t xml:space="preserve">, </w:t>
      </w:r>
      <w:hyperlink r:id="rId15">
        <w:r>
          <w:rPr>
            <w:color w:val="0000EE"/>
            <w:u w:val="single"/>
          </w:rPr>
          <w:t>[3]</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https://www.weddingvows.com/beyond-the-wedding-creating-unforgettable-guest-experiences-in-thailand/</w:t>
        </w:r>
      </w:hyperlink>
      <w:r>
        <w:t xml:space="preserve"> - Please view link - unable to able to access data</w:t>
      </w:r>
      <w:r/>
    </w:p>
    <w:p>
      <w:pPr>
        <w:pStyle w:val="ListNumber"/>
        <w:spacing w:line="240" w:lineRule="auto"/>
        <w:ind w:left="720"/>
      </w:pPr>
      <w:r/>
      <w:hyperlink r:id="rId10">
        <w:r>
          <w:rPr>
            <w:color w:val="0000EE"/>
            <w:u w:val="single"/>
          </w:rPr>
          <w:t>https://www.myoverseaswedding.com/wedding-destinations/thailand/the-sarojin</w:t>
        </w:r>
      </w:hyperlink>
      <w:r>
        <w:t xml:space="preserve"> - The Sarojin is an award-winning luxury boutique resort located along an unspoiled 11-kilometre stretch of white sand beach in Khao Lak, Thailand. Recognised with MICHELIN Two Keys in 2025 as 'an exceptional stay', this secluded beachfront sanctuary offers a rare sense of tranquillity, where lush tropical gardens meet the crystal-clear waters of the Andaman Sea. Sheltered by the coral headland of Pakarang Cape, the resort enjoys year-round swimming and effortless access to some of Thailand’s most spectacular natural wonders, including the Similan and Surin Islands, Phang Nga Bay, and five surrounding national parks. Just one hour north of Phuket International Airport, The Sarojin feels worlds away, designed as an intimate retreat for couples, honeymooners, and guests seeking a peaceful, personalised escape.</w:t>
      </w:r>
      <w:r/>
    </w:p>
    <w:p>
      <w:pPr>
        <w:pStyle w:val="ListNumber"/>
        <w:spacing w:line="240" w:lineRule="auto"/>
        <w:ind w:left="720"/>
      </w:pPr>
      <w:r/>
      <w:hyperlink r:id="rId15">
        <w:r>
          <w:rPr>
            <w:color w:val="0000EE"/>
            <w:u w:val="single"/>
          </w:rPr>
          <w:t>https://www.cheowlanlaketravel.com/cheow-lan-lake-wedding-elopement</w:t>
        </w:r>
      </w:hyperlink>
      <w:r>
        <w:t xml:space="preserve"> - Cheow Lan Lake offers private wedding and elopement experiences arranged by a local team, encompassing boat journeys, ceremonies, and overnight stays. The private floating ceremony provides a peaceful and exclusive setting amidst untouched nature, with options for sunrise and sunset ceremonies, viewpoints, and minimal distractions. Transfers, permits, timelines, and coordination are handled by local experts to ensure a relaxed and enjoyable experience for couples.</w:t>
      </w:r>
      <w:r/>
    </w:p>
    <w:p>
      <w:pPr>
        <w:pStyle w:val="ListNumber"/>
        <w:spacing w:line="240" w:lineRule="auto"/>
        <w:ind w:left="720"/>
      </w:pPr>
      <w:r/>
      <w:hyperlink r:id="rId12">
        <w:r>
          <w:rPr>
            <w:color w:val="0000EE"/>
            <w:u w:val="single"/>
          </w:rPr>
          <w:t>https://www.jctour-phuket.com/kohpah/index.php</w:t>
        </w:r>
      </w:hyperlink>
      <w:r>
        <w:t xml:space="preserve"> - Koh Pha, also known as Cloth Island, is a tiny sandbank rising beautifully from the Andaman Sea. Surrounded by crystal-clear blue water, this hidden island feels like a small desert in the ocean—peaceful, untouched, and known mainly by local fishermen. Just one kilometre from Koh Pha lie three long untouched coral reef lines, creating excellent snorkeling sites with clear visibility, colourful reef life, and a quiet underwater atmosphere. This makes Koh Pha one of the most unique hidden island experiences near Phuket and Khao Lak.</w:t>
      </w:r>
      <w:r/>
    </w:p>
    <w:p>
      <w:pPr>
        <w:pStyle w:val="ListNumber"/>
        <w:spacing w:line="240" w:lineRule="auto"/>
        <w:ind w:left="720"/>
      </w:pPr>
      <w:r/>
      <w:hyperlink r:id="rId11">
        <w:r>
          <w:rPr>
            <w:color w:val="0000EE"/>
            <w:u w:val="single"/>
          </w:rPr>
          <w:t>https://www.blisseventthailand.com/krabi</w:t>
        </w:r>
      </w:hyperlink>
      <w:r>
        <w:t xml:space="preserve"> - Krabi is an exceptional events destination, known for its breathtaking natural landscapes, dramatic limestone cliffs, and tranquil beaches. It offers a stunning and less-crowded alternative to Phuket, making it a perfect choice for a variety of events, from intimate weddings to corporate retreats. The natural beauty of the area provides an unforgettable backdrop for a ceremony and celebration, offering a more tranquil and nature-focused experience than some of Thailand's more bustling destinations.</w:t>
      </w:r>
      <w:r/>
    </w:p>
    <w:p>
      <w:pPr>
        <w:pStyle w:val="ListNumber"/>
        <w:spacing w:line="240" w:lineRule="auto"/>
        <w:ind w:left="720"/>
      </w:pPr>
      <w:r/>
      <w:hyperlink r:id="rId14">
        <w:r>
          <w:rPr>
            <w:color w:val="0000EE"/>
            <w:u w:val="single"/>
          </w:rPr>
          <w:t>https://niramitcreations.com/?page_id=27352</w:t>
        </w:r>
      </w:hyperlink>
      <w:r>
        <w:t xml:space="preserve"> - Niramit Creations is a specialist Indian wedding planner in Khao Lak. From beachfront ceremonies to lush garden receptions at world-class resorts, they handle venue expertise, guest logistics, and seamless on-ground execution. With over 300 weddings delivered and more than 15 years in Thailand, they offer end-to-end wedding planning services, ensuring couples can celebrate while every detail is managed.</w:t>
      </w:r>
      <w:r/>
    </w:p>
    <w:p>
      <w:pPr>
        <w:pStyle w:val="ListNumber"/>
        <w:spacing w:line="240" w:lineRule="auto"/>
        <w:ind w:left="720"/>
      </w:pPr>
      <w:r/>
      <w:hyperlink r:id="rId13">
        <w:r>
          <w:rPr>
            <w:color w:val="0000EE"/>
            <w:u w:val="single"/>
          </w:rPr>
          <w:t>https://www.tripstorekrabi.com/Activities/Khao-Lak/Private-Signature-Longtail-Voyage-to-Exclusive-Khao-Lak-Hidden-Khao-Na-Yak</w:t>
        </w:r>
      </w:hyperlink>
      <w:r>
        <w:t xml:space="preserve"> - Experience the ultimate romantic evening on the Andaman Sea aboard the luxury wooden longtail boat. Escape the crowds to snorkel in the pristine waters of Khao Na Yak, paddle a kayak across the tranquil sea, and savour a curated dinner while watching a breathtaking tropical sunset along the Khao Lak coastline. This private voyage offers a serene and intimate setting for couples seeking a unique and memorable experience.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eddingvows.com/beyond-the-wedding-creating-unforgettable-guest-experiences-in-thailand/" TargetMode="External"/><Relationship Id="rId10" Type="http://schemas.openxmlformats.org/officeDocument/2006/relationships/hyperlink" Target="https://www.myoverseaswedding.com/wedding-destinations/thailand/the-sarojin" TargetMode="External"/><Relationship Id="rId11" Type="http://schemas.openxmlformats.org/officeDocument/2006/relationships/hyperlink" Target="https://www.blisseventthailand.com/krabi" TargetMode="External"/><Relationship Id="rId12" Type="http://schemas.openxmlformats.org/officeDocument/2006/relationships/hyperlink" Target="https://www.jctour-phuket.com/kohpah/index.php" TargetMode="External"/><Relationship Id="rId13" Type="http://schemas.openxmlformats.org/officeDocument/2006/relationships/hyperlink" Target="https://www.tripstorekrabi.com/Activities/Khao-Lak/Private-Signature-Longtail-Voyage-to-Exclusive-Khao-Lak-Hidden-Khao-Na-Yak" TargetMode="External"/><Relationship Id="rId14" Type="http://schemas.openxmlformats.org/officeDocument/2006/relationships/hyperlink" Target="https://niramitcreations.com/?page_id=27352" TargetMode="External"/><Relationship Id="rId15" Type="http://schemas.openxmlformats.org/officeDocument/2006/relationships/hyperlink" Target="https://www.cheowlanlaketravel.com/cheow-lan-lake-wedding-elopement"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