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Staying near Asoke offers a game-changing convenience for Bangkok travellers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For travellers arriving in Bangkok, the easiest way to turn a potentially punishing city into a manageable one is to stay close to the rail network. Around Asoke, that means having both the BTS SkyTrain and the MRT within easy reach, which makes it far simpler to move between shopping districts, parks and transport links without relying on road traffic. The area sits at a useful crossroads for visitors who want a base that is practical as well as central, especially if they plan to spend more time sightseeing than sitting in taxis. Sources by paragraph: Paragraph 1: </w:t>
      </w:r>
      <w:hyperlink r:id="rId9">
        <w:r>
          <w:rPr>
            <w:color w:val="0000EE"/>
            <w:u w:val="single"/>
          </w:rPr>
          <w:t>[2]</w:t>
        </w:r>
      </w:hyperlink>
      <w:r>
        <w:t xml:space="preserve">, </w:t>
      </w:r>
      <w:hyperlink r:id="rId10">
        <w:r>
          <w:rPr>
            <w:color w:val="0000EE"/>
            <w:u w:val="single"/>
          </w:rPr>
          <w:t>[3]</w:t>
        </w:r>
      </w:hyperlink>
      <w:r>
        <w:t xml:space="preserve">, </w:t>
      </w:r>
      <w:hyperlink r:id="rId11">
        <w:r>
          <w:rPr>
            <w:color w:val="0000EE"/>
            <w:u w:val="single"/>
          </w:rPr>
          <w:t>[1]</w:t>
        </w:r>
      </w:hyperlink>
      <w:r/>
    </w:p>
    <w:p>
      <w:r/>
      <w:r>
        <w:t xml:space="preserve">The BTS and MRT are separate systems, but together they cover much of the city that most visitors actually want to see. According to the official BTS SkyTrain website, the network runs on two lines: the Sukhumvit Line and the Silom Line, with major interchange points such as Siam. Travel guides also note that Asoke is one of the places where the BTS and MRT work especially well together, giving easy access to shopping malls, nightlife and business districts, while other interchanges open up further parts of central Bangkok. Sources by paragraph: Paragraph 2: </w:t>
      </w:r>
      <w:hyperlink r:id="rId9">
        <w:r>
          <w:rPr>
            <w:color w:val="0000EE"/>
            <w:u w:val="single"/>
          </w:rPr>
          <w:t>[2]</w:t>
        </w:r>
      </w:hyperlink>
      <w:r>
        <w:t xml:space="preserve">, </w:t>
      </w:r>
      <w:hyperlink r:id="rId10">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p>
    <w:p>
      <w:r/>
      <w:r>
        <w:t xml:space="preserve">That matters for day-to-day exploring. From Asoke, travellers can reach major mall complexes in the Sukhumvit area, spend time in Benjakitti Park, or push further out to Chatuchak Market without needing to plan around Bangkok’s worst traffic. The BTS is particularly useful for the city’s commercial and entertainment zones, while the MRT is better for moving across central Bangkok, including areas linked to the Old Town, Chinatown and the main rail station. For many visitors, that combination is what makes a stay near Asoke feel efficient rather than stressful. Sources by paragraph: Paragraph 3: </w:t>
      </w:r>
      <w:hyperlink r:id="rId11">
        <w:r>
          <w:rPr>
            <w:color w:val="0000EE"/>
            <w:u w:val="single"/>
          </w:rPr>
          <w:t>[1]</w:t>
        </w:r>
      </w:hyperlink>
      <w:r>
        <w:t xml:space="preserve">, </w:t>
      </w:r>
      <w:hyperlink r:id="rId10">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p>
    <w:p>
      <w:r/>
      <w:r>
        <w:t xml:space="preserve">It is also a sensible base for airport access. The route connections around Asoke can link travellers to the Airport Rail Link, which makes the journey to Suvarnabhumi much more predictable than crossing the city by car at busy times. Practical details help too: guides say BTS trains generally run from around 6:00 am to midnight, stations are air-conditioned, and signage is in English and Thai, with ticket options that include single-journey fares and stored-value cards such as Rabbit Card. For visitors choosing where to stay in Bangkok, that combination of convenience and clarity is hard to beat. Sources by paragraph: Paragraph 4: </w:t>
      </w:r>
      <w:hyperlink r:id="rId10">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0">
        <w:r>
          <w:rPr>
            <w:color w:val="0000EE"/>
            <w:u w:val="single"/>
          </w:rPr>
          <w:t>[6]</w:t>
        </w:r>
      </w:hyperlink>
      <w:r>
        <w:t xml:space="preserve">, </w:t>
      </w:r>
      <w:hyperlink r:id="rId13">
        <w:r>
          <w:rPr>
            <w:color w:val="0000EE"/>
            <w:u w:val="single"/>
          </w:rPr>
          <w:t>[7]</w:t>
        </w:r>
      </w:hyperlink>
      <w:r/>
    </w:p>
    <w:p>
      <w:pPr>
        <w:pStyle w:val="Heading3"/>
      </w:pPr>
      <w:r>
        <w:t>Source Reference Map</w:t>
      </w:r>
      <w:r/>
    </w:p>
    <w:p>
      <w:r/>
      <w:r>
        <w:rPr>
          <w:b/>
        </w:rPr>
        <w:t>Inspired by headline at:</w:t>
      </w:r>
      <w:r>
        <w:t xml:space="preserve"> </w:t>
      </w:r>
      <w:hyperlink r:id="rId11">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w:t>
      </w:r>
      <w:hyperlink r:id="rId11">
        <w:r>
          <w:rPr>
            <w:color w:val="0000EE"/>
            <w:u w:val="single"/>
          </w:rPr>
          <w:t>[1]</w:t>
        </w:r>
      </w:hyperlink>
      <w:r>
        <w:t xml:space="preserve">- Paragraph 2: </w:t>
      </w:r>
      <w:hyperlink r:id="rId9">
        <w:r>
          <w:rPr>
            <w:color w:val="0000EE"/>
            <w:u w:val="single"/>
          </w:rPr>
          <w:t>[2]</w:t>
        </w:r>
      </w:hyperlink>
      <w:r>
        <w:t xml:space="preserve">, </w:t>
      </w:r>
      <w:hyperlink r:id="rId10">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Paragraph 3: </w:t>
      </w:r>
      <w:hyperlink r:id="rId11">
        <w:r>
          <w:rPr>
            <w:color w:val="0000EE"/>
            <w:u w:val="single"/>
          </w:rPr>
          <w:t>[1]</w:t>
        </w:r>
      </w:hyperlink>
      <w:r>
        <w:t xml:space="preserve">, </w:t>
      </w:r>
      <w:hyperlink r:id="rId10">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0">
        <w:r>
          <w:rPr>
            <w:color w:val="0000EE"/>
            <w:u w:val="single"/>
          </w:rPr>
          <w:t>[6]</w:t>
        </w:r>
      </w:hyperlink>
      <w:r>
        <w:t xml:space="preserve">, </w:t>
      </w:r>
      <w:hyperlink r:id="rId13">
        <w:r>
          <w:rPr>
            <w:color w:val="0000EE"/>
            <w:u w:val="single"/>
          </w:rPr>
          <w:t>[7]</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1">
        <w:r>
          <w:rPr>
            <w:color w:val="0000EE"/>
            <w:u w:val="single"/>
          </w:rPr>
          <w:t>https://www.thevacationgateway.com/how-to-explore-bangkok-using-the-bts-and-mrt-from-asoke.html</w:t>
        </w:r>
      </w:hyperlink>
      <w:r>
        <w:t xml:space="preserve"> - Please view link - unable to able to access data</w:t>
      </w:r>
      <w:r/>
    </w:p>
    <w:p>
      <w:pPr>
        <w:pStyle w:val="ListNumber"/>
        <w:spacing w:line="240" w:lineRule="auto"/>
        <w:ind w:left="720"/>
      </w:pPr>
      <w:r/>
      <w:hyperlink r:id="rId9">
        <w:r>
          <w:rPr>
            <w:color w:val="0000EE"/>
            <w:u w:val="single"/>
          </w:rPr>
          <w:t>https://www.bts.co.th/eng/library/system-structure.html</w:t>
        </w:r>
      </w:hyperlink>
      <w:r>
        <w:t xml:space="preserve"> - The official BTS SkyTrain website provides detailed information about the system's structure and stations. It outlines the two main lines: the Sukhumvit Line, which runs from Kheha Samutprakan Station to Khu Khot Station, and the Silom Line, which operates from Bang Wa Station to National Stadium Station. The website also offers a route map and details about the stations served by each line, including interchange stations like Siam.</w:t>
      </w:r>
      <w:r/>
    </w:p>
    <w:p>
      <w:pPr>
        <w:pStyle w:val="ListNumber"/>
        <w:spacing w:line="240" w:lineRule="auto"/>
        <w:ind w:left="720"/>
      </w:pPr>
      <w:r/>
      <w:hyperlink r:id="rId10">
        <w:r>
          <w:rPr>
            <w:color w:val="0000EE"/>
            <w:u w:val="single"/>
          </w:rPr>
          <w:t>https://www.thailandee.com/en/transportation-thailand/skytrain-bangkok-bts</w:t>
        </w:r>
      </w:hyperlink>
      <w:r>
        <w:t xml:space="preserve"> - This guide offers comprehensive information on the BTS SkyTrain in Bangkok. It details the two main lines: the Sukhumvit Line, which runs from Khu Khot to Kheha (Samut Prakan), and the Silom Line, which runs from National Stadium to Bang Wa. The guide also discusses the connection between the BTS and the MRT Blue Line at various stations, including Mo Chit, Ha Yaek Lat Phrao, Asok, and Bang Wa, as well as the Airport Link at Phaya Thai Station.</w:t>
      </w:r>
      <w:r/>
    </w:p>
    <w:p>
      <w:pPr>
        <w:pStyle w:val="ListNumber"/>
        <w:spacing w:line="240" w:lineRule="auto"/>
        <w:ind w:left="720"/>
      </w:pPr>
      <w:r/>
      <w:hyperlink r:id="rId12">
        <w:r>
          <w:rPr>
            <w:color w:val="0000EE"/>
            <w:u w:val="single"/>
          </w:rPr>
          <w:t>https://www.bangkok-spirit.com/fr/guides/guide-bts-skytrain/</w:t>
        </w:r>
      </w:hyperlink>
      <w:r>
        <w:t xml:space="preserve"> - This French-language guide provides an overview of the BTS SkyTrain system in Bangkok. It describes the two main lines: the Sukhumvit Line (light green) and the Silom Line (dark green), which intersect at Siam Station. The guide also covers ticketing options, including single-journey tickets and the Rabbit Card, and notes that trains operate approximately from 6:00 AM to midnight, running above the city's traffic and covering the main commercial, hotel, and nightlife areas.</w:t>
      </w:r>
      <w:r/>
    </w:p>
    <w:p>
      <w:pPr>
        <w:pStyle w:val="ListNumber"/>
        <w:spacing w:line="240" w:lineRule="auto"/>
        <w:ind w:left="720"/>
      </w:pPr>
      <w:r/>
      <w:hyperlink r:id="rId13">
        <w:r>
          <w:rPr>
            <w:color w:val="0000EE"/>
            <w:u w:val="single"/>
          </w:rPr>
          <w:t>https://www.bangkokbarmap.com/blog/bangkok~bts-skytrain-guide</w:t>
        </w:r>
      </w:hyperlink>
      <w:r>
        <w:t xml:space="preserve"> - This guide provides essential information for navigating the BTS SkyTrain in Bangkok. It covers key stations, including those near nightlife areas like BTS Nana (Nana Plaza) and BTS Asok (Soi Cowboy). The guide also discusses fares, operating hours (6:00 AM to midnight), and the convenience of using the Rabbit Card for ticketing. Additionally, it highlights the air-conditioned stations and the availability of announcements and signage in both English and Thai.</w:t>
      </w:r>
      <w:r/>
    </w:p>
    <w:p>
      <w:pPr>
        <w:pStyle w:val="ListNumber"/>
        <w:spacing w:line="240" w:lineRule="auto"/>
        <w:ind w:left="720"/>
      </w:pPr>
      <w:r/>
      <w:hyperlink r:id="rId10">
        <w:r>
          <w:rPr>
            <w:color w:val="0000EE"/>
            <w:u w:val="single"/>
          </w:rPr>
          <w:t>https://www.thailandee.com/en/transportation-thailand/skytrain-bangkok-bts</w:t>
        </w:r>
      </w:hyperlink>
      <w:r>
        <w:t xml:space="preserve"> - This guide offers comprehensive information on the BTS SkyTrain in Bangkok. It details the two main lines: the Sukhumvit Line, which runs from Khu Khot to Kheha (Samut Prakan), and the Silom Line, which runs from National Stadium to Bang Wa. The guide also discusses the connection between the BTS and the MRT Blue Line at various stations, including Mo Chit, Ha Yaek Lat Phrao, Asok, and Bang Wa, as well as the Airport Link at Phaya Thai Station.</w:t>
      </w:r>
      <w:r/>
    </w:p>
    <w:p>
      <w:pPr>
        <w:pStyle w:val="ListNumber"/>
        <w:spacing w:line="240" w:lineRule="auto"/>
        <w:ind w:left="720"/>
      </w:pPr>
      <w:r/>
      <w:hyperlink r:id="rId13">
        <w:r>
          <w:rPr>
            <w:color w:val="0000EE"/>
            <w:u w:val="single"/>
          </w:rPr>
          <w:t>https://www.bangkokbarmap.com/blog/bangkok~bts-skytrain-guide</w:t>
        </w:r>
      </w:hyperlink>
      <w:r>
        <w:t xml:space="preserve"> - This guide provides essential information for navigating the BTS SkyTrain in Bangkok. It covers key stations, including those near nightlife areas like BTS Nana (Nana Plaza) and BTS Asok (Soi Cowboy). The guide also discusses fares, operating hours (6:00 AM to midnight), and the convenience of using the Rabbit Card for ticketing. Additionally, it highlights the air-conditioned stations and the availability of announcements and signage in both English and Thai.</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ts.co.th/eng/library/system-structure.html" TargetMode="External"/><Relationship Id="rId10" Type="http://schemas.openxmlformats.org/officeDocument/2006/relationships/hyperlink" Target="https://www.thailandee.com/en/transportation-thailand/skytrain-bangkok-bts" TargetMode="External"/><Relationship Id="rId11" Type="http://schemas.openxmlformats.org/officeDocument/2006/relationships/hyperlink" Target="https://www.thevacationgateway.com/how-to-explore-bangkok-using-the-bts-and-mrt-from-asoke.html" TargetMode="External"/><Relationship Id="rId12" Type="http://schemas.openxmlformats.org/officeDocument/2006/relationships/hyperlink" Target="https://www.bangkok-spirit.com/fr/guides/guide-bts-skytrain/" TargetMode="External"/><Relationship Id="rId13" Type="http://schemas.openxmlformats.org/officeDocument/2006/relationships/hyperlink" Target="https://www.bangkokbarmap.com/blog/bangkok~bts-skytrain-guide" TargetMode="External"/><Relationship Id="rId14"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