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Krabi's hidden adventures: beyond beaches to mountain climbs, kayaking, and temple treks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 xml:space="preserve">Krabi has long been sold on its beaches, but the stronger reason to linger is how much more the province offers once you leave the sand. According to the supplied material, the best-known attractions are inland and active: a strenuous rainforest hike with sweeping coastal views, calm kayaking through clear water, limestone-cliff climbing, and a temple climb that doubles as one of the area’s most memorable viewpoints. For travellers deciding whether Krabi is worth the trip, that mix matters because it broadens the destination from a simple seaside stop into somewhere that can fill several different kinds of holidays. </w:t>
      </w:r>
      <w:r/>
    </w:p>
    <w:p>
      <w:r/>
      <w:r>
        <w:t xml:space="preserve">The most striking option is Khao Ngon Nak, also called Dragon Crest Mountain. Local activity guides describe it as a steep, humid trek of roughly 3.5 to 3.8 kilometres one way, rising through dense forest towards a summit ridge with views across the Andaman Sea, offshore islands and the limestone formations that define Krabi’s landscape. Travellers are advised to start early, carry plenty of water and wear proper footwear, with some routes using ropes on the harder sections. There is also a mid-way rest point that gives hikers a useful decision point before the final push. </w:t>
      </w:r>
      <w:r/>
    </w:p>
    <w:p>
      <w:r/>
      <w:r>
        <w:t xml:space="preserve">For a slower pace, Khlong Root, sometimes written Klong Rud, offers a very different experience. Guide listings describe it as a clear freshwater canal near Ao Nang where visitors can paddle through mirrored water, take in the surrounding greenery and enjoy a quieter alternative to Krabi’s busier coastal spots. Some tours pair the kayaking with swimming breaks or a stop at a pineapple plantation, which makes it an appealing half-day outing for travellers who want a gentle, scenic break rather than a full adventure programme. </w:t>
      </w:r>
      <w:r/>
    </w:p>
    <w:p>
      <w:r/>
      <w:r>
        <w:t xml:space="preserve">Krabi also has enough variety to suit people who want a more physical challenge. Railay and Tonsai are widely used for rock climbing, with professional guides making the sport accessible to beginners as well as more experienced climbers. Then there is Tiger Cave Temple, where a climb of about 1,200 steps leads to a hilltop view and a Buddhist cave shrine below. Taken together, these experiences show why Krabi is more than a beach base: it is a place where travellers can build a trip around views, movement and nature, with enough choice to suit both energetic and laid-back itineraries. </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[6]</w:t>
        </w:r>
      </w:hyperlink>
      <w:r>
        <w:t xml:space="preserve">, </w:t>
      </w:r>
      <w:hyperlink r:id="rId13">
        <w:r>
          <w:rPr>
            <w:color w:val="0000EE"/>
            <w:u w:val="single"/>
          </w:rPr>
          <w:t>[7]</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w:t>
      </w:r>
      <w:hyperlink r:id="rId14">
        <w:r>
          <w:rPr>
            <w:color w:val="0000EE"/>
            <w:u w:val="single"/>
          </w:rPr>
          <w:t>[4]</w:t>
        </w:r>
      </w:hyperlink>
      <w:r>
        <w:t xml:space="preserve">, </w:t>
      </w:r>
      <w:hyperlink r:id="rId15">
        <w:r>
          <w:rPr>
            <w:color w:val="0000EE"/>
            <w:u w:val="single"/>
          </w:rPr>
          <w:t>[5]</w:t>
        </w:r>
      </w:hyperlink>
      <w:r>
        <w:t xml:space="preserve">- Paragraph 3: </w:t>
      </w:r>
      <w:hyperlink r:id="rId12">
        <w:r>
          <w:rPr>
            <w:color w:val="0000EE"/>
            <w:u w:val="single"/>
          </w:rPr>
          <w:t>[6]</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[6]</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https://www.thevacationgateway.com/beyond-the-beaches-the-unique-experiences-that-make-krabi-worth-visiting.html</w:t>
        </w:r>
      </w:hyperlink>
      <w:r>
        <w:t xml:space="preserve"> - Please view link - unable to able to access data</w:t>
      </w:r>
      <w:r/>
    </w:p>
    <w:p>
      <w:pPr>
        <w:pStyle w:val="ListNumber"/>
        <w:spacing w:line="240" w:lineRule="auto"/>
        <w:ind w:left="720"/>
      </w:pPr>
      <w:r/>
      <w:hyperlink r:id="rId10">
        <w:r>
          <w:rPr>
            <w:color w:val="0000EE"/>
            <w:u w:val="single"/>
          </w:rPr>
          <w:t>https://www.krabipointer.com/activities/khao-ngon-nak-nature-trail/</w:t>
        </w:r>
      </w:hyperlink>
      <w:r>
        <w:t xml:space="preserve"> - The Khao Ngon Nak Nature Trail, also known as the Dragon Crest Mountain trail, is a challenging 3.8 km hike through dense rainforest in Krabi, Thailand. The trail ascends 480 meters, leading to a summit ridge offering 360-degree views of the Andaman Sea, limestone karsts, offshore islands, and inland mountains. The hike is steep and humid, with ropes assisting on the harder sections near the top. It's recommended to start before 9 am to avoid the heat, and hikers should bring at least 2 litres of water per person. The entry fee is ฿200 for foreigners (฿40 for Thais), with the last entry at 2 pm. The trail is closed during high fire-risk periods. A mid-trail rest-stop viewpoint provides a worthwhile pause with good views before the final push to the summit.</w:t>
      </w:r>
      <w:r/>
    </w:p>
    <w:p>
      <w:pPr>
        <w:pStyle w:val="ListNumber"/>
        <w:spacing w:line="240" w:lineRule="auto"/>
        <w:ind w:left="720"/>
      </w:pPr>
      <w:r/>
      <w:hyperlink r:id="rId11">
        <w:r>
          <w:rPr>
            <w:color w:val="0000EE"/>
            <w:u w:val="single"/>
          </w:rPr>
          <w:t>https://www.visitthailandtoday.com/activities-tours/krabi/khao-ngon-nak-nature-trail</w:t>
        </w:r>
      </w:hyperlink>
      <w:r>
        <w:t xml:space="preserve"> - Khao Ngon Nak Nature Trail, located in the Nong Thale area of Mueang Krabi District, offers a challenging trekking experience through dense jungle. The trail runs approximately 3.5 to 3.7 kilometres one way, with significant stair sections and uneven terrain. The summit rewards hikers with a panoramic view of Krabi's coastline and limestone cliffs. The hike is shaded by the forest canopy, providing relief from the Thai heat, though it remains physically demanding. Proper footwear is recommended, and hikers should carry sufficient water and snacks. Starting early in the morning is advisable to avoid midday heat and to make the most of the views from the top.</w:t>
      </w:r>
      <w:r/>
    </w:p>
    <w:p>
      <w:pPr>
        <w:pStyle w:val="ListNumber"/>
        <w:spacing w:line="240" w:lineRule="auto"/>
        <w:ind w:left="720"/>
      </w:pPr>
      <w:r/>
      <w:hyperlink r:id="rId14">
        <w:r>
          <w:rPr>
            <w:color w:val="0000EE"/>
            <w:u w:val="single"/>
          </w:rPr>
          <w:t>https://www.krabipointer.com/activities/rest-stop-view-point-khao-ngon-nak/</w:t>
        </w:r>
      </w:hyperlink>
      <w:r>
        <w:t xml:space="preserve"> - The Rest Stop Viewpoint on the Khao Ngon Nak (Dragon Crest Mountain) hiking trail in Krabi is a mid-trail rest platform located roughly halfway up the 3.8 km climb to the summit. This shaded area offers sweeping views over the coastal mangroves, Tubkaek Beach, and the offshore karsts. It's a natural break point for hikers, providing a place to rest and enjoy the scenery before continuing the ascent. Many hikers pause here and turn back if the upper section looks too steep. The entry fee is the same as the full trail: ฿200 for foreigners, paid at the trailhead. It's best visited early in the morning to avoid the worst of the heat.</w:t>
      </w:r>
      <w:r/>
    </w:p>
    <w:p>
      <w:pPr>
        <w:pStyle w:val="ListNumber"/>
        <w:spacing w:line="240" w:lineRule="auto"/>
        <w:ind w:left="720"/>
      </w:pPr>
      <w:r/>
      <w:hyperlink r:id="rId15">
        <w:r>
          <w:rPr>
            <w:color w:val="0000EE"/>
            <w:u w:val="single"/>
          </w:rPr>
          <w:t>https://www.tripstorekrabi.com/Activities/Krabi/Cycling-Tour-Khao-Ngon-Nak</w:t>
        </w:r>
      </w:hyperlink>
      <w:r>
        <w:t xml:space="preserve"> - The Full-Day 7.4 km Trekking to Khao Ngon Nak offers a guided hike to the Dragon Crest Mountain in Krabi. The trail is approximately 4 kilometres long, leading hikers uphill through dense rainforest and steep sections, with ropes supporting the most difficult parts. The summit provides panoramic views from 565 meters above sea level. The tour includes hotel pickup, a local guide, and a comfortable fit for the hike. The experience is designed for those seeking adventure and a connection with nature, offering a unique perspective of Krabi's landscapes.</w:t>
      </w:r>
      <w:r/>
    </w:p>
    <w:p>
      <w:pPr>
        <w:pStyle w:val="ListNumber"/>
        <w:spacing w:line="240" w:lineRule="auto"/>
        <w:ind w:left="720"/>
      </w:pPr>
      <w:r/>
      <w:hyperlink r:id="rId12">
        <w:r>
          <w:rPr>
            <w:color w:val="0000EE"/>
            <w:u w:val="single"/>
          </w:rPr>
          <w:t>https://kohtourkrabi.com/tours/klong-rud-kayaking/</w:t>
        </w:r>
      </w:hyperlink>
      <w:r>
        <w:t xml:space="preserve"> - Klong Root, also known as Klong Rud, is a hidden treasure near Ao Nang in Krabi, Thailand, offering clear freshwater, amazing scenery, and kayaking and swimming experiences. Visitors can paddle a kayak through green surroundings, enjoy a cool swim, and see the endless views created by the lake’s mirror-like surface. The area is ideal for those seeking a tranquil and relaxing experience, providing a unique way to appreciate Krabi's natural beauty away from the typical beach settings.</w:t>
      </w:r>
      <w:r/>
    </w:p>
    <w:p>
      <w:pPr>
        <w:pStyle w:val="ListNumber"/>
        <w:spacing w:line="240" w:lineRule="auto"/>
        <w:ind w:left="720"/>
      </w:pPr>
      <w:r/>
      <w:hyperlink r:id="rId13">
        <w:r>
          <w:rPr>
            <w:color w:val="0000EE"/>
            <w:u w:val="single"/>
          </w:rPr>
          <w:t>https://krabiboat.tours/tours/krabi-crystal-lake-kayaking-tour-at-klong-root</w:t>
        </w:r>
      </w:hyperlink>
      <w:r>
        <w:t xml:space="preserve"> - The Krabi Crystal Lake Kayaking Tour at Klong Root is a relaxing half-day kayak tour that starts with hotel pickup and heads to Klong Root. Participants paddle through emerald-clear waters surrounded by lush green trees and vibrant flowers, with stops for refreshing swims where fish can be seen below. The tour ends at a pineapple plantation, where visitors can learn about cultivation and taste fresh fruit. The experience offers serene nature and easy adventure, providing a unique way to explore Krabi's inland waterways.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vacationgateway.com/beyond-the-beaches-the-unique-experiences-that-make-krabi-worth-visiting.html" TargetMode="External"/><Relationship Id="rId10" Type="http://schemas.openxmlformats.org/officeDocument/2006/relationships/hyperlink" Target="https://www.krabipointer.com/activities/khao-ngon-nak-nature-trail/" TargetMode="External"/><Relationship Id="rId11" Type="http://schemas.openxmlformats.org/officeDocument/2006/relationships/hyperlink" Target="https://www.visitthailandtoday.com/activities-tours/krabi/khao-ngon-nak-nature-trail" TargetMode="External"/><Relationship Id="rId12" Type="http://schemas.openxmlformats.org/officeDocument/2006/relationships/hyperlink" Target="https://kohtourkrabi.com/tours/klong-rud-kayaking/" TargetMode="External"/><Relationship Id="rId13" Type="http://schemas.openxmlformats.org/officeDocument/2006/relationships/hyperlink" Target="https://krabiboat.tours/tours/krabi-crystal-lake-kayaking-tour-at-klong-root" TargetMode="External"/><Relationship Id="rId14" Type="http://schemas.openxmlformats.org/officeDocument/2006/relationships/hyperlink" Target="https://www.krabipointer.com/activities/rest-stop-view-point-khao-ngon-nak/" TargetMode="External"/><Relationship Id="rId15" Type="http://schemas.openxmlformats.org/officeDocument/2006/relationships/hyperlink" Target="https://www.tripstorekrabi.com/Activities/Krabi/Cycling-Tour-Khao-Ngon-Nak"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