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Chiang Rai hill-tribe entrepreneurs empower communities through direct trade and digital sales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Chiang Rai’s hill-tribe communities are increasingly turning familiar skills into businesses that keep more value close to home. In the province’s highlands, coffee, textiles, eggs and craft sales are no longer just side income: they are becoming structured enterprises that give Akha, Karen, Lahu and other families a stronger hand in pricing, branding and sales. For travellers, that shift matters because it changes what a visit can offer: not a generic souvenir stop, but the chance to buy directly from producers whose work is tied to place, identity and local livelihood.</w:t>
      </w:r>
      <w:r/>
    </w:p>
    <w:p>
      <w:r/>
      <w:r>
        <w:t>Coffee is the clearest example. Akha Ama Coffee, founded by Lee Ayu Chuepa from the Akha community, was created to help farmers process, market and price their own beans rather than depend on middlemen. The enterprise has since expanded beyond the village, with cafes and a roastery in Chiang Mai, and the Family Farming database at the Food and Agriculture Organisation says it works through direct trade and sustainable growing methods. Separately, the Mae Chan Tai community’s coffee business, co-owned with the Japanese non-profit GIAPSA, has been operating since 2010 and produces Arabica at high altitude in Chiang Rai, where it has also won national recognition. According to the enterprise, half of net profit is returned to local social, economic and environmental work.</w:t>
      </w:r>
      <w:r/>
    </w:p>
    <w:p>
      <w:r/>
      <w:r>
        <w:t>Other Chiang Rai businesses follow a similar logic even when the product changes. Hilltribe Organics, established in 2013, works with hill-tribe families to produce free-range organic eggs, supplying chickens, feed, veterinary help and building materials before buying the eggs for premium buyers. That model lowers the start-up barrier for households that might otherwise struggle to enter formal markets. For visitors, it also shows why some local products cost more: the price is not only for the egg, coffee bean or woven item, but for the support system behind it.</w:t>
      </w:r>
      <w:r/>
    </w:p>
    <w:p>
      <w:r/>
      <w:r>
        <w:t>Crafts and digital sales are widening the picture further. Reports on northern community training programmes show Akha and Karen participants learning accounting, product development, business management, online selling and registration, while other villagers have explored clothing and silverware sales through e-commerce. In practice, that means more products can reach buyers without relying only on roadside stalls or temporary tourist traffic. It also gives younger residents a reason to build careers at home, instead of leaving the hills for city work.</w:t>
      </w:r>
      <w:r/>
    </w:p>
    <w:p>
      <w:r/>
      <w:r>
        <w:t>For travellers, the most useful question is not simply what to buy, but how to buy well. The best signs are traceability, local ownership and clear benefit to the producer community. Ask who made the coffee, who woven the textile, who receives payment and whether the seller can ship products directly. If a place offers a visit or tasting, confirm access in advance, check the fee, and do not assume that a purchase includes a private tour or photography rights. Respect matters as much as spending.</w:t>
      </w:r>
      <w:r/>
    </w:p>
    <w:p>
      <w:r/>
      <w:r>
        <w:t>What is most appealing about Chiang Rai’s hill-tribe entrepreneurs is that they offer something beyond consumption. A cup of coffee, a box of eggs or a hand-woven item can support a business model that keeps skills in the village, sustains cultural knowledge and gives visitors a more meaningful way to engage with the north of Thailand. For travellers choosing where to go, that makes Chiang Rai a destination where shopping, eating and exploring can have a more direct link to the communities that make the region distinctive.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[3]</w:t>
        </w:r>
      </w:hyperlink>
      <w:r>
        <w:t xml:space="preserve">, </w:t>
      </w:r>
      <w:hyperlink r:id="rId11">
        <w:r>
          <w:rPr>
            <w:color w:val="0000EE"/>
            <w:u w:val="single"/>
          </w:rPr>
          <w:t>[2]</w:t>
        </w:r>
      </w:hyperlink>
      <w:r>
        <w:t xml:space="preserve">, </w:t>
      </w:r>
      <w:hyperlink r:id="rId12">
        <w:r>
          <w:rPr>
            <w:color w:val="0000EE"/>
            <w:u w:val="single"/>
          </w:rPr>
          <w:t>[6]</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0">
        <w:r>
          <w:rPr>
            <w:color w:val="0000EE"/>
            <w:u w:val="single"/>
          </w:rPr>
          <w:t>[3]</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1">
        <w:r>
          <w:rPr>
            <w:color w:val="0000EE"/>
            <w:u w:val="single"/>
          </w:rPr>
          <w:t>[2]</w:t>
        </w:r>
      </w:hyperlink>
      <w:r>
        <w:t xml:space="preserve">, </w:t>
      </w:r>
      <w:hyperlink r:id="rId10">
        <w:r>
          <w:rPr>
            <w:color w:val="0000EE"/>
            <w:u w:val="single"/>
          </w:rPr>
          <w:t>[3]</w:t>
        </w:r>
      </w:hyperlink>
      <w:r>
        <w:t xml:space="preserve">, </w:t>
      </w:r>
      <w:hyperlink r:id="rId13">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https://www.chiangraitimes.com/business/chiang-rais-hill-tribe-entrepreneurs/</w:t>
        </w:r>
      </w:hyperlink>
      <w:r>
        <w:t xml:space="preserve"> - Please view link - unable to able to access data</w:t>
      </w:r>
      <w:r/>
    </w:p>
    <w:p>
      <w:pPr>
        <w:pStyle w:val="ListNumber"/>
        <w:spacing w:line="240" w:lineRule="auto"/>
        <w:ind w:left="720"/>
      </w:pPr>
      <w:r/>
      <w:hyperlink r:id="rId11">
        <w:r>
          <w:rPr>
            <w:color w:val="0000EE"/>
            <w:u w:val="single"/>
          </w:rPr>
          <w:t>https://www.akhamaechantaicoffee.com/</w:t>
        </w:r>
      </w:hyperlink>
      <w:r>
        <w:t xml:space="preserve"> - Akha Mae Chan Tai Coffee Shop &amp; Multipurpose Space is a social enterprise co-owned by the Mae Chan Tai village community and the Japanese NPO GIAPSA. Established in 2010, it produces high-quality Arabica coffee at elevations of 1,400-1,500 meters in Chiang Rai Province. The coffee has received national recognition, including a third-place award at the 2020 Specialty Coffee Competition. The enterprise also contributes to community welfare by donating 50% of its net profit to local social, economic, and environmental activities.</w:t>
      </w:r>
      <w:r/>
    </w:p>
    <w:p>
      <w:pPr>
        <w:pStyle w:val="ListNumber"/>
        <w:spacing w:line="240" w:lineRule="auto"/>
        <w:ind w:left="720"/>
      </w:pPr>
      <w:r/>
      <w:hyperlink r:id="rId10">
        <w:r>
          <w:rPr>
            <w:color w:val="0000EE"/>
            <w:u w:val="single"/>
          </w:rPr>
          <w:t>https://nida.ac.th/en/a-coffee-enterprise-grounded-in-its-roots/</w:t>
        </w:r>
      </w:hyperlink>
      <w:r>
        <w:t xml:space="preserve"> - Akha Ama Coffee, founded in 2013 by Lee Ayu Chuepa from the Akha hill tribe, is a social enterprise based in Chiang Rai. The initiative aims to improve the livelihoods of Akha farmers by processing, marketing, and pricing their own coffee, thereby reducing reliance on middlemen. The enterprise has expanded to include cafes and a roastery in Chiang Mai, bringing wider attention to Mae Chan Tai. The business model focuses on direct trade with Indigenous communities, promoting sustainable farming practices and fair income distribution.</w:t>
      </w:r>
      <w:r/>
    </w:p>
    <w:p>
      <w:pPr>
        <w:pStyle w:val="ListNumber"/>
        <w:spacing w:line="240" w:lineRule="auto"/>
        <w:ind w:left="720"/>
      </w:pPr>
      <w:r/>
      <w:hyperlink r:id="rId13">
        <w:r>
          <w:rPr>
            <w:color w:val="0000EE"/>
            <w:u w:val="single"/>
          </w:rPr>
          <w:t>https://hilltribeorganics.com/</w:t>
        </w:r>
      </w:hyperlink>
      <w:r>
        <w:t xml:space="preserve"> - Hilltribe Organics, established in 2013, is a social enterprise in Chiang Rai, Thailand, dedicated to producing organic free-range eggs. The initiative partners with hill tribe families, providing them with chickens, organic feed, veterinary support, and building materials. In return, the enterprise purchases the eggs for sale to premium customers, including luxury hotels and high-end grocery chains. This model aims to improve the living standards of small farmers and sustain their communities by offering fair income opportunities and promoting sustainable farming practices.</w:t>
      </w:r>
      <w:r/>
    </w:p>
    <w:p>
      <w:pPr>
        <w:pStyle w:val="ListNumber"/>
        <w:spacing w:line="240" w:lineRule="auto"/>
        <w:ind w:left="720"/>
      </w:pPr>
      <w:r/>
      <w:hyperlink r:id="rId14">
        <w:r>
          <w:rPr>
            <w:color w:val="0000EE"/>
            <w:u w:val="single"/>
          </w:rPr>
          <w:t>https://bkkgreenie.com/hilltribe-organics/</w:t>
        </w:r>
      </w:hyperlink>
      <w:r>
        <w:t xml:space="preserve"> - Hilltribe Organics is an organic egg farm located in Chiang Rai, Thailand. Founded in 2013, the enterprise began with four farming families and has since become a leader in the local organic scene. Beyond producing organic eggs, Hilltribe Organics is committed to environmental and social responsibility, aiming to uplift smallholder farmers and sustain their communities. The initiative focuses on providing fair income opportunities and promoting sustainable farming practices, contributing to the overall well-being of the hill tribe communities in the region.</w:t>
      </w:r>
      <w:r/>
    </w:p>
    <w:p>
      <w:pPr>
        <w:pStyle w:val="ListNumber"/>
        <w:spacing w:line="240" w:lineRule="auto"/>
        <w:ind w:left="720"/>
      </w:pPr>
      <w:r/>
      <w:hyperlink r:id="rId12">
        <w:r>
          <w:rPr>
            <w:color w:val="0000EE"/>
            <w:u w:val="single"/>
          </w:rPr>
          <w:t>https://www.fao.org/family-farming/detail/en/c/1698021/</w:t>
        </w:r>
      </w:hyperlink>
      <w:r>
        <w:t xml:space="preserve"> - Akha Ama Coffee is a social enterprise in Chiang Mai, Thailand, founded by Lee Ayu, a member of the Akha indigenous community. The enterprise focuses on empowering indigenous communities through coffee by supporting sustainable agriculture and direct trade relationships. Akha Ama Coffee operates as a social enterprise, buying coffee directly from Akha farmers at fair prices while promoting sustainable intercropping methods that grow coffee alongside fruits, tea, and vegetables. The initiative aims to uplift the community by supporting sustainable agriculture and empowering farmers.</w:t>
      </w:r>
      <w:r/>
    </w:p>
    <w:p>
      <w:pPr>
        <w:pStyle w:val="ListNumber"/>
        <w:spacing w:line="240" w:lineRule="auto"/>
        <w:ind w:left="720"/>
      </w:pPr>
      <w:r/>
      <w:hyperlink r:id="rId16">
        <w:r>
          <w:rPr>
            <w:color w:val="0000EE"/>
            <w:u w:val="single"/>
          </w:rPr>
          <w:t>https://www.feel-chiang-mai.com/coffee-tea/akha-ama-coffee-hill-tribe-enterprise/</w:t>
        </w:r>
      </w:hyperlink>
      <w:r>
        <w:t xml:space="preserve"> - Akha Ama Coffee, established in 2010 by Lee Ayu Chuepa from the Akha hill tribe, is a specialty coffee brand and social enterprise in Chiang Mai, Thailand. The enterprise connects farmers in northern Thailand's highlands directly to consumers, eliminating middlemen and ensuring fair compensation. Akha Ama Coffee operates as a social enterprise, buying coffee directly from Akha farmers at fair prices while supporting sustainable intercropping methods that grow coffee alongside fruits, tea, and vegetables. The initiative aims to empower the community and promote sustainable agriculture.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iangraitimes.com/business/chiang-rais-hill-tribe-entrepreneurs/" TargetMode="External"/><Relationship Id="rId10" Type="http://schemas.openxmlformats.org/officeDocument/2006/relationships/hyperlink" Target="https://nida.ac.th/en/a-coffee-enterprise-grounded-in-its-roots/" TargetMode="External"/><Relationship Id="rId11" Type="http://schemas.openxmlformats.org/officeDocument/2006/relationships/hyperlink" Target="https://www.akhamaechantaicoffee.com/" TargetMode="External"/><Relationship Id="rId12" Type="http://schemas.openxmlformats.org/officeDocument/2006/relationships/hyperlink" Target="https://www.fao.org/family-farming/detail/en/c/1698021/" TargetMode="External"/><Relationship Id="rId13" Type="http://schemas.openxmlformats.org/officeDocument/2006/relationships/hyperlink" Target="https://hilltribeorganics.com/" TargetMode="External"/><Relationship Id="rId14" Type="http://schemas.openxmlformats.org/officeDocument/2006/relationships/hyperlink" Target="https://bkkgreenie.com/hilltribe-organics/" TargetMode="External"/><Relationship Id="rId15" Type="http://schemas.openxmlformats.org/officeDocument/2006/relationships/hyperlink" Target="https://www.noahwire.com" TargetMode="External"/><Relationship Id="rId16" Type="http://schemas.openxmlformats.org/officeDocument/2006/relationships/hyperlink" Target="https://www.feel-chiang-mai.com/coffee-tea/akha-ama-coffee-hill-tribe-enterpr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