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Bangkok's CentralWorld launches giant inflatable B.Duck playland to boost family tourism</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Bangkok’s centralwOrld is hosting a new family-focused draw this month as the Tourism Authority of Thailand backs "B.Duck Playful 20th – Glow In The Duck", a character-led event running from 24 August to 20 September 2026. The attraction brings together TAT mascots Nong Sukjai and Nong Rak Yim with B.Duck’s anniversary celebrations, reinforcing the city’s growing appeal for visitors looking for easy, centrally located entertainment rather than a museum or market stop. According to TAT and event listings, the programme is aimed at both Thai and overseas travellers. </w:t>
      </w:r>
      <w:r/>
    </w:p>
    <w:p>
      <w:r/>
      <w:r>
        <w:t xml:space="preserve">The main pull is the scale: organisers say the event pairs Thailand’s first Giant Air Dome Inflatable Playland with a 12-metre B.Duck inflatable, turning the outdoor plaza at CentralWorld into a bright, highly visible play space. The setup is designed for families and mixed-age groups, with slides, obstacle courses, climbing areas and bouncing zones, alongside a second giant duck installation that doubles as a photo spot. </w:t>
      </w:r>
      <w:r/>
    </w:p>
    <w:p>
      <w:r/>
      <w:r>
        <w:t xml:space="preserve">Beyond the inflatables, the carnival element adds more conventional crowd-pleasers. Visitors can expect game booths, a pop-up B.Duck shop, limited-edition merchandise and themed treats including B.Duck ice cream, while the evening format shifts the site into a light-and-music experience after dark. Event listings note that the attraction is open daily from 2pm to 10pm, although on 24 August it opened later, from 4pm to 10pm. Regular admission is 250 baht and includes a 30-minute inflatable session and anti-slip socks, while a 888-baht deluxe package adds longer play time and extra souvenirs. </w:t>
      </w:r>
      <w:r/>
    </w:p>
    <w:p>
      <w:r/>
      <w:r>
        <w:t xml:space="preserve">For travellers, the appeal is straightforward: it is an indoor-outdoor Bangkok stop that works in hot or rainy weather, sits in one of the city’s easiest shopping and transport areas, and offers a short, contained activity rather than a full-day outing. TAT says the collaboration fits its push towards value-led tourism and more creative reasons to spend time in Bangkok, following a B.Duck carnival in 2025 that drew more than 110,000 visitors.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0">
        <w:r>
          <w:rPr>
            <w:color w:val="0000EE"/>
            <w:u w:val="single"/>
          </w:rPr>
          <w:t>[4]</w:t>
        </w:r>
      </w:hyperlink>
      <w:r>
        <w:t xml:space="preserve">- Paragraph 3: </w:t>
      </w:r>
      <w:hyperlink r:id="rId9">
        <w:r>
          <w:rPr>
            <w:color w:val="0000EE"/>
            <w:u w:val="single"/>
          </w:rPr>
          <w:t>[1]</w:t>
        </w:r>
      </w:hyperlink>
      <w:r>
        <w:t xml:space="preserve">, </w:t>
      </w:r>
      <w:hyperlink r:id="rId10">
        <w:r>
          <w:rPr>
            <w:color w:val="0000EE"/>
            <w:u w:val="single"/>
          </w:rPr>
          <w:t>[4]</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9">
        <w:r>
          <w:rPr>
            <w:color w:val="0000EE"/>
            <w:u w:val="single"/>
          </w:rPr>
          <w:t>[2]</w:t>
        </w:r>
      </w:hyperlink>
      <w:r>
        <w:t xml:space="preserve">, </w:t>
      </w:r>
      <w:hyperlink r:id="rId13">
        <w:r>
          <w:rPr>
            <w:color w:val="0000EE"/>
            <w:u w:val="single"/>
          </w:rPr>
          <w:t>[6]</w:t>
        </w:r>
      </w:hyperlink>
      <w:r>
        <w:t xml:space="preserve">, </w:t>
      </w:r>
      <w:hyperlink r:id="rId14">
        <w:r>
          <w:rPr>
            <w:color w:val="0000EE"/>
            <w:u w:val="single"/>
          </w:rPr>
          <w:t>[7]</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https://www.tatnews.org/2026/08/tat-supports-b-duck-playful-20th-glow-in-the-duck-in-bangkok/</w:t>
        </w:r>
      </w:hyperlink>
      <w:r>
        <w:t xml:space="preserve"> - Please view link - unable to able to access data</w:t>
      </w:r>
      <w:r/>
    </w:p>
    <w:p>
      <w:pPr>
        <w:pStyle w:val="ListNumber"/>
        <w:spacing w:line="240" w:lineRule="auto"/>
        <w:ind w:left="720"/>
      </w:pPr>
      <w:r/>
      <w:hyperlink r:id="rId9">
        <w:r>
          <w:rPr>
            <w:color w:val="0000EE"/>
            <w:u w:val="single"/>
          </w:rPr>
          <w:t>https://www.tatnews.org/2026/08/tat-supports-b-duck-playful-20th-glow-in-the-duck-in-bangkok/</w:t>
        </w:r>
      </w:hyperlink>
      <w:r>
        <w:t xml:space="preserve"> - The Tourism Authority of Thailand (TAT) is supporting the 'B.Duck Playful 20th – Glow In The Duck' event, taking place from 24 August to 20 September 2026 at centralwOrld in Bangkok. The event features TAT mascots Nong Sukjai and Nong Rak Yim, along with Thailand's first Giant Air Dome Inflatable Playland and a 12-metre B.Duck attraction. The collaboration reflects TAT's approach to using creative events and character-led experiences to generate new reasons to travel and spend time in Bangkok, combining family entertainment with urban lifestyle activities.</w:t>
      </w:r>
      <w:r/>
    </w:p>
    <w:p>
      <w:pPr>
        <w:pStyle w:val="ListNumber"/>
        <w:spacing w:line="240" w:lineRule="auto"/>
        <w:ind w:left="720"/>
      </w:pPr>
      <w:r/>
      <w:hyperlink r:id="rId11">
        <w:r>
          <w:rPr>
            <w:color w:val="0000EE"/>
            <w:u w:val="single"/>
          </w:rPr>
          <w:t>https://www.discoverythailand.com/events-b-duck-playful-20th-glow-in-the-duck</w:t>
        </w:r>
      </w:hyperlink>
      <w:r>
        <w:t xml:space="preserve"> - Celebrate B.Duck’s 20th anniversary at B.Duck Playful 20th – Glow In The Duck, taking place from August 24 to September 20, 2026, at CentralWorld in Bangkok. The family-friendly event features two giant inflatable playlands, a 12-meter B.Duck inflatable, carnival games, limited-edition merchandise, themed ice cream, interactive activities, and a spectacular nighttime light and music experience.</w:t>
      </w:r>
      <w:r/>
    </w:p>
    <w:p>
      <w:pPr>
        <w:pStyle w:val="ListNumber"/>
        <w:spacing w:line="240" w:lineRule="auto"/>
        <w:ind w:left="720"/>
      </w:pPr>
      <w:r/>
      <w:hyperlink r:id="rId10">
        <w:r>
          <w:rPr>
            <w:color w:val="0000EE"/>
            <w:u w:val="single"/>
          </w:rPr>
          <w:t>https://www.thailandexhibition.com/thai-event-details/b-duck-playful-20th-glow-in-the-duck-bangkok/32984</w:t>
        </w:r>
      </w:hyperlink>
      <w:r>
        <w:t xml:space="preserve"> - B.Duck Playful 20th - Glow In The Duck is an event taking place from August 24 to September 20, 2026, at the outdoor plaza in front of CentralWorld in Bangkok. The event is open daily from 2:00 PM to 10:00 PM, except on August 24, when it will open from 4:00 PM to 10:00 PM. Discover 'Two Giant Inflatable Playlands × B.Duck Carnival,' featuring Thailand’s first Giant Air Dome Inflatable Playland and a 12-metre-high Giant B.Duck Inflatable Playland. Visitors of all ages can also enjoy carnival games and a variety of interactive activities throughout the event.</w:t>
      </w:r>
      <w:r/>
    </w:p>
    <w:p>
      <w:pPr>
        <w:pStyle w:val="ListNumber"/>
        <w:spacing w:line="240" w:lineRule="auto"/>
        <w:ind w:left="720"/>
      </w:pPr>
      <w:r/>
      <w:hyperlink r:id="rId12">
        <w:r>
          <w:rPr>
            <w:color w:val="0000EE"/>
            <w:u w:val="single"/>
          </w:rPr>
          <w:t>https://www.thailandexhibition.com/en/thai-event-details/b-duck-playful-20th-centralworld/32983</w:t>
        </w:r>
      </w:hyperlink>
      <w:r>
        <w:t xml:space="preserve"> - B.Duck Playful 20th - Glow In The Duck is an event taking place from August 24 to September 20, 2026, at the outdoor plaza in front of CentralWorld in Bangkok. The event is open daily from 2:00 PM to 10:00 PM, except on August 24, when it will open from 4:00 PM to 10:00 PM. Discover 'Two Giant Inflatable Playlands × B.Duck Carnival,' featuring Thailand’s first Giant Air Dome Inflatable Playland and a 12-metre-high Giant B.Duck Inflatable Playland. Visitors of all ages can also enjoy carnival games and a variety of interactive activities throughout the event.</w:t>
      </w:r>
      <w:r/>
    </w:p>
    <w:p>
      <w:pPr>
        <w:pStyle w:val="ListNumber"/>
        <w:spacing w:line="240" w:lineRule="auto"/>
        <w:ind w:left="720"/>
      </w:pPr>
      <w:r/>
      <w:hyperlink r:id="rId13">
        <w:r>
          <w:rPr>
            <w:color w:val="0000EE"/>
            <w:u w:val="single"/>
          </w:rPr>
          <w:t>https://www.discoverythailand.com/news-event</w:t>
        </w:r>
      </w:hyperlink>
      <w:r>
        <w:t xml:space="preserve"> - Upcoming events in Thailand include B.Duck Playful 20th - Glow In The Duck, taking place from August 24 to September 20, 2026, at CentralWorld in Bangkok. The family-friendly event features two giant inflatable playlands, a 12-meter B.Duck inflatable, carnival games, limited-edition merchandise, themed ice cream, interactive activities, and a spectacular nighttime light and music experience.</w:t>
      </w:r>
      <w:r/>
    </w:p>
    <w:p>
      <w:pPr>
        <w:pStyle w:val="ListNumber"/>
        <w:spacing w:line="240" w:lineRule="auto"/>
        <w:ind w:left="720"/>
      </w:pPr>
      <w:r/>
      <w:hyperlink r:id="rId14">
        <w:r>
          <w:rPr>
            <w:color w:val="0000EE"/>
            <w:u w:val="single"/>
          </w:rPr>
          <w:t>https://www.bangkokbiznews.com/lifestyle/judprakai/1248866</w:t>
        </w:r>
      </w:hyperlink>
      <w:r>
        <w:t xml:space="preserve"> - B.Duck, the beloved yellow duck, returns to Bangkok with an exciting family experience at 'B.Duck Playful 20th-Glow In The Duck,' taking place from 24 August to 20 September 2026 at the outdoor plaza in front of CentralWorld. The event is open daily from 2:00 PM to 10:00 PM, except on 24 August, when it will open from 4:00 PM to 10:00 PM. Discover 'Two Giant Inflatable Playlands × B.Duck Carnival,' featuring Thailand’s first Giant Air Dome Inflatable Playland and a 12-metre-high Giant B.Duck Inflatable Playland. Visitors of all ages can also enjoy carnival games and a variety of interactive activities throughout the event.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atnews.org/2026/08/tat-supports-b-duck-playful-20th-glow-in-the-duck-in-bangkok/" TargetMode="External"/><Relationship Id="rId10" Type="http://schemas.openxmlformats.org/officeDocument/2006/relationships/hyperlink" Target="https://www.thailandexhibition.com/thai-event-details/b-duck-playful-20th-glow-in-the-duck-bangkok/32984" TargetMode="External"/><Relationship Id="rId11" Type="http://schemas.openxmlformats.org/officeDocument/2006/relationships/hyperlink" Target="https://www.discoverythailand.com/events-b-duck-playful-20th-glow-in-the-duck" TargetMode="External"/><Relationship Id="rId12" Type="http://schemas.openxmlformats.org/officeDocument/2006/relationships/hyperlink" Target="https://www.thailandexhibition.com/en/thai-event-details/b-duck-playful-20th-centralworld/32983" TargetMode="External"/><Relationship Id="rId13" Type="http://schemas.openxmlformats.org/officeDocument/2006/relationships/hyperlink" Target="https://www.discoverythailand.com/news-event" TargetMode="External"/><Relationship Id="rId14" Type="http://schemas.openxmlformats.org/officeDocument/2006/relationships/hyperlink" Target="https://www.bangkokbiznews.com/lifestyle/judprakai/1248866" TargetMode="External"/><Relationship Id="rId15"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