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evolving yoga retreat scene offers new options for diverse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 remains one of the easiest places in Asia to turn a yoga break into a proper reset. The appeal is simple for travellers: beach time, warm weather, good food, and retreat centres that range from budget-friendly to polished luxury. Hostelgeeks’ guide, along with several recent round-ups, shows that the market is broad enough to suit beginners, regular practitioners, and people who want their trip to feel more like a wellness escape than a rigid course. </w:t>
      </w:r>
      <w:r/>
    </w:p>
    <w:p>
      <w:r/>
      <w:r>
        <w:t xml:space="preserve">For many visitors, the main decision is location. Koh Phangan is still the classic choice for a retreat-heavy trip, while Koh Samui leans more towards polished island comforts. Chiang Mai and Pai offer a greener, more inland atmosphere, and Phuket gives easier access plus beachside convenience. Out Thailand’s comparison of the country’s retreat hubs makes clear that the right choice depends less on yoga style alone and more on the setting you want around it. </w:t>
      </w:r>
      <w:r/>
    </w:p>
    <w:p>
      <w:r/>
      <w:r>
        <w:t xml:space="preserve">Among the island options, Koh Phangan comes up repeatedly because it combines a social retreat scene with plenty of well-known centres. Recent guides highlight places such as Island Yoga, Wonderland, and Ananda for travellers who want a mix of yoga, meditation, and downtime without losing the feeling of being on holiday. The common thread is variety: some retreats are built around multi-style classes and community, while others add detox, steam sauna sessions, or more structured wellness programmes. </w:t>
      </w:r>
      <w:r/>
    </w:p>
    <w:p>
      <w:r/>
      <w:r>
        <w:t xml:space="preserve">Koh Samui has a slightly more polished feel, with retreats such as Vikasa often singled out for its clifftop or oceanfront setting and its focus on transformation rather than just classes. Other guides point to Samahita, which is known for structured practice and wellness support, and to centres that pair yoga with beach access, massage, and longer stays. For travellers who want the yoga to be part of a fuller resort experience, this island is hard to beat. </w:t>
      </w:r>
      <w:r/>
    </w:p>
    <w:p>
      <w:r/>
      <w:r>
        <w:t xml:space="preserve">If your idea of a retreat is quieter and more restorative, northern Thailand is worth considering. Guides covering Chiang Mai and Pai describe a different rhythm from the islands: more mountain air, a slower pace, and a stronger sense of local culture. That makes these destinations appealing for people who want a retreat that feels less like a holiday package and more like a change of environment with space to think. </w:t>
      </w:r>
      <w:r/>
    </w:p>
    <w:p>
      <w:r/>
      <w:r>
        <w:t xml:space="preserve">Price remains one of Thailand’s biggest selling points. Hostelgeeks’ guide lists options from roughly $414 upwards, with retreat lengths ranging from a few days to several weeks. Other round-ups suggest a wide spread across the market, which means travellers should look carefully at what is included before booking. Meals, transfers, extra treatments, excursions, and airport pick-up can make a major difference to value, especially if a lower headline price turns out to exclude the basics. </w:t>
      </w:r>
      <w:r/>
    </w:p>
    <w:p>
      <w:r/>
      <w:r>
        <w:t xml:space="preserve">That is why the most useful question is not simply which retreat is best, but which type of trip you actually want. Some retreats are built for beginners who want steady instruction and a calm setting. Others are more ambitious, adding detox, breathwork, massage, or healing workshops. A few, such as the more immersive hill-tribe and nature-based stays featured in Hostelgeeks’ guide, also appeal to travellers looking for cultural exchange alongside yoga. </w:t>
      </w:r>
      <w:r/>
    </w:p>
    <w:p>
      <w:r/>
      <w:r>
        <w:t xml:space="preserve">For travellers choosing where to go in Thailand, the practical takeaway is straightforward. Pick the island if you want beaches and easy retreat variety, choose Chiang Mai or Pai for a more grounded and scenic reset, and read the fine print before paying a deposit. Thailand’s yoga retreat scene is strong because it offers flexibility: you can go simple, indulgent, intensive, or quietly restorative, depending on how much structure you want around your time away.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[6]</w:t>
        </w:r>
      </w:hyperlink>
      <w:r>
        <w:t xml:space="preserve">- Paragraph 4: </w:t>
      </w:r>
      <w:hyperlink r:id="rId12">
        <w:r>
          <w:rPr>
            <w:color w:val="0000EE"/>
            <w:u w:val="single"/>
          </w:rPr>
          <w:t>[4]</w:t>
        </w:r>
      </w:hyperlink>
      <w:r>
        <w:t xml:space="preserve">, </w:t>
      </w:r>
      <w:hyperlink r:id="rId14">
        <w:r>
          <w:rPr>
            <w:color w:val="0000EE"/>
            <w:u w:val="single"/>
          </w:rPr>
          <w:t>[5]</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7: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w:t>
      </w:r>
      <w:hyperlink r:id="rId15">
        <w:r>
          <w:rPr>
            <w:color w:val="0000EE"/>
            <w:u w:val="single"/>
          </w:rPr>
          <w:t>[7]</w:t>
        </w:r>
      </w:hyperlink>
      <w:r>
        <w:t xml:space="preserve">- Paragraph 8: </w:t>
      </w:r>
      <w:hyperlink r:id="rId9">
        <w:r>
          <w:rPr>
            <w:color w:val="0000EE"/>
            <w:u w:val="single"/>
          </w:rPr>
          <w:t>[1]</w:t>
        </w:r>
      </w:hyperlink>
      <w:r>
        <w:t xml:space="preserve">, </w:t>
      </w:r>
      <w:hyperlink r:id="rId11">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https://hostelgeeks.com/best-yoga-retreats-in-thailand/</w:t>
        </w:r>
      </w:hyperlink>
      <w:r>
        <w:t xml:space="preserve"> - Please view link - unable to able to access data</w:t>
      </w:r>
      <w:r/>
    </w:p>
    <w:p>
      <w:pPr>
        <w:pStyle w:val="ListNumber"/>
        <w:spacing w:line="240" w:lineRule="auto"/>
        <w:ind w:left="720"/>
      </w:pPr>
      <w:r/>
      <w:hyperlink r:id="rId10">
        <w:r>
          <w:rPr>
            <w:color w:val="0000EE"/>
            <w:u w:val="single"/>
          </w:rPr>
          <w:t>https://www.browsewellness.com/best/yoga-retreats-thailand/</w:t>
        </w:r>
      </w:hyperlink>
      <w:r>
        <w:t xml:space="preserve"> - This article provides a curated list of seven top yoga retreats in Thailand for 2026, including Samahita Retreat, True Nature, Island Yoga, Vikasa, Wonderland, Mangosteen, and Embrace Energy. Each retreat is evaluated based on its unique offerings, such as structured programs, community atmosphere, and integration of various wellness practices. The guide assists readers in selecting a retreat that aligns with their personal goals and preferences, highlighting the diverse experiences available across Thailand's yoga destinations.</w:t>
      </w:r>
      <w:r/>
    </w:p>
    <w:p>
      <w:pPr>
        <w:pStyle w:val="ListNumber"/>
        <w:spacing w:line="240" w:lineRule="auto"/>
        <w:ind w:left="720"/>
      </w:pPr>
      <w:r/>
      <w:hyperlink r:id="rId11">
        <w:r>
          <w:rPr>
            <w:color w:val="0000EE"/>
            <w:u w:val="single"/>
          </w:rPr>
          <w:t>https://outthailand.com/guide/yoga-retreats-thailand/</w:t>
        </w:r>
      </w:hyperlink>
      <w:r>
        <w:t xml:space="preserve"> - This comprehensive guide compares five major yoga retreat hubs in Thailand: Koh Phangan, Koh Samui, Pai, Chiang Mai, and Phuket. It details the dominant yoga styles, typical pricing, and unique characteristics of each location, aiding readers in choosing the most suitable destination for their retreat. The article also addresses considerations such as accommodation options, local culture, and the overall atmosphere of each hub, providing a well-rounded overview for prospective yoga retreat participants.</w:t>
      </w:r>
      <w:r/>
    </w:p>
    <w:p>
      <w:pPr>
        <w:pStyle w:val="ListNumber"/>
        <w:spacing w:line="240" w:lineRule="auto"/>
        <w:ind w:left="720"/>
      </w:pPr>
      <w:r/>
      <w:hyperlink r:id="rId12">
        <w:r>
          <w:rPr>
            <w:color w:val="0000EE"/>
            <w:u w:val="single"/>
          </w:rPr>
          <w:t>https://breathingtravel.com/best-yoga-retreats-in-thailand/</w:t>
        </w:r>
      </w:hyperlink>
      <w:r>
        <w:t xml:space="preserve"> - This article presents a selection of the twelve best yoga retreats in Thailand, including Vikasa Yoga Retreat in Koh Samui. Vikasa is highlighted for its focus on inspiring transformation and personal growth, offering various programs such as 'Vikations' and Signature retreats. The guide emphasizes the retreat's oceanfront location, diverse yoga classes, and wellness experiences, catering to individuals seeking a holistic approach to yoga and personal development in a serene environment.</w:t>
      </w:r>
      <w:r/>
    </w:p>
    <w:p>
      <w:pPr>
        <w:pStyle w:val="ListNumber"/>
        <w:spacing w:line="240" w:lineRule="auto"/>
        <w:ind w:left="720"/>
      </w:pPr>
      <w:r/>
      <w:hyperlink r:id="rId14">
        <w:r>
          <w:rPr>
            <w:color w:val="0000EE"/>
            <w:u w:val="single"/>
          </w:rPr>
          <w:t>https://www.thailandstarterkit.com/health/yoga-retreat-thailand/</w:t>
        </w:r>
      </w:hyperlink>
      <w:r>
        <w:t xml:space="preserve"> - This article explores several top yoga retreat destinations in Thailand, including Chiang Rai, Koh Phangan, and Koh Samui. It provides insights into the unique offerings of each location, such as Museflower Retreat's Himalayan crystal salt pool and Orion Healing Centre's beachfront yoga shalas. The guide also discusses pricing, accommodation options, and the overall atmosphere of these retreats, assisting readers in selecting a destination that aligns with their wellness goals and preferences.</w:t>
      </w:r>
      <w:r/>
    </w:p>
    <w:p>
      <w:pPr>
        <w:pStyle w:val="ListNumber"/>
        <w:spacing w:line="240" w:lineRule="auto"/>
        <w:ind w:left="720"/>
      </w:pPr>
      <w:r/>
      <w:hyperlink r:id="rId13">
        <w:r>
          <w:rPr>
            <w:color w:val="0000EE"/>
            <w:u w:val="single"/>
          </w:rPr>
          <w:t>https://loveyogalovetravel.com/guide-to-yoga-in-thailand/</w:t>
        </w:r>
      </w:hyperlink>
      <w:r>
        <w:t xml:space="preserve"> - This guide offers an overview of the best yoga retreats in Thailand, featuring Wonderland in Koh Phangan. Wonderland is described as a divine yoga retreat centre surrounded by lush tropical jungle, offering multi-style yoga classes, Tai Chi, Qi Gong, meditation sessions, and various relaxation areas. The article highlights the retreat's affordability and its focus on providing a peaceful and quiet environment for yoga practitioners seeking a holistic experience.</w:t>
      </w:r>
      <w:r/>
    </w:p>
    <w:p>
      <w:pPr>
        <w:pStyle w:val="ListNumber"/>
        <w:spacing w:line="240" w:lineRule="auto"/>
        <w:ind w:left="720"/>
      </w:pPr>
      <w:r/>
      <w:hyperlink r:id="rId15">
        <w:r>
          <w:rPr>
            <w:color w:val="0000EE"/>
            <w:u w:val="single"/>
          </w:rPr>
          <w:t>https://oneyogareviews.com/yoga-retreats-near-me-in-thailand/</w:t>
        </w:r>
      </w:hyperlink>
      <w:r>
        <w:t xml:space="preserve"> - This comprehensive guide breaks down the best yoga retreats in Thailand by location, price, and experience type. It features Samma Karuna as a top recommendation, emphasizing its community atmosphere, holistic approach integrating yoga, Tantra, breathwork, dance therapy, and detox protocols. The article provides detailed information on pricing, program offerings, and the unique value propositions of each retreat, assisting readers in making informed decisions based on their personal preferences and goals.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stelgeeks.com/best-yoga-retreats-in-thailand/" TargetMode="External"/><Relationship Id="rId10" Type="http://schemas.openxmlformats.org/officeDocument/2006/relationships/hyperlink" Target="https://www.browsewellness.com/best/yoga-retreats-thailand/" TargetMode="External"/><Relationship Id="rId11" Type="http://schemas.openxmlformats.org/officeDocument/2006/relationships/hyperlink" Target="https://outthailand.com/guide/yoga-retreats-thailand/" TargetMode="External"/><Relationship Id="rId12" Type="http://schemas.openxmlformats.org/officeDocument/2006/relationships/hyperlink" Target="https://breathingtravel.com/best-yoga-retreats-in-thailand/" TargetMode="External"/><Relationship Id="rId13" Type="http://schemas.openxmlformats.org/officeDocument/2006/relationships/hyperlink" Target="https://loveyogalovetravel.com/guide-to-yoga-in-thailand/" TargetMode="External"/><Relationship Id="rId14" Type="http://schemas.openxmlformats.org/officeDocument/2006/relationships/hyperlink" Target="https://www.thailandstarterkit.com/health/yoga-retreat-thailand/" TargetMode="External"/><Relationship Id="rId15" Type="http://schemas.openxmlformats.org/officeDocument/2006/relationships/hyperlink" Target="https://oneyogareviews.com/yoga-retreats-near-me-in-thailand/"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