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Happitat’s record-breaking drone display marks a new era for immersive Bangkok destinations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Happitat has opened in Bangkok’s Bang Na district, pitching itself as a new kind of day-out destination rather than a conventional shopping centre. According to the launch material, the project spans more than 200,000 square metres and is designed around nature, food, leisure and shared experiences, reflecting a wider shift in what many visitors now want from retail and lifestyle spaces.</w:t>
      </w:r>
      <w:r/>
    </w:p>
    <w:p>
      <w:r/>
      <w:r>
        <w:t>The opening day was staged as a full-scale spectacle, culminating in a drone display that the organisers said used more than 2,222 aircraft and set a new record in Thailand. The evening programme also featured music, performances and appearances by more than 100 artists and celebrities, including Chinese actor Zhou Yiran, in what the organisers billed as a “festival of happiness”.</w:t>
      </w:r>
      <w:r/>
    </w:p>
    <w:p>
      <w:r/>
      <w:r>
        <w:t>For visitors, the draw is likely to be the mix of immersive attractions and dining rather than shopping alone. Among the headline experiences are “The Butterfly Trail”, where visitors can explore a butterfly-themed environment, and “Forest of Time”, an interactive installation that brings a sleeping forest to life. The complex also brings together more than 60 restaurants and cafés, with reports describing it as a place built for multi-generational visits, family time and repeat trips.</w:t>
      </w:r>
      <w:r/>
    </w:p>
    <w:p>
      <w:r/>
      <w:r>
        <w:t>Happitat is organised into three main zones: Bloominas, a premium lifestyle area; Wonderwild, which is aimed at children and families; and Festie Town, a semi-outdoor space for events and live entertainment. Pattaya Mail reported that the opening was attended by Tourism Authority of Thailand governor Thapanee Kiatphaibool, underlining the project’s ambition to draw more visitors to eastern Bangkok. For travellers, the key appeal is simple: this is a destination built for lingering, not rushing through, and its strongest selling point is the promise of something different each time you go.</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w:t>
      </w:r>
      <w:hyperlink r:id="rId12">
        <w:r>
          <w:rPr>
            <w:color w:val="0000EE"/>
            <w:u w:val="single"/>
          </w:rPr>
          <w:t>[6]</w:t>
        </w:r>
      </w:hyperlink>
      <w:r>
        <w:t xml:space="preserve">- Paragraph 2: </w:t>
      </w:r>
      <w:hyperlink r:id="rId10">
        <w:r>
          <w:rPr>
            <w:color w:val="0000EE"/>
            <w:u w:val="single"/>
          </w:rPr>
          <w:t>[2]</w:t>
        </w:r>
      </w:hyperlink>
      <w:r>
        <w:t xml:space="preserve">, </w:t>
      </w:r>
      <w:hyperlink r:id="rId13">
        <w:r>
          <w:rPr>
            <w:color w:val="0000EE"/>
            <w:u w:val="single"/>
          </w:rPr>
          <w:t>[3]</w:t>
        </w:r>
      </w:hyperlink>
      <w:r>
        <w:t xml:space="preserve">, </w:t>
      </w:r>
      <w:hyperlink r:id="rId9">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w:t>
      </w:r>
      <w:hyperlink r:id="rId12">
        <w:r>
          <w:rPr>
            <w:color w:val="0000EE"/>
            <w:u w:val="single"/>
          </w:rPr>
          <w:t>[6]</w:t>
        </w:r>
      </w:hyperlink>
      <w:r>
        <w:t xml:space="preserve">- Paragraph 4: </w:t>
      </w:r>
      <w:hyperlink r:id="rId13">
        <w:r>
          <w:rPr>
            <w:color w:val="0000EE"/>
            <w:u w:val="single"/>
          </w:rPr>
          <w:t>[3]</w:t>
        </w:r>
      </w:hyperlink>
      <w:r>
        <w:t xml:space="preserve">, </w:t>
      </w:r>
      <w:hyperlink r:id="rId11">
        <w:r>
          <w:rPr>
            <w:color w:val="0000EE"/>
            <w:u w:val="single"/>
          </w:rPr>
          <w:t>[4]</w:t>
        </w:r>
      </w:hyperlink>
      <w:r>
        <w:t xml:space="preserve">, </w:t>
      </w:r>
      <w:hyperlink r:id="rId12">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https://www.theinfostride.com/happitat-celebrates-its-grand-opening-transforming-over-200000-sq-m-from-land-to-sky-with-a-record-breaking-2222-drone-show-as-zhou-yiran-leads-over-100-artists-in-a-festival-of-happiness/</w:t>
        </w:r>
      </w:hyperlink>
      <w:r>
        <w:t xml:space="preserve"> - Please view link - unable to able to access data</w:t>
      </w:r>
      <w:r/>
    </w:p>
    <w:p>
      <w:pPr>
        <w:pStyle w:val="ListNumber"/>
        <w:spacing w:line="240" w:lineRule="auto"/>
        <w:ind w:left="720"/>
      </w:pPr>
      <w:r/>
      <w:hyperlink r:id="rId10">
        <w:r>
          <w:rPr>
            <w:color w:val="0000EE"/>
            <w:u w:val="single"/>
          </w:rPr>
          <w:t>https://panafricanvisions.com/2026/08/happitat-celebrates-its-grand-opening-transforming-over-200000-sq-m-from-land-to-sky-with-a-record-breaking-2222-drone-show-as-zhou-yiran-leads-over-100-artists-in-a-festival-of-happiness/</w:t>
        </w:r>
      </w:hyperlink>
      <w:r>
        <w:t xml:space="preserve"> - Happitat, the world's first happiness destination, officially opened on August 23, 2026, in Bangkok, Thailand. The grand celebration featured a full day of activities, culminating in 'The Sky Canvas of Happiness,' where over 2,222 drones illuminated the sky, setting a new record in Thailand. The event showcased immersive experiences like 'The Butterfly Trail' and 'Forest of Time,' along with performances by over 100 artists, including Chinese actor Zhou Yiran. The venue comprises three main buildings: Bloominas, Wonderwild, and Festie Town, offering a blend of lifestyle, family entertainment, and events.</w:t>
      </w:r>
      <w:r/>
    </w:p>
    <w:p>
      <w:pPr>
        <w:pStyle w:val="ListNumber"/>
        <w:spacing w:line="240" w:lineRule="auto"/>
        <w:ind w:left="720"/>
      </w:pPr>
      <w:r/>
      <w:hyperlink r:id="rId13">
        <w:r>
          <w:rPr>
            <w:color w:val="0000EE"/>
            <w:u w:val="single"/>
          </w:rPr>
          <w:t>https://www.malaymail.com/news/money/mediaoutreach/2026/08/23/happitat-celebrates-its-grand-opening-transforming-over-200000-sqm-from-land-to-sky-with-a-record-breaking-2222-drone-show-as-zhou-yiran-leads-over-100-artists-in-a-festival-of-happiness/482477</w:t>
        </w:r>
      </w:hyperlink>
      <w:r>
        <w:t xml:space="preserve"> - Happitat, a new landmark in Bangkok, Thailand, celebrated its grand opening on August 23, 2026. The event featured 'The Sky Canvas of Happiness,' a display of over 2,222 drones, setting a new record in Thailand. The celebration included performances by over 100 artists, such as Chinese actor Zhou Yiran, and showcased immersive experiences like 'The Butterfly Trail' and 'Forest of Time.' The venue comprises three main buildings: Bloominas, Wonderwild, and Festie Town, offering a mix of lifestyle, family entertainment, and events.</w:t>
      </w:r>
      <w:r/>
    </w:p>
    <w:p>
      <w:pPr>
        <w:pStyle w:val="ListNumber"/>
        <w:spacing w:line="240" w:lineRule="auto"/>
        <w:ind w:left="720"/>
      </w:pPr>
      <w:r/>
      <w:hyperlink r:id="rId11">
        <w:r>
          <w:rPr>
            <w:color w:val="0000EE"/>
            <w:u w:val="single"/>
          </w:rPr>
          <w:t>https://www.pattayamail.com/thailandnews/happitat-opens-at-bang-na-to-expand-bangkoks-retail-and-lifestyle-scene-562543</w:t>
        </w:r>
      </w:hyperlink>
      <w:r>
        <w:t xml:space="preserve"> - Happitat, a new retail and lifestyle destination, officially opened at Bang Na KM. 7 in Bangkok, Thailand, on August 23, 2026. The opening ceremony was attended by Tourism Authority of Thailand Governor Thapanee Kiatphaibool and other dignitaries. Developed under the concept 'The New Theme Destination of Happiness,' Happitat features three main buildings: Bloominas, a premium lifestyle hub; Wonderwild, offering family-oriented activities; and Festie Town, a semi-outdoor venue for entertainment, events, and concerts. The development aims to enhance tourism in eastern Bangkok and align with Thailand's value-based tourism strategy.</w:t>
      </w:r>
      <w:r/>
    </w:p>
    <w:p>
      <w:pPr>
        <w:pStyle w:val="ListNumber"/>
        <w:spacing w:line="240" w:lineRule="auto"/>
        <w:ind w:left="720"/>
      </w:pPr>
      <w:r/>
      <w:hyperlink r:id="rId14">
        <w:r>
          <w:rPr>
            <w:color w:val="0000EE"/>
            <w:u w:val="single"/>
          </w:rPr>
          <w:t>https://blooloop.com/borabora-studios-forest-of-time/</w:t>
        </w:r>
      </w:hyperlink>
      <w:r>
        <w:t xml:space="preserve"> - Borabora Studios, a creative technology studio, presented 'Forest of Time,' an interactive experience at Happitat's grand opening in Bangkok on August 21, 2026. The installation is part of Happitat's emphasis on experience, participation, and emotional engagement, combining architecture, nature, hospitality, and digital experiences to create meaningful shared moments. Unlike traditional retail destinations, Happitat focuses on immersive experiences, with 'Forest of Time' being a prime example of this approach.</w:t>
      </w:r>
      <w:r/>
    </w:p>
    <w:p>
      <w:pPr>
        <w:pStyle w:val="ListNumber"/>
        <w:spacing w:line="240" w:lineRule="auto"/>
        <w:ind w:left="720"/>
      </w:pPr>
      <w:r/>
      <w:hyperlink r:id="rId12">
        <w:r>
          <w:rPr>
            <w:color w:val="0000EE"/>
            <w:u w:val="single"/>
          </w:rPr>
          <w:t>https://www.thefinestthai.com/2026/08/18/happitat-bangna-opening-shopping-family-guide/</w:t>
        </w:r>
      </w:hyperlink>
      <w:r>
        <w:t xml:space="preserve"> - Happitat, a new lifestyle destination, opened on August 21, 2026, at the entrance to The Forestias in Bang Kaeo, Samut Prakan, Bangkok. The venue combines over 100 restaurants and cafes with shopping, family learning, events, wellness, and pet services. It is designed as a nature-led day out for multiple generations, featuring three main zones: Bloominas, a premium lifestyle and community area; Wonderwild, focusing on family discovery; and Festie Town, a semi-outdoor venue for entertainment and performance.</w:t>
      </w:r>
      <w:r/>
    </w:p>
    <w:p>
      <w:pPr>
        <w:pStyle w:val="ListNumber"/>
        <w:spacing w:line="240" w:lineRule="auto"/>
        <w:ind w:left="720"/>
      </w:pPr>
      <w:r/>
      <w:hyperlink r:id="rId9">
        <w:r>
          <w:rPr>
            <w:color w:val="0000EE"/>
            <w:u w:val="single"/>
          </w:rPr>
          <w:t>https://www.theinfostride.com/happitat-celebrates-its-grand-opening-transforming-over-200000-sq-m-from-land-to-sky-with-a-record-breaking-2222-drone-show-as-zhou-yiran-leads-over-100-artists-in-a-festival-of-happiness/</w:t>
        </w:r>
      </w:hyperlink>
      <w:r>
        <w:t xml:space="preserve"> - Happitat, the world's first happiness destination, officially opened on August 23, 2026, in Bangkok, Thailand. The grand celebration featured a full day of activities, culminating in 'The Sky Canvas of Happiness,' where over 2,222 drones illuminated the sky, setting a new record in Thailand. The event showcased immersive experiences like 'The Butterfly Trail' and 'Forest of Time,' along with performances by over 100 artists, including Chinese actor Zhou Yiran. The venue comprises three main buildings: Bloominas, Wonderwild, and Festie Town, offering a blend of lifestyle, family entertainment, and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infostride.com/happitat-celebrates-its-grand-opening-transforming-over-200000-sq-m-from-land-to-sky-with-a-record-breaking-2222-drone-show-as-zhou-yiran-leads-over-100-artists-in-a-festival-of-happiness/" TargetMode="External"/><Relationship Id="rId10" Type="http://schemas.openxmlformats.org/officeDocument/2006/relationships/hyperlink" Target="https://panafricanvisions.com/2026/08/happitat-celebrates-its-grand-opening-transforming-over-200000-sq-m-from-land-to-sky-with-a-record-breaking-2222-drone-show-as-zhou-yiran-leads-over-100-artists-in-a-festival-of-happiness/" TargetMode="External"/><Relationship Id="rId11" Type="http://schemas.openxmlformats.org/officeDocument/2006/relationships/hyperlink" Target="https://www.pattayamail.com/thailandnews/happitat-opens-at-bang-na-to-expand-bangkoks-retail-and-lifestyle-scene-562543" TargetMode="External"/><Relationship Id="rId12" Type="http://schemas.openxmlformats.org/officeDocument/2006/relationships/hyperlink" Target="https://www.thefinestthai.com/2026/08/18/happitat-bangna-opening-shopping-family-guide/" TargetMode="External"/><Relationship Id="rId13" Type="http://schemas.openxmlformats.org/officeDocument/2006/relationships/hyperlink" Target="https://www.malaymail.com/news/money/mediaoutreach/2026/08/23/happitat-celebrates-its-grand-opening-transforming-over-200000-sqm-from-land-to-sky-with-a-record-breaking-2222-drone-show-as-zhou-yiran-leads-over-100-artists-in-a-festival-of-happiness/482477" TargetMode="External"/><Relationship Id="rId14" Type="http://schemas.openxmlformats.org/officeDocument/2006/relationships/hyperlink" Target="https://blooloop.com/borabora-studios-forest-of-time/"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