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Chiang Rai’s authentic hill tribe crafts through context and markets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Chiang Rai is not a place where hill tribe crafts are gathered neatly into one purpose-built market. Instead, travellers find them scattered across museums, fair-trade outlets and evening bazaars, which makes choosing carefully part of the experience. For visitors who want a better sense of what they are buying, the Hilltribe Museum and Education Centre on Thanalai Road is the most useful starting point, because it combines cultural context with a craft shop linked to more than 40 villages, according to Museum Thailand and the Population and Community Development Association’s own information.</w:t>
      </w:r>
      <w:r/>
    </w:p>
    <w:p>
      <w:r/>
      <w:r>
        <w:t>The museum is also one of the few places where pricing and opening times are relatively clear. Museum Thailand says admission is 50 baht, with weekday hours from 8.30am to 5pm and weekend hours from 10am to 6pm, though it is still sensible to check before going. That makes it easier to compare what you see there with the more informal market stalls later in the day, where provenance is often less obvious. The appeal for travellers is not just shopping, but a better chance to understand whether a textile, pouch or silver piece is genuinely community-linked.</w:t>
      </w:r>
      <w:r/>
    </w:p>
    <w:p>
      <w:r/>
      <w:r>
        <w:t>For a livelier but less specific browsing experience, the Chiang Rai Night Bazaar near Bus Station 1 is a convenient evening stop. Its official site describes a daily market with snacks, performances, clothes, bags, jewellery and souvenirs, and other local guides note that it runs from around 6pm to 11pm, with some stalls staying open later. Chiang Rai’s Saturday Walking Street offers a similar mix on a weekend night, with handmade goods, local food and live entertainment, according to Thai Holiday Guide. These markets are good for atmosphere and variety, but not every woven bag or embroidered item is necessarily made by hill tribe artisans, so asking who made it remains essential.</w:t>
      </w:r>
      <w:r/>
    </w:p>
    <w:p>
      <w:r/>
      <w:r>
        <w:t>That caution matters because visual style alone can be misleading. In Chiang Rai, tribal motifs are easy to copy, and a market setting does not guarantee that an item comes from the community it appears to represent. For buyers who care about support as well as aesthetics, fixed-price or museum-linked outlets generally offer a clearer route than anonymous souvenir stalls. The practical questions are simple: who made it, where did it come from, what materials were used, and whether the seller is the maker or a reseller.</w:t>
      </w:r>
      <w:r/>
    </w:p>
    <w:p>
      <w:r/>
      <w:r>
        <w:t>For travellers, the smartest plan is to combine one context-rich stop with one or two evening markets. Start at the museum and craft shop in the morning or early afternoon, then leave the bazaar or Walking Street for the evening when Chiang Rai’s food, music and street life are in full flow. If your trip coincides with a seasonal event at Mae Fah Luang Art and Cultural Park, treat it as a bonus rather than an anchor, because dates and opening arrangements can change. A little preparation goes a long way in making sure the purchases you bring home are not just attractive, but also meaningfully connected to the region.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https://www.chiangraitimes.com/chiang-rai-guide/chiang-rai-hill-tribe-craft-markets/</w:t>
        </w:r>
      </w:hyperlink>
      <w:r>
        <w:t xml:space="preserve"> - Please view link - unable to able to access data</w:t>
      </w:r>
      <w:r/>
    </w:p>
    <w:p>
      <w:pPr>
        <w:pStyle w:val="ListNumber"/>
        <w:spacing w:line="240" w:lineRule="auto"/>
        <w:ind w:left="720"/>
      </w:pPr>
      <w:r/>
      <w:hyperlink r:id="rId10">
        <w:r>
          <w:rPr>
            <w:color w:val="0000EE"/>
            <w:u w:val="single"/>
          </w:rPr>
          <w:t>https://www.museumthailand.com/en/museum/Hilltribe-Museum-and-Education-Center</w:t>
        </w:r>
      </w:hyperlink>
      <w:r>
        <w:t xml:space="preserve"> - The Hilltribe Museum and Education Center, located on the third floor of the PDA Building at 620/1 Thanalai Road, Chiang Rai, offers insights into the region's ethnic communities. The museum provides context for the region’s ethnic communities, while the nearby handicrafts shop sells items associated with more than 40 villages. Admission is 50 baht, with operating hours from 8:30 a.m. to 5 p.m. on weekdays and 10 a.m. to 6 p.m. on weekends. It's advisable to check the latest hours before visiting.</w:t>
      </w:r>
      <w:r/>
    </w:p>
    <w:p>
      <w:pPr>
        <w:pStyle w:val="ListNumber"/>
        <w:spacing w:line="240" w:lineRule="auto"/>
        <w:ind w:left="720"/>
      </w:pPr>
      <w:r/>
      <w:hyperlink r:id="rId12">
        <w:r>
          <w:rPr>
            <w:color w:val="0000EE"/>
            <w:u w:val="single"/>
          </w:rPr>
          <w:t>https://www.chiangraibazaar.com/en/</w:t>
        </w:r>
      </w:hyperlink>
      <w:r>
        <w:t xml:space="preserve"> - The Chiang Rai Night Bazaar, situated near Bus Station 1 on Phaholyothin Road, is a vibrant evening market offering a variety of snacks, performances, clothes, bags, jewelry, and souvenirs. The market operates from 6 p.m. to 11 p.m. daily, with some stalls remaining open later. It's a popular spot for both locals and tourists to experience the city's night culture.</w:t>
      </w:r>
      <w:r/>
    </w:p>
    <w:p>
      <w:pPr>
        <w:pStyle w:val="ListNumber"/>
        <w:spacing w:line="240" w:lineRule="auto"/>
        <w:ind w:left="720"/>
      </w:pPr>
      <w:r/>
      <w:hyperlink r:id="rId13">
        <w:r>
          <w:rPr>
            <w:color w:val="0000EE"/>
            <w:u w:val="single"/>
          </w:rPr>
          <w:t>https://www.thaiholidayguide.com/attraction/chiang-rai-walking-street/</w:t>
        </w:r>
      </w:hyperlink>
      <w:r>
        <w:t xml:space="preserve"> - The Chiang Rai Walking Street, also known as the Saturday Walking Street, takes place every Saturday night along Thanalai Road. The market runs from about 3:00 p.m. to 10:00 p.m., offering a range of handmade goods, local crafts, clothing, accessories, and small gifts. Food vendors sell grilled snacks, northern Thai dishes, desserts, and refreshing drinks, while street performers and live shows add to the vibrant atmosphere.</w:t>
      </w:r>
      <w:r/>
    </w:p>
    <w:p>
      <w:pPr>
        <w:pStyle w:val="ListNumber"/>
        <w:spacing w:line="240" w:lineRule="auto"/>
        <w:ind w:left="720"/>
      </w:pPr>
      <w:r/>
      <w:hyperlink r:id="rId11">
        <w:r>
          <w:rPr>
            <w:color w:val="0000EE"/>
            <w:u w:val="single"/>
          </w:rPr>
          <w:t>https://www.discoverythailand.com/hilltribe-museum-and-education-centre</w:t>
        </w:r>
      </w:hyperlink>
      <w:r>
        <w:t xml:space="preserve"> - The Hilltribe Museum and Education Centre, run by the Population and Community Development Association (PDA), aims to educate visitors about the hill tribes and strengthen their position in Thai society. The centre exhibits local crafts, all of which are for sale, and provides information through slideshows and anthropological displays. It's a good place to visit if you are intending to set out on an extended trek to visit the northern hill tribes.</w:t>
      </w:r>
      <w:r/>
    </w:p>
    <w:p>
      <w:pPr>
        <w:pStyle w:val="ListNumber"/>
        <w:spacing w:line="240" w:lineRule="auto"/>
        <w:ind w:left="720"/>
      </w:pPr>
      <w:r/>
      <w:hyperlink r:id="rId14">
        <w:r>
          <w:rPr>
            <w:color w:val="0000EE"/>
            <w:u w:val="single"/>
          </w:rPr>
          <w:t>https://www.chiangraitimes.com/lifestyles/chiang-rai-night-bazaar/</w:t>
        </w:r>
      </w:hyperlink>
      <w:r>
        <w:t xml:space="preserve"> - The Chiang Rai Night Bazaar is one of the city's most vibrant attractions, coming alive every evening as the sun sets. Similar in spirit to Chiang Mai’s famous night market, this lively bazaar offers visitors a more intimate and relaxed atmosphere, making it a must-visit destination for anyone travelling to northern Thailand. Held nightly between 6:00 PM and midnight, the market spreads across several streets just southeast of the iconic Clock Tower.</w:t>
      </w:r>
      <w:r/>
    </w:p>
    <w:p>
      <w:pPr>
        <w:pStyle w:val="ListNumber"/>
        <w:spacing w:line="240" w:lineRule="auto"/>
        <w:ind w:left="720"/>
      </w:pPr>
      <w:r/>
      <w:hyperlink r:id="rId15">
        <w:r>
          <w:rPr>
            <w:color w:val="0000EE"/>
            <w:u w:val="single"/>
          </w:rPr>
          <w:t>https://www.chiangraitimes.com/destinations/night-market-chiang-rai-which-evening-is-best-to-visit/</w:t>
        </w:r>
      </w:hyperlink>
      <w:r>
        <w:t xml:space="preserve"> - Exploring a night market in Chiang Rai offers grilled snacks, handmade crafts, live music, and the relaxed northern Thai atmosphere that makes the city easy to enjoy. The experience feels local and unhurried, especially after a day visiting temples or exploring the city center. Chiang Rai has more than one evening market, and comparing the various night markets in Chiang Rai helps you choose based on which night you are there.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iangraitimes.com/chiang-rai-guide/chiang-rai-hill-tribe-craft-markets/" TargetMode="External"/><Relationship Id="rId10" Type="http://schemas.openxmlformats.org/officeDocument/2006/relationships/hyperlink" Target="https://www.museumthailand.com/en/museum/Hilltribe-Museum-and-Education-Center" TargetMode="External"/><Relationship Id="rId11" Type="http://schemas.openxmlformats.org/officeDocument/2006/relationships/hyperlink" Target="https://www.discoverythailand.com/hilltribe-museum-and-education-centre" TargetMode="External"/><Relationship Id="rId12" Type="http://schemas.openxmlformats.org/officeDocument/2006/relationships/hyperlink" Target="https://www.chiangraibazaar.com/en/" TargetMode="External"/><Relationship Id="rId13" Type="http://schemas.openxmlformats.org/officeDocument/2006/relationships/hyperlink" Target="https://www.thaiholidayguide.com/attraction/chiang-rai-walking-street/" TargetMode="External"/><Relationship Id="rId14" Type="http://schemas.openxmlformats.org/officeDocument/2006/relationships/hyperlink" Target="https://www.chiangraitimes.com/lifestyles/chiang-rai-night-bazaar/" TargetMode="External"/><Relationship Id="rId15" Type="http://schemas.openxmlformats.org/officeDocument/2006/relationships/hyperlink" Target="https://www.chiangraitimes.com/destinations/night-market-chiang-rai-which-evening-is-best-to-visi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