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Big Mountain Music Festival rebrands as Big Mountain Village for a more accessible 2026 edition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Thailand’s best-known outdoor music gathering is changing shape for 2026, with Big Mountain Music Festival now relaunched as Big Mountain Village and moved to a new site in Khao Yai. According to the festival’s own listings, the two-day event will run on 12 and 13 December 2026 at Farm Chokchai 3 in Pak Chong, Nakhon Ratchasima, keeping the winter weekend timing that has made it a draw for Bangkok-based revellers looking for a cooler escape from the city.</w:t>
      </w:r>
      <w:r/>
    </w:p>
    <w:p>
      <w:r/>
      <w:r>
        <w:t>For travellers, the appeal remains the same at heart: a large-scale, multi-genre music weekend set against mountain scenery. The festival has long been one of Thailand’s biggest live-music occasions, and previous editions featured hundreds of acts across numerous stages. Reports on the 2023 and 2025 editions show how the event has built its reputation on breadth as much as scale, bringing together mainstream Thai pop, rock and indie names in a packed two-day programme.</w:t>
      </w:r>
      <w:r/>
    </w:p>
    <w:p>
      <w:r/>
      <w:r>
        <w:t>The rebrand to a “village” format suggests a more contained and visitor-friendly experience. Organisers have presented the change as a response to earlier complaints about long walks between stages, limited parking and stretched facilities. For visitors, that could mean easier movement around the grounds, better access to restrooms and less of the logistical strain that sometimes comes with large open-air festivals. The shift to Farm Chokchai 3 also places the event in one of Khao Yai’s more accessible areas, which should matter to anyone planning to stay nearby rather than attempt a same-day round trip from Bangkok.</w:t>
      </w:r>
      <w:r/>
    </w:p>
    <w:p>
      <w:r/>
      <w:r>
        <w:t>Ticketing is already set out in familiar tiers. Early Cow passes are priced at 2,000 baht before rising to 2,500 baht, while VIP Cow passes begin at 4,000 baht and later move to 5,000 baht. The VIP package is being sold with fast-track entry, better viewing areas, dedicated premium toilets and charging points. According to the festival site, tickets can be bought through Counter Service at 7-Eleven branches nationwide, as well as via All Ticket and Ticketier, with instalment options also available through Ticketier.</w:t>
      </w:r>
      <w:r/>
    </w:p>
    <w:p>
      <w:r/>
      <w:r>
        <w:t>For most travellers, the practical question will be how to get there comfortably. Driving from Bangkok to Pak Chong usually takes around two to three hours in normal traffic, though congestion can be severe as the festival approaches. Public transport users can head to Pak Chong by bus or train, then connect by songthaew or event shuttle. Given the festival’s history of parking pressure, car-sharing or using organised transport is likely to be the least stressful choice. With December already a popular season for Khao Yai getaways, accommodation near the venue is expected to go quickly, so anyone planning a trip will need to book early.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w:t>
      </w:r>
      <w:hyperlink r:id="rId9">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w:t>
      </w:r>
      <w:hyperlink r:id="rId9">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[5]</w:t>
        </w:r>
      </w:hyperlink>
      <w:r>
        <w:t xml:space="preserve">, </w:t>
      </w:r>
      <w:hyperlink r:id="rId9">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https://www.travelandtourworld.com/news/article/nyfnuj1o0lfk/</w:t>
        </w:r>
      </w:hyperlink>
      <w:r>
        <w:t xml:space="preserve"> - Please view link - unable to able to access data</w:t>
      </w:r>
      <w:r/>
    </w:p>
    <w:p>
      <w:pPr>
        <w:pStyle w:val="ListNumber"/>
        <w:spacing w:line="240" w:lineRule="auto"/>
        <w:ind w:left="720"/>
      </w:pPr>
      <w:r/>
      <w:hyperlink r:id="rId10">
        <w:r>
          <w:rPr>
            <w:color w:val="0000EE"/>
            <w:u w:val="single"/>
          </w:rPr>
          <w:t>https://www.musicfestival.in.th/en/festivals/bmmf-16</w:t>
        </w:r>
      </w:hyperlink>
      <w:r>
        <w:t xml:space="preserve"> - The Big Mountain Music Village 2026 is scheduled for December 12–13, 2026, at Farm Chokchai 3 in Pak Chong, Nakhon Ratchasima. This rebranding follows the success of Big Mountain Music Festival 15, aiming to provide an immersive musical experience surrounded by nature. Tickets are available in Early Cow and VIP Cow categories, with options for installment payments through Ticketier. The festival is organized by GMM Show, continuing its tradition of showcasing diverse musical genres in a scenic setting.</w:t>
      </w:r>
      <w:r/>
    </w:p>
    <w:p>
      <w:pPr>
        <w:pStyle w:val="ListNumber"/>
        <w:spacing w:line="240" w:lineRule="auto"/>
        <w:ind w:left="720"/>
      </w:pPr>
      <w:r/>
      <w:hyperlink r:id="rId11">
        <w:r>
          <w:rPr>
            <w:color w:val="0000EE"/>
            <w:u w:val="single"/>
          </w:rPr>
          <w:t>https://www.jambase.com/festival/big-mountain-music-festival-2023</w:t>
        </w:r>
      </w:hyperlink>
      <w:r>
        <w:t xml:space="preserve"> - The Big Mountain Music Festival 2023 took place on December 9–10, 2023, at The Ocean Khao Yai in Nakhon Ratchasima, Thailand. The event featured a diverse lineup of artists, including headliners Three Man Down, Slot Machine, and Potato. The festival offered a variety of musical genres across multiple stages, attracting music enthusiasts from various regions. Attendees enjoyed performances from both established and emerging artists, contributing to the festival's reputation as a significant cultural event in Southeast Asia.</w:t>
      </w:r>
      <w:r/>
    </w:p>
    <w:p>
      <w:pPr>
        <w:pStyle w:val="ListNumber"/>
        <w:spacing w:line="240" w:lineRule="auto"/>
        <w:ind w:left="720"/>
      </w:pPr>
      <w:r/>
      <w:hyperlink r:id="rId12">
        <w:r>
          <w:rPr>
            <w:color w:val="0000EE"/>
            <w:u w:val="single"/>
          </w:rPr>
          <w:t>https://www.bkkmenu.com/go/happening/pepsi-present-big-mountainmusic-festival-2023.html</w:t>
        </w:r>
      </w:hyperlink>
      <w:r>
        <w:t xml:space="preserve"> - The Pepsi Presents Big Mountain Music Festival 2023, themed 'Amazing Big Mountain,' was held on December 9–10, 2023, at Khao Yai. The festival featured over 200 artists across nine main stages, offering a diverse musical experience. Attendees enjoyed performances from a wide range of artists, including popular Thai bands and solo performers. The event provided a platform for both established and emerging artists to showcase their talents, contributing to the vibrant music scene in Thailand.</w:t>
      </w:r>
      <w:r/>
    </w:p>
    <w:p>
      <w:pPr>
        <w:pStyle w:val="ListNumber"/>
        <w:spacing w:line="240" w:lineRule="auto"/>
        <w:ind w:left="720"/>
      </w:pPr>
      <w:r/>
      <w:hyperlink r:id="rId13">
        <w:r>
          <w:rPr>
            <w:color w:val="0000EE"/>
            <w:u w:val="single"/>
          </w:rPr>
          <w:t>https://www.thailand.go.th/event-detail/big-mountain-music-festival-15?hl=en</w:t>
        </w:r>
      </w:hyperlink>
      <w:r>
        <w:t xml:space="preserve"> - The Big Mountain Music Festival 15 was held on December 6–7, 2025, at The Ocean, Khao Yai, Nakhon Ratchasima. The 15th edition of Thailand’s largest outdoor music festival featured two days of continuous performances, celebrating music and good vibes. Ticket information included Early Cow tickets available from September 5, 2025, at THB 2,000 (regular price THB 2,500), and VIP Cow tickets at THB 4,000, offering various privileges. Tickets were available at Counter Service All Ticket in all 7-Eleven stores and online via www.allticket.com and www.ticketier.com.</w:t>
      </w:r>
      <w:r/>
    </w:p>
    <w:p>
      <w:pPr>
        <w:pStyle w:val="ListNumber"/>
        <w:spacing w:line="240" w:lineRule="auto"/>
        <w:ind w:left="720"/>
      </w:pPr>
      <w:r/>
      <w:hyperlink r:id="rId9">
        <w:r>
          <w:rPr>
            <w:color w:val="0000EE"/>
            <w:u w:val="single"/>
          </w:rPr>
          <w:t>https://www.travelandtourworld.com/news/article/nyfnuj1o0lfk/</w:t>
        </w:r>
      </w:hyperlink>
      <w:r>
        <w:t xml:space="preserve"> - The Big Mountain Music Festival, known as Southeast Asia's largest outdoor music celebration, has been rebranded as Big Mountain Village. Scheduled for December 12–13, 2026, at Farm Chokchai 3 in Khao Yai, Nakhon Ratchasima, the festival aims to provide an immersive musical experience surrounded by nature. Ticket sales are structured into Early Cow and VIP Cow categories, with options for installment payments through Ticketier. The event is organized by GMM Show, continuing its tradition of showcasing diverse musical genres in a scenic setting.</w:t>
      </w:r>
      <w:r/>
    </w:p>
    <w:p>
      <w:pPr>
        <w:pStyle w:val="ListNumber"/>
        <w:spacing w:line="240" w:lineRule="auto"/>
        <w:ind w:left="720"/>
      </w:pPr>
      <w:r/>
      <w:hyperlink r:id="rId10">
        <w:r>
          <w:rPr>
            <w:color w:val="0000EE"/>
            <w:u w:val="single"/>
          </w:rPr>
          <w:t>https://www.musicfestival.in.th/en/festivals/bmmf-16</w:t>
        </w:r>
      </w:hyperlink>
      <w:r>
        <w:t xml:space="preserve"> - The Big Mountain Music Village 2026 is scheduled for December 12–13, 2026, at Farm Chokchai 3 in Pak Chong, Nakhon Ratchasima. This rebranding follows the success of Big Mountain Music Festival 15, aiming to provide an immersive musical experience surrounded by nature. Tickets are available in Early Cow and VIP Cow categories, with options for installment payments through Ticketier. The festival is organized by GMM Show, continuing its tradition of showcasing diverse musical genres in a scenic setting.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nyfnuj1o0lfk/" TargetMode="External"/><Relationship Id="rId10" Type="http://schemas.openxmlformats.org/officeDocument/2006/relationships/hyperlink" Target="https://www.musicfestival.in.th/en/festivals/bmmf-16" TargetMode="External"/><Relationship Id="rId11" Type="http://schemas.openxmlformats.org/officeDocument/2006/relationships/hyperlink" Target="https://www.jambase.com/festival/big-mountain-music-festival-2023" TargetMode="External"/><Relationship Id="rId12" Type="http://schemas.openxmlformats.org/officeDocument/2006/relationships/hyperlink" Target="https://www.bkkmenu.com/go/happening/pepsi-present-big-mountainmusic-festival-2023.html" TargetMode="External"/><Relationship Id="rId13" Type="http://schemas.openxmlformats.org/officeDocument/2006/relationships/hyperlink" Target="https://www.thailand.go.th/event-detail/big-mountain-music-festival-15?hl=en"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