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Sunlight transforms Thailand’s Phraya Nakhon Cave into a mythic spectacle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Deep inside Khao Sam Roi Yot National Park, in Prachuap Khiri Khan province, one of Thailand’s most striking natural sights waits at the end of a climb: a cave chamber lit by a shaft of sunlight, with a royal pavilion standing in the beam like a stage set. The best-known moment is in the morning, when the light falls directly on the pavilion and turns the whole cave into something close to a myth. According to Travel sources and visitor guides, this is the draw that keeps Phraya Nakhon Cave on many Thailand itineraries.</w:t>
      </w:r>
      <w:r/>
    </w:p>
    <w:p>
      <w:r/>
      <w:r>
        <w:t>The pavilion is Kuha Karuhas, a small four-roofed structure built for a visit by King Chulalongkorn, or Rama V, in 1890. Reports on the cave’s history say it was assembled inside the chamber after being made in Bangkok, and that the king took part in a rooftop-raising ceremony. That royal connection helps explain why the site feels as much like a historic monument as a natural attraction.</w:t>
      </w:r>
      <w:r/>
    </w:p>
    <w:p>
      <w:r/>
      <w:r>
        <w:t>What gives the cave its drama, though, is geology. Descriptions from Thai and international travel sources say Phraya Nakhon is formed in limestone and has two chambers, with a total length of around 332 metres. A large collapse in the ceiling created the skylight that now defines the experience. Ancient inscriptions on the rock walls add another layer, linking the site to a longer human history than the pavilion alone.</w:t>
      </w:r>
      <w:r/>
    </w:p>
    <w:p>
      <w:r/>
      <w:r>
        <w:t>For travellers, the visit is part spectacle, part effort. Access is usually by boat to Laem Sala beach, followed by a steep walk of about 430 metres through forest and over uneven ground. That short but demanding approach means the reward comes only after some work, which makes the first glimpse of the lit pavilion feel more memorable. Several guides say late morning is the sweet spot for seeing the sun strike the chamber most clearly.</w:t>
      </w:r>
      <w:r/>
    </w:p>
    <w:p>
      <w:r/>
      <w:r>
        <w:t>Beyond the cave itself, the setting is part of the appeal. The national park’s limestone hills, coastal views and hilltop outlooks make the journey worthwhile even for visitors who miss the perfect shaft of light. The pavilion has also become a symbol of Prachuap Khiri Khan province, which is telling: this is not just a photogenic stop, but one of Thailand’s rare places where landscape, royal history and timing all combine in a single scene.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5">
        <w:r>
          <w:rPr>
            <w:color w:val="0000EE"/>
            <w:u w:val="single"/>
          </w:rPr>
          <w:t>[5]</w:t>
        </w:r>
      </w:hyperlink>
      <w:r>
        <w:t xml:space="preserve">, </w:t>
      </w:r>
      <w:hyperlink r:id="rId13">
        <w:r>
          <w:rPr>
            <w:color w:val="0000EE"/>
            <w:u w:val="single"/>
          </w:rPr>
          <w:t>[7]</w:t>
        </w:r>
      </w:hyperlink>
      <w:r>
        <w:t xml:space="preserve">- Paragraph 5: </w:t>
      </w:r>
      <w:hyperlink r:id="rId12">
        <w:r>
          <w:rPr>
            <w:color w:val="0000EE"/>
            <w:u w:val="single"/>
          </w:rPr>
          <w:t>[4]</w:t>
        </w:r>
      </w:hyperlink>
      <w:r>
        <w:t xml:space="preserve">, </w:t>
      </w:r>
      <w:hyperlink r:id="rId15">
        <w:r>
          <w:rPr>
            <w:color w:val="0000EE"/>
            <w:u w:val="single"/>
          </w:rPr>
          <w:t>[5]</w:t>
        </w:r>
      </w:hyperlink>
      <w:r>
        <w:t xml:space="preserve">, </w:t>
      </w:r>
      <w:hyperlink r:id="rId14">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https://kienthuc.net.vn/dong-phraya-nakhon-noi-mat-troi-chieu-sang-mot-cung-dien-giua-long-nui-post1629144.html</w:t>
        </w:r>
      </w:hyperlink>
      <w:r>
        <w:t xml:space="preserve"> - Please view link - unable to able to access data</w:t>
      </w:r>
      <w:r/>
    </w:p>
    <w:p>
      <w:pPr>
        <w:pStyle w:val="ListNumber"/>
        <w:spacing w:line="240" w:lineRule="auto"/>
        <w:ind w:left="720"/>
      </w:pPr>
      <w:r/>
      <w:hyperlink r:id="rId10">
        <w:r>
          <w:rPr>
            <w:color w:val="0000EE"/>
            <w:u w:val="single"/>
          </w:rPr>
          <w:t>https://en.wikipedia.org/wiki/Phraya_Nakhon_Cave</w:t>
        </w:r>
      </w:hyperlink>
      <w:r>
        <w:t xml:space="preserve"> - Phraya Nakhon Cave, located in Khao Sam Roi Yot National Park, Prachuap Khiri Khan Province, Thailand, is renowned for its royal Kuha Karuhas Pavilion, illuminated by natural sunlight through a large skylight. The cave comprises two chambers with rock formations and ancient inscriptions. Accessible via a forested hike, it has been a site of royal visits, including King Rama V in 1890, who commissioned the pavilion. The cave's geological formation is a result of long-term processes in limestone, with a total length of approximately 332 meters.</w:t>
      </w:r>
      <w:r/>
    </w:p>
    <w:p>
      <w:pPr>
        <w:pStyle w:val="ListNumber"/>
        <w:spacing w:line="240" w:lineRule="auto"/>
        <w:ind w:left="720"/>
      </w:pPr>
      <w:r/>
      <w:hyperlink r:id="rId11">
        <w:r>
          <w:rPr>
            <w:color w:val="0000EE"/>
            <w:u w:val="single"/>
          </w:rPr>
          <w:t>https://thailandaddict.com/en/phraya-nakhon-cave-guide</w:t>
        </w:r>
      </w:hyperlink>
      <w:r>
        <w:t xml:space="preserve"> - Phraya Nakhon Cave, situated in Khao Sam Roi Yot National Park, is famed for its golden wooden pavilion, the Kuha Karuhas Pavilion, which is illuminated by sunlight filtering through a natural skylight. The cave is accessible by boat and a 430-meter hike. The best time to witness the sunlight illuminating the pavilion is between 10:30 and 11:30 in the morning. The area is also known for its limestone karst formations and offers scenic hilltop viewpoints and coastal panoramas.</w:t>
      </w:r>
      <w:r/>
    </w:p>
    <w:p>
      <w:pPr>
        <w:pStyle w:val="ListNumber"/>
        <w:spacing w:line="240" w:lineRule="auto"/>
        <w:ind w:left="720"/>
      </w:pPr>
      <w:r/>
      <w:hyperlink r:id="rId12">
        <w:r>
          <w:rPr>
            <w:color w:val="0000EE"/>
            <w:u w:val="single"/>
          </w:rPr>
          <w:t>https://tourgrids.com/guide/thailand/place/phraya-nakhon-cave</w:t>
        </w:r>
      </w:hyperlink>
      <w:r>
        <w:t xml:space="preserve"> - Phraya Nakhon Cave, located in Khao Sam Roi Yot National Park, Prachuap Khiri Khan Province, Thailand, is celebrated for its dramatic natural skylight and the royal Kuha Karuhas Pavilion inside. The cave combines geological significance with coastal limestone karst formations and cultural importance due to its royal connections from the reign of King Chulalongkorn (Rama V). The pavilion, built in 1890, is a masterpiece of traditional Thai craftsmanship and is illuminated by sunlight filtering through the cave's ceiling.</w:t>
      </w:r>
      <w:r/>
    </w:p>
    <w:p>
      <w:pPr>
        <w:pStyle w:val="ListNumber"/>
        <w:spacing w:line="240" w:lineRule="auto"/>
        <w:ind w:left="720"/>
      </w:pPr>
      <w:r/>
      <w:hyperlink r:id="rId15">
        <w:r>
          <w:rPr>
            <w:color w:val="0000EE"/>
            <w:u w:val="single"/>
          </w:rPr>
          <w:t>https://www.sabaifly.com/en/blog/phraya-nakhon-cave-thailand</w:t>
        </w:r>
      </w:hyperlink>
      <w:r>
        <w:t xml:space="preserve"> - Phraya Nakhon Cave, located in Khao Sam Roi Yot National Park, Thailand, is renowned for the Kuha Karuhas Pavilion, a golden Thai royal pavilion bathed in ethereal light inside a massive cave. The pavilion was built in 1890 during the reign of King Chulalongkorn (Rama V). The cave is accessible by boat and a 430-meter hike, and the best time to witness the sunlight illuminating the pavilion is between 10:30 and 11:30 in the morning. The area is also known for its limestone karst formations and offers scenic hilltop viewpoints and coastal panoramas.</w:t>
      </w:r>
      <w:r/>
    </w:p>
    <w:p>
      <w:pPr>
        <w:pStyle w:val="ListNumber"/>
        <w:spacing w:line="240" w:lineRule="auto"/>
        <w:ind w:left="720"/>
      </w:pPr>
      <w:r/>
      <w:hyperlink r:id="rId14">
        <w:r>
          <w:rPr>
            <w:color w:val="0000EE"/>
            <w:u w:val="single"/>
          </w:rPr>
          <w:t>https://www.lovethailand.org/travel/en/12-Prachuap-Khiri-Khan/1515-Tham-Phraya-Nakhon-Cave.html</w:t>
        </w:r>
      </w:hyperlink>
      <w:r>
        <w:t xml:space="preserve"> - Tham Phraya Nakhon Cave, located in Khao Sam Roi Yot National Park, Prachuap Khiri Khan Province, Thailand, is a major landmark of the park. The cave features a magnificent large chamber with a natural skylight that allows sunlight to shine beautifully into the cave, along with the Kuha Karuhas Pavilion, which has become an important symbol of Prachuap Khiri Khan Province. The cave is situated in the limestone mountains of the Sam Roi Yot range, a defining natural feature of the province.</w:t>
      </w:r>
      <w:r/>
    </w:p>
    <w:p>
      <w:pPr>
        <w:pStyle w:val="ListNumber"/>
        <w:spacing w:line="240" w:lineRule="auto"/>
        <w:ind w:left="720"/>
      </w:pPr>
      <w:r/>
      <w:hyperlink r:id="rId13">
        <w:r>
          <w:rPr>
            <w:color w:val="0000EE"/>
            <w:u w:val="single"/>
          </w:rPr>
          <w:t>https://www.thailandtravelhub.com/hua-hin/places/phraya-nakhon-cave/</w:t>
        </w:r>
      </w:hyperlink>
      <w:r>
        <w:t xml:space="preserve"> - Phraya Nakhon Cave, located in Khao Sam Roi Yot National Park, Prachuap Khiri Khan Province, Thailand, is home to a gleaming gold and blue Thai temple building, known as the Kuha Karuhas Pavilion. The pavilion was built in 1890 during the reign of King Rama V and has been embraced by both Thai royalty and the public. The cave is accessible by a challenging hike and is a popular destination for tourists and nature lovers.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ienthuc.net.vn/dong-phraya-nakhon-noi-mat-troi-chieu-sang-mot-cung-dien-giua-long-nui-post1629144.html" TargetMode="External"/><Relationship Id="rId10" Type="http://schemas.openxmlformats.org/officeDocument/2006/relationships/hyperlink" Target="https://en.wikipedia.org/wiki/Phraya_Nakhon_Cave" TargetMode="External"/><Relationship Id="rId11" Type="http://schemas.openxmlformats.org/officeDocument/2006/relationships/hyperlink" Target="https://thailandaddict.com/en/phraya-nakhon-cave-guide" TargetMode="External"/><Relationship Id="rId12" Type="http://schemas.openxmlformats.org/officeDocument/2006/relationships/hyperlink" Target="https://tourgrids.com/guide/thailand/place/phraya-nakhon-cave" TargetMode="External"/><Relationship Id="rId13" Type="http://schemas.openxmlformats.org/officeDocument/2006/relationships/hyperlink" Target="https://www.thailandtravelhub.com/hua-hin/places/phraya-nakhon-cave/" TargetMode="External"/><Relationship Id="rId14" Type="http://schemas.openxmlformats.org/officeDocument/2006/relationships/hyperlink" Target="https://www.lovethailand.org/travel/en/12-Prachuap-Khiri-Khan/1515-Tham-Phraya-Nakhon-Cave.html" TargetMode="External"/><Relationship Id="rId15" Type="http://schemas.openxmlformats.org/officeDocument/2006/relationships/hyperlink" Target="https://www.sabaifly.com/en/blog/phraya-nakhon-cave-thailand"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