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Pattaya’s street art and local culture festival transforms Na Kluea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Pattaya is leaning into its cultural side this weekend with a free two-day festival in Na Kluea that combines street art, local food, live music and handmade crafts in one of the city’s oldest neighbourhoods. Feel All The Feelings @Chonburi runs on August 22 and 23, 2026, from 3pm to 9pm, turning the Thai Art Alley and Medicine Factory Alley area into an easy after-work or late-afternoon stop for visitors already in town. </w:t>
      </w:r>
      <w:r/>
    </w:p>
    <w:p>
      <w:r/>
      <w:r>
        <w:t xml:space="preserve">For travellers, the appeal is that this is not a ticketed indoor event or a polished resort showcase, but a street-level glimpse of Pattaya’s more local rhythm. The Tourism Authority of Thailand says the festival is designed around art, food, music and crafts, with the historic Na Kluea old market community as its backdrop, giving visitors a chance to experience a part of the city that feels more neighbourly and less commercial than the beachfront strip. </w:t>
      </w:r>
      <w:r/>
    </w:p>
    <w:p>
      <w:r/>
      <w:r>
        <w:t xml:space="preserve">One of the main draws will be the live mural painting, as street artists work on large wall pieces while visitors wander between stalls. The programme also includes a dedicated craft street, which should appeal to anyone looking for gifts or souvenirs beyond the usual beach-market fare, while the food offering leans towards familiar Thai street dishes and regional snacks rather than formal dining. </w:t>
      </w:r>
      <w:r/>
    </w:p>
    <w:p>
      <w:r/>
      <w:r>
        <w:t xml:space="preserve">There is also a playful incentive for people who enjoy taking photos: the organisers have set up a picture challenge at designated spots, with limited-edition art souvenirs available from the Pattaya office of the Tourism Authority of Thailand. For families, couples or solo travellers, that makes the event less about passive browsing and more about exploring the area at a relaxed pace. </w:t>
      </w:r>
      <w:r/>
    </w:p>
    <w:p>
      <w:r/>
      <w:r>
        <w:t xml:space="preserve">The festival fits into a broader pattern of Chonburi and Pattaya staging experience-led events that blend entertainment with place. Later in the year, Wonderfruit returns to Siam Country Club from December 3 to 7 with music, art, wellness and sustainable design, while the Pattaya Music Festival earlier in 2026 spread free beach concerts across several coastal venues. For visitors deciding when to go, that means Pattaya is offering more than nightlife and beaches alone; it is increasingly a city where the calendar itself can shape the trip.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https://pattayaunplugged.com/looking-for-something-to-do-this-weekend-pattaya-invites-visitors-to-feel-all-the-feelings-with-art-food-and-music-festival-in-naklua/</w:t>
        </w:r>
      </w:hyperlink>
      <w:r>
        <w:t xml:space="preserve"> - Please view link - unable to able to access data</w:t>
      </w:r>
      <w:r/>
    </w:p>
    <w:p>
      <w:pPr>
        <w:pStyle w:val="ListNumber"/>
        <w:spacing w:line="240" w:lineRule="auto"/>
        <w:ind w:left="720"/>
      </w:pPr>
      <w:r/>
      <w:hyperlink r:id="rId9">
        <w:r>
          <w:rPr>
            <w:color w:val="0000EE"/>
            <w:u w:val="single"/>
          </w:rPr>
          <w:t>https://pattayaunplugged.com/looking-for-something-to-do-this-weekend-pattaya-invites-visitors-to-feel-all-the-feelings-with-art-food-and-music-festival-in-naklua/</w:t>
        </w:r>
      </w:hyperlink>
      <w:r>
        <w:t xml:space="preserve"> - Pattaya is hosting the 'Feel All The Feelings @Chonburi' festival on August 22–23, 2026, in the Na Kluea old market community. The free event features street art, local cuisine, live music, and handmade crafts, aiming to immerse visitors in the area's charm and community spirit.</w:t>
      </w:r>
      <w:r/>
    </w:p>
    <w:p>
      <w:pPr>
        <w:pStyle w:val="ListNumber"/>
        <w:spacing w:line="240" w:lineRule="auto"/>
        <w:ind w:left="720"/>
      </w:pPr>
      <w:r/>
      <w:hyperlink r:id="rId10">
        <w:r>
          <w:rPr>
            <w:color w:val="0000EE"/>
            <w:u w:val="single"/>
          </w:rPr>
          <w:t>https://thai.tourismthailand.org/Articles/feel-all-the-feelings-chonburi</w:t>
        </w:r>
      </w:hyperlink>
      <w:r>
        <w:t xml:space="preserve"> - The Tourism Authority of Thailand promotes the 'Feel All The Feelings @Chonburi' festival, highlighting its focus on art, food, music, and crafts. The event is set in the historic Na Kluea old market community, offering visitors a chance to experience local culture and community spirit.</w:t>
      </w:r>
      <w:r/>
    </w:p>
    <w:p>
      <w:pPr>
        <w:pStyle w:val="ListNumber"/>
        <w:spacing w:line="240" w:lineRule="auto"/>
        <w:ind w:left="720"/>
      </w:pPr>
      <w:r/>
      <w:hyperlink r:id="rId11">
        <w:r>
          <w:rPr>
            <w:color w:val="0000EE"/>
            <w:u w:val="single"/>
          </w:rPr>
          <w:t>https://www.thailandhop.com/events/wonderfruit-festival-2026</w:t>
        </w:r>
      </w:hyperlink>
      <w:r>
        <w:t xml:space="preserve"> - The Wonderfruit Festival 2026 is scheduled for December 3–7, 2026, at The Fields at Siam Country Club, Chonburi. The festival offers four days of live music, immersive art, wellness activities, and farm-to-table food, with a strong emphasis on environmental sustainability and design.</w:t>
      </w:r>
      <w:r/>
    </w:p>
    <w:p>
      <w:pPr>
        <w:pStyle w:val="ListNumber"/>
        <w:spacing w:line="240" w:lineRule="auto"/>
        <w:ind w:left="720"/>
      </w:pPr>
      <w:r/>
      <w:hyperlink r:id="rId12">
        <w:r>
          <w:rPr>
            <w:color w:val="0000EE"/>
            <w:u w:val="single"/>
          </w:rPr>
          <w:t>https://musictravelo.com/event/wonderfruit-festival-chonburi-thailand/</w:t>
        </w:r>
      </w:hyperlink>
      <w:r>
        <w:t xml:space="preserve"> - The Wonderfruit Festival 2026, taking place from December 3 to 7, 2026, at The Fields at Siam Country Club, Chonburi, is Thailand's premier annual celebration of art, music, food, wellness, and environmental sustainability. The festival transforms open fields into a vibrant pop-up city built with sustainable architecture and natural materials.</w:t>
      </w:r>
      <w:r/>
    </w:p>
    <w:p>
      <w:pPr>
        <w:pStyle w:val="ListNumber"/>
        <w:spacing w:line="240" w:lineRule="auto"/>
        <w:ind w:left="720"/>
      </w:pPr>
      <w:r/>
      <w:hyperlink r:id="rId13">
        <w:r>
          <w:rPr>
            <w:color w:val="0000EE"/>
            <w:u w:val="single"/>
          </w:rPr>
          <w:t>https://www.discoverythailand.com/events-pattaya-music-festival-2026</w:t>
        </w:r>
      </w:hyperlink>
      <w:r>
        <w:t xml:space="preserve"> - The Pattaya Music Festival 2026 runs from March 6–28, 2026, across Pattaya Beach, Jomtien Beach, Koh Larn, and Lan Pho Naklua Public Park in Chonburi. The festival features four weekends of free beachfront concerts with top Thai artists in T-POP, Rock, and Hip-Hop genres.</w:t>
      </w:r>
      <w:r/>
    </w:p>
    <w:p>
      <w:pPr>
        <w:pStyle w:val="ListNumber"/>
        <w:spacing w:line="240" w:lineRule="auto"/>
        <w:ind w:left="720"/>
      </w:pPr>
      <w:r/>
      <w:hyperlink r:id="rId15">
        <w:r>
          <w:rPr>
            <w:color w:val="0000EE"/>
            <w:u w:val="single"/>
          </w:rPr>
          <w:t>https://thepattayanews.com/2026/05/01/pattaya-hosting-15th-southeast-colors-eec-the-food-runway-seaside-food-music-festival-this-weekend/</w:t>
        </w:r>
      </w:hyperlink>
      <w:r>
        <w:t xml:space="preserve"> - Pattaya is hosting the 15th edition of the 'Southeast Colors EEC The Food Runway' festival from May 1 to 4, 2026, along Pattaya Beach Road. The free-entry event blends gourmet delights, live music, and stunning sea views, showcasing Eastern Thailand's culinary scene and coastal lifestyle.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ttayaunplugged.com/looking-for-something-to-do-this-weekend-pattaya-invites-visitors-to-feel-all-the-feelings-with-art-food-and-music-festival-in-naklua/" TargetMode="External"/><Relationship Id="rId10" Type="http://schemas.openxmlformats.org/officeDocument/2006/relationships/hyperlink" Target="https://thai.tourismthailand.org/Articles/feel-all-the-feelings-chonburi" TargetMode="External"/><Relationship Id="rId11" Type="http://schemas.openxmlformats.org/officeDocument/2006/relationships/hyperlink" Target="https://www.thailandhop.com/events/wonderfruit-festival-2026" TargetMode="External"/><Relationship Id="rId12" Type="http://schemas.openxmlformats.org/officeDocument/2006/relationships/hyperlink" Target="https://musictravelo.com/event/wonderfruit-festival-chonburi-thailand/" TargetMode="External"/><Relationship Id="rId13" Type="http://schemas.openxmlformats.org/officeDocument/2006/relationships/hyperlink" Target="https://www.discoverythailand.com/events-pattaya-music-festival-2026" TargetMode="External"/><Relationship Id="rId14" Type="http://schemas.openxmlformats.org/officeDocument/2006/relationships/hyperlink" Target="https://www.noahwire.com" TargetMode="External"/><Relationship Id="rId15" Type="http://schemas.openxmlformats.org/officeDocument/2006/relationships/hyperlink" Target="https://thepattayanews.com/2026/05/01/pattaya-hosting-15th-southeast-colors-eec-the-food-runway-seaside-food-music-festival-this-week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