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Hua Hin’s evolving appeal as Thailand’s practical seaside escape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Hua Hin has long been one of Thailand’s easiest seaside escapes from Bangkok, and that remains its biggest selling point. It is close enough for a long weekend, but varied enough to justify a proper stay of two or three nights. Travellers come for the beach, but stay for the mix of seafood, night markets, vineyards, heritage sights and day trips into some of the country’s most interesting protected landscapes.</w:t>
      </w:r>
      <w:r/>
    </w:p>
    <w:p>
      <w:r/>
      <w:r>
        <w:t>For visitors deciding whether Hua Hin is worth the journey, the answer is usually yes if what you want is convenience over drama. The beaches are pleasant rather than spectacular, but the destination offers a more relaxed pace than many better-known Thai resort towns. It suits couples, families and anyone who wants to combine downtime with easy outings, especially outside the hotter months, with November to February typically the most comfortable period.</w:t>
      </w:r>
      <w:r/>
    </w:p>
    <w:p>
      <w:r/>
      <w:r>
        <w:t>One of the clearest reasons to base yourself here is Monsoon Valley Vineyard, about 40 minutes inland. The winery has become one of Hua Hin’s more distinctive attractions, offering tastings, mountain biking, bottle painting and a restaurant with vineyard views. It also includes the Baan Khok Chang Elephant Sanctuary, where rescued elephants live in a more natural setting, making it one of the more varied day trips in the area for travellers who want more than just a beach afternoon.</w:t>
      </w:r>
      <w:r/>
    </w:p>
    <w:p>
      <w:r/>
      <w:r>
        <w:t>Hua Hin’s evenings are just as much part of the appeal. Tamarind Night Market, which operates at the weekend, is known for cheap eats, live music and a laid-back atmosphere, while Cicada Market leans more towards crafts, design and performances. The original Hua Hin Night Market remains the most straightforward place to graze your way through local dishes and snacks. For many visitors, these markets are the easiest way to sample the town’s social life without committing to a formal night out.</w:t>
      </w:r>
      <w:r/>
    </w:p>
    <w:p>
      <w:r/>
      <w:r>
        <w:t>Beyond the town centre, Hua Hin has enough nearby sights to fill a short break. Phraya Nakhon Cave is the standout for first-time visitors, combining a steep hike with one of Thailand’s most memorable cave shrines. Khao Takiab Hill, with its temple and monkeys, remains one of the area’s most recognisable stops, while beaches such as Suan Son Pradipat, Khao Tao and Pranburi appeal to travellers who want less bustle than the main strip. The railway station, Khao Hin Lek Fai viewpoint and Rajabhakti Park are easy add-ons for those who prefer shorter sightseeing stops.</w:t>
      </w:r>
      <w:r/>
    </w:p>
    <w:p>
      <w:r/>
      <w:r>
        <w:t>Access is another reason Hua Hin works so well. The journey from Bangkok is manageable by road, rail or bus, but most travellers will find a private car the most flexible option, particularly if they plan to stay at a beachfront resort slightly outside the centre. That matters because Hua Hin rewards a slow, mixed itinerary: a beach morning, a vineyard lunch, an evening at the market, and a day trip into the hills or caves. It is not Thailand’s most dramatic coastal destination, but it is one of the most practical, and for many visitors that makes it one of the most useful.</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Paragraph 3: </w:t>
      </w:r>
      <w:hyperlink r:id="rId10">
        <w:r>
          <w:rPr>
            <w:color w:val="0000EE"/>
            <w:u w:val="single"/>
          </w:rPr>
          <w:t>[2]</w:t>
        </w:r>
      </w:hyperlink>
      <w:r>
        <w:t xml:space="preserve">- Paragraph 4: </w:t>
      </w:r>
      <w:hyperlink r:id="rId12">
        <w:r>
          <w:rPr>
            <w:color w:val="0000EE"/>
            <w:u w:val="single"/>
          </w:rPr>
          <w:t>[3]</w:t>
        </w:r>
      </w:hyperlink>
      <w:r>
        <w:t xml:space="preserve">, </w:t>
      </w:r>
      <w:hyperlink r:id="rId13">
        <w:r>
          <w:rPr>
            <w:color w:val="0000EE"/>
            <w:u w:val="single"/>
          </w:rPr>
          <w:t>[4]</w:t>
        </w:r>
      </w:hyperlink>
      <w:r>
        <w:t xml:space="preserve">, </w:t>
      </w:r>
      <w:hyperlink r:id="rId11">
        <w:r>
          <w:rPr>
            <w:color w:val="0000EE"/>
            <w:u w:val="single"/>
          </w:rPr>
          <w:t>[5]</w:t>
        </w:r>
      </w:hyperlink>
      <w:r>
        <w:t xml:space="preserve">, </w:t>
      </w:r>
      <w:hyperlink r:id="rId14">
        <w:r>
          <w:rPr>
            <w:color w:val="0000EE"/>
            <w:u w:val="single"/>
          </w:rPr>
          <w:t>[6]</w:t>
        </w:r>
      </w:hyperlink>
      <w:r>
        <w:t xml:space="preserve">, </w:t>
      </w:r>
      <w:hyperlink r:id="rId15">
        <w:r>
          <w:rPr>
            <w:color w:val="0000EE"/>
            <w:u w:val="single"/>
          </w:rPr>
          <w:t>[7]</w:t>
        </w:r>
      </w:hyperlink>
      <w:r>
        <w:t xml:space="preserve">- Paragraph 5: </w:t>
      </w:r>
      <w:hyperlink r:id="rId9">
        <w:r>
          <w:rPr>
            <w:color w:val="0000EE"/>
            <w:u w:val="single"/>
          </w:rPr>
          <w:t>[1]</w:t>
        </w:r>
      </w:hyperlink>
      <w:r>
        <w:t xml:space="preserve">- Paragraph 6: </w:t>
      </w:r>
      <w:hyperlink r:id="rId9">
        <w:r>
          <w:rPr>
            <w:color w:val="0000EE"/>
            <w:u w:val="single"/>
          </w:rPr>
          <w:t>[1]</w:t>
        </w:r>
      </w:hyperlink>
      <w:r>
        <w:t xml:space="preserve">, </w:t>
      </w:r>
      <w:hyperlink r:id="rId10">
        <w:r>
          <w:rPr>
            <w:color w:val="0000EE"/>
            <w:u w:val="single"/>
          </w:rPr>
          <w:t>[2]</w:t>
        </w:r>
      </w:hyperlink>
      <w:r>
        <w:t xml:space="preserve">, </w:t>
      </w:r>
      <w:hyperlink r:id="rId12">
        <w:r>
          <w:rPr>
            <w:color w:val="0000EE"/>
            <w:u w:val="single"/>
          </w:rPr>
          <w:t>[3]</w:t>
        </w:r>
      </w:hyperlink>
      <w:r>
        <w:t xml:space="preserve">, </w:t>
      </w:r>
      <w:hyperlink r:id="rId13">
        <w:r>
          <w:rPr>
            <w:color w:val="0000EE"/>
            <w:u w:val="single"/>
          </w:rPr>
          <w:t>[4]</w:t>
        </w:r>
      </w:hyperlink>
      <w:r>
        <w:t xml:space="preserve">, </w:t>
      </w:r>
      <w:hyperlink r:id="rId11">
        <w:r>
          <w:rPr>
            <w:color w:val="0000EE"/>
            <w:u w:val="single"/>
          </w:rPr>
          <w:t>[5]</w:t>
        </w:r>
      </w:hyperlink>
      <w:r>
        <w:t xml:space="preserve">, </w:t>
      </w:r>
      <w:hyperlink r:id="rId14">
        <w:r>
          <w:rPr>
            <w:color w:val="0000EE"/>
            <w:u w:val="single"/>
          </w:rPr>
          <w:t>[6]</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https://onestep4ward.com/the-ultimate-guide-to-hua-hin-thailand/</w:t>
        </w:r>
      </w:hyperlink>
      <w:r>
        <w:t xml:space="preserve"> - Please view link - unable to able to access data</w:t>
      </w:r>
      <w:r/>
    </w:p>
    <w:p>
      <w:pPr>
        <w:pStyle w:val="ListNumber"/>
        <w:spacing w:line="240" w:lineRule="auto"/>
        <w:ind w:left="720"/>
      </w:pPr>
      <w:r/>
      <w:hyperlink r:id="rId10">
        <w:r>
          <w:rPr>
            <w:color w:val="0000EE"/>
            <w:u w:val="single"/>
          </w:rPr>
          <w:t>https://www.monsoonvalley.com/</w:t>
        </w:r>
      </w:hyperlink>
      <w:r>
        <w:t xml:space="preserve"> - Monsoon Valley Vineyard, located approximately 40 minutes inland from Hua Hin, offers wine tasting experiences and various activities such as mountain biking and bottle painting. The vineyard also features the Baan Khok Chang Elephant Sanctuary, where visitors can interact with rescued elephants in their natural habitat. The Sala Wine Bar and Bistro provides dining options with views of the vineyards. Transportation to the vineyard can be arranged for a fee, allowing guests to focus on enjoying the wine tasting experience. The vineyard is open daily from 9:00 AM to 6:30 PM, with extended hours during the high season.</w:t>
      </w:r>
      <w:r/>
    </w:p>
    <w:p>
      <w:pPr>
        <w:pStyle w:val="ListNumber"/>
        <w:spacing w:line="240" w:lineRule="auto"/>
        <w:ind w:left="720"/>
      </w:pPr>
      <w:r/>
      <w:hyperlink r:id="rId12">
        <w:r>
          <w:rPr>
            <w:color w:val="0000EE"/>
            <w:u w:val="single"/>
          </w:rPr>
          <w:t>https://www.huahintoday.com/places-to-visit/hua-hin-tamarind-night-market/</w:t>
        </w:r>
      </w:hyperlink>
      <w:r>
        <w:t xml:space="preserve"> - Tamarind Night Market, located in Hua Hin, is a popular weekend attraction known for its affordable dining options and live entertainment. Open every Friday, Saturday, and Sunday from around 5 p.m. to 11 p.m., the market offers a wide range of food stalls serving Thai favorites, seafood, grilled meats, pizza, desserts, and fresh juices. The relaxed atmosphere is complemented by live music and casual performances, making it a favorite among locals, expats, and tourists. The market is situated just past Cicada Market on the road to Khao Takiab.</w:t>
      </w:r>
      <w:r/>
    </w:p>
    <w:p>
      <w:pPr>
        <w:pStyle w:val="ListNumber"/>
        <w:spacing w:line="240" w:lineRule="auto"/>
        <w:ind w:left="720"/>
      </w:pPr>
      <w:r/>
      <w:hyperlink r:id="rId13">
        <w:r>
          <w:rPr>
            <w:color w:val="0000EE"/>
            <w:u w:val="single"/>
          </w:rPr>
          <w:t>https://www.hua-hin-thailand.com/cicada-market-hua-hin-thailand/</w:t>
        </w:r>
      </w:hyperlink>
      <w:r>
        <w:t xml:space="preserve"> - Cicada Market in Hua Hin is a well-regarded weekend night market that draws a mix of locals and visitors seeking a curated experience. Set across an open-air venue with an amphitheatre and performance spaces, it has built a reputation as a gathering place for artists, craftspeople, and designers, with stalls offering handmade clothing, decorative goods, jewelry, and original artwork. Live performances and cultural entertainment add to the atmosphere, making it as much an evening out as a shopping trip. The market is open Thursday to Sunday from 4:00 PM to 11:00 PM.</w:t>
      </w:r>
      <w:r/>
    </w:p>
    <w:p>
      <w:pPr>
        <w:pStyle w:val="ListNumber"/>
        <w:spacing w:line="240" w:lineRule="auto"/>
        <w:ind w:left="720"/>
      </w:pPr>
      <w:r/>
      <w:hyperlink r:id="rId11">
        <w:r>
          <w:rPr>
            <w:color w:val="0000EE"/>
            <w:u w:val="single"/>
          </w:rPr>
          <w:t>https://www.huahintaxicab.com/hua-hin-night-market-taxi/</w:t>
        </w:r>
      </w:hyperlink>
      <w:r>
        <w:t xml:space="preserve"> - Hua Hin Night Market Taxi Cab offers convenient transportation services to Hua Hin's night markets, including Cicada, Tamarind, and the Hua Hin Night Market. The service provides drop-off and pick-up options, allowing visitors to enjoy the markets without the hassle of parking or navigating traffic. The night markets are known for their diverse food offerings, live entertainment, and vibrant atmosphere, making them popular destinations for both locals and tourists. The taxi service aims to enhance the market experience by providing easy access to these attractions.</w:t>
      </w:r>
      <w:r/>
    </w:p>
    <w:p>
      <w:pPr>
        <w:pStyle w:val="ListNumber"/>
        <w:spacing w:line="240" w:lineRule="auto"/>
        <w:ind w:left="720"/>
      </w:pPr>
      <w:r/>
      <w:hyperlink r:id="rId14">
        <w:r>
          <w:rPr>
            <w:color w:val="0000EE"/>
            <w:u w:val="single"/>
          </w:rPr>
          <w:t>https://www.top-rated.online/cities/Hua%2BHin/place/p/14746277/Cicada%2BMarket</w:t>
        </w:r>
      </w:hyperlink>
      <w:r>
        <w:t xml:space="preserve"> - Cicada Market in Hua Hin is an upscale weekend night market featuring diverse food stalls, arts, crafts, and live music in a pleasant, well-organized setting. A popular destination for tourists and locals, the market offers a variety of street food, handmade crafts, and live performances. It is open Friday to Sunday from 4:00 PM to 11:00 PM.</w:t>
      </w:r>
      <w:r/>
    </w:p>
    <w:p>
      <w:pPr>
        <w:pStyle w:val="ListNumber"/>
        <w:spacing w:line="240" w:lineRule="auto"/>
        <w:ind w:left="720"/>
      </w:pPr>
      <w:r/>
      <w:hyperlink r:id="rId15">
        <w:r>
          <w:rPr>
            <w:color w:val="0000EE"/>
            <w:u w:val="single"/>
          </w:rPr>
          <w:t>https://www.youtube.com/watch?v=6il2KWUz5dw</w:t>
        </w:r>
      </w:hyperlink>
      <w:r>
        <w:t xml:space="preserve"> - This video provides a visual tour of the night markets in Hua Hin, including the Tamarind Market, Cicada Market, and the Hua Hin Night Market. It showcases the variety of food stalls, live entertainment, and the overall atmosphere of each market, offering viewers a glimpse into the vibrant night market scene in Hua Hin.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nestep4ward.com/the-ultimate-guide-to-hua-hin-thailand/" TargetMode="External"/><Relationship Id="rId10" Type="http://schemas.openxmlformats.org/officeDocument/2006/relationships/hyperlink" Target="https://www.monsoonvalley.com/" TargetMode="External"/><Relationship Id="rId11" Type="http://schemas.openxmlformats.org/officeDocument/2006/relationships/hyperlink" Target="https://www.huahintaxicab.com/hua-hin-night-market-taxi/" TargetMode="External"/><Relationship Id="rId12" Type="http://schemas.openxmlformats.org/officeDocument/2006/relationships/hyperlink" Target="https://www.huahintoday.com/places-to-visit/hua-hin-tamarind-night-market/" TargetMode="External"/><Relationship Id="rId13" Type="http://schemas.openxmlformats.org/officeDocument/2006/relationships/hyperlink" Target="https://www.hua-hin-thailand.com/cicada-market-hua-hin-thailand/" TargetMode="External"/><Relationship Id="rId14" Type="http://schemas.openxmlformats.org/officeDocument/2006/relationships/hyperlink" Target="https://www.top-rated.online/cities/Hua%2BHin/place/p/14746277/Cicada%2BMarket" TargetMode="External"/><Relationship Id="rId15" Type="http://schemas.openxmlformats.org/officeDocument/2006/relationships/hyperlink" Target="https://www.youtube.com/watch?v=6il2KWUz5dw"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