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Pattaya film festival aims to boost Southeast Asia’s cinematic scene with citywide events and international spotlight</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Pattaya is preparing to turn late August into a week-long showcase for filmgoers, with the Pattaya International Film Festival 2026 running from 22 to 30 August. For travellers already headed to the Thai resort city, the draw is not just screenings but a wider programme of workshops, talks, exhibitions and outdoor events spread across several venues, giving the festival a citywide feel rather than a single-cinema affair.</w:t>
      </w:r>
      <w:r/>
    </w:p>
    <w:p>
      <w:r/>
      <w:r>
        <w:t>The official festival website says the event will present 53 films from 28 countries, alongside filmmaker forums and cultural activities. Organisers say the aim is to position Pattaya as a film destination for south-east Asia, while supporting the city’s bid to become a UNESCO Creative City of Film. Pattaya Mail has reported that the event is also intended to bring in local audiences, younger visitors and people working in the creative sector.</w:t>
      </w:r>
      <w:r/>
    </w:p>
    <w:p>
      <w:r/>
      <w:r>
        <w:t>For visitors, the most practical point is access: free screenings are available, but organisers are asking attendees to register through the PEEP app. Daily screenings begin at 1.30pm at SF Cinema Terminal 21 Pattaya and SF Cinema Central Marina Outlet, with most titles shown in Thai. The line-up includes local thrillers, comedies and fantasy films, as well as international titles such as Greenland 2: Migration.</w:t>
      </w:r>
      <w:r/>
    </w:p>
    <w:p>
      <w:r/>
      <w:r>
        <w:t>Beyond the cinema, the festival has been designed to appeal to people who want to do more than sit in a darkened room. Workshops include animation sessions led by Thai creator Arut Tantasirin, storytelling classes, a master class by Japan’s ambassador to Thailand Toshio Ueno, and discussions on topics ranging from film craft to artificial intelligence and the creator economy. There will also be a short film competition, an exhibition titled One Scene, Many Waves, and outdoor Movie on the Beach screenings, which could be one of the more appealing parts of the programme for casual visitors.</w:t>
      </w:r>
      <w:r/>
    </w:p>
    <w:p>
      <w:r/>
      <w:r>
        <w:t>The busiest stretch appears to be 28 August, when the opening ceremony and red-carpet event are scheduled at the Colosseum Show Pattaya, followed by a creative city market at Central Pattaya Beach. The festival closes on 30 August with an awards ceremony for the Pattaya International Youth Film Festival. For travellers, the timing makes this a useful late-summer add-on: a reason to stay in Pattaya after the beach, or to plan a visit around an event that blends local culture, film and waterfront atmosphere.</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0">
        <w:r>
          <w:rPr>
            <w:color w:val="0000EE"/>
            <w:u w:val="single"/>
          </w:rPr>
          <w:t>[2]</w:t>
        </w:r>
      </w:hyperlink>
      <w:r>
        <w:t xml:space="preserve">, </w:t>
      </w:r>
      <w:hyperlink r:id="rId13">
        <w:r>
          <w:rPr>
            <w:color w:val="0000EE"/>
            <w:u w:val="single"/>
          </w:rPr>
          <w:t>[6]</w:t>
        </w:r>
      </w:hyperlink>
      <w:r>
        <w:t xml:space="preserve">- Paragraph 4: </w:t>
      </w:r>
      <w:hyperlink r:id="rId9">
        <w:r>
          <w:rPr>
            <w:color w:val="0000EE"/>
            <w:u w:val="single"/>
          </w:rPr>
          <w:t>[1]</w:t>
        </w:r>
      </w:hyperlink>
      <w:r>
        <w:t xml:space="preserve">, </w:t>
      </w:r>
      <w:hyperlink r:id="rId11">
        <w:r>
          <w:rPr>
            <w:color w:val="0000EE"/>
            <w:u w:val="single"/>
          </w:rPr>
          <w:t>[4]</w:t>
        </w:r>
      </w:hyperlink>
      <w:r>
        <w:t xml:space="preserve">, </w:t>
      </w:r>
      <w:hyperlink r:id="rId14">
        <w:r>
          <w:rPr>
            <w:color w:val="0000EE"/>
            <w:u w:val="single"/>
          </w:rPr>
          <w:t>[5]</w:t>
        </w:r>
      </w:hyperlink>
      <w:r>
        <w:t xml:space="preserve">- Paragraph 5: </w:t>
      </w:r>
      <w:hyperlink r:id="rId9">
        <w:r>
          <w:rPr>
            <w:color w:val="0000EE"/>
            <w:u w:val="single"/>
          </w:rPr>
          <w:t>[1]</w:t>
        </w:r>
      </w:hyperlink>
      <w:r>
        <w:t xml:space="preserve">, </w:t>
      </w:r>
      <w:hyperlink r:id="rId12">
        <w:r>
          <w:rPr>
            <w:color w:val="0000EE"/>
            <w:u w:val="single"/>
          </w:rPr>
          <w:t>[3]</w:t>
        </w:r>
      </w:hyperlink>
      <w:r>
        <w:t xml:space="preserve">, </w:t>
      </w:r>
      <w:hyperlink r:id="rId11">
        <w:r>
          <w:rPr>
            <w:color w:val="0000EE"/>
            <w:u w:val="single"/>
          </w:rPr>
          <w:t>[4]</w:t>
        </w:r>
      </w:hyperlink>
      <w:r>
        <w:t xml:space="preserve">, </w:t>
      </w:r>
      <w:hyperlink r:id="rId14">
        <w:r>
          <w:rPr>
            <w:color w:val="0000EE"/>
            <w:u w:val="single"/>
          </w:rPr>
          <w:t>[5]</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https://pattayaunplugged.com/pattaya-invites-film-lovers-to-nine-day-international-film-festival-2026-starting-this-weekend/</w:t>
        </w:r>
      </w:hyperlink>
      <w:r>
        <w:t xml:space="preserve"> - Please view link - unable to able to access data</w:t>
      </w:r>
      <w:r/>
    </w:p>
    <w:p>
      <w:pPr>
        <w:pStyle w:val="ListNumber"/>
        <w:spacing w:line="240" w:lineRule="auto"/>
        <w:ind w:left="720"/>
      </w:pPr>
      <w:r/>
      <w:hyperlink r:id="rId10">
        <w:r>
          <w:rPr>
            <w:color w:val="0000EE"/>
            <w:u w:val="single"/>
          </w:rPr>
          <w:t>https://www.ptyiff.com/</w:t>
        </w:r>
      </w:hyperlink>
      <w:r>
        <w:t xml:space="preserve"> - The official website of the Pattaya International Film Festival 2026, scheduled from August 22 to 30, 2026, in Pattaya, Chon Buri, Thailand. The festival aims to showcase 53 films from 28 countries over a week, featuring in-person screenings, filmmaker forums, and cultural events. Co-sponsored by the Tourism Authority of Thailand, the event seeks to establish Pattaya as a Southeast Asian film hub and is part of the city's bid to become a UNESCO Creative City of Film.</w:t>
      </w:r>
      <w:r/>
    </w:p>
    <w:p>
      <w:pPr>
        <w:pStyle w:val="ListNumber"/>
        <w:spacing w:line="240" w:lineRule="auto"/>
        <w:ind w:left="720"/>
      </w:pPr>
      <w:r/>
      <w:hyperlink r:id="rId12">
        <w:r>
          <w:rPr>
            <w:color w:val="0000EE"/>
            <w:u w:val="single"/>
          </w:rPr>
          <w:t>https://www.pattayamail.com/latestnews/news/pattaya-prepares-international-film-festival-with-unesco-creative-city-ambitions-560496</w:t>
        </w:r>
      </w:hyperlink>
      <w:r>
        <w:t xml:space="preserve"> - An article from Pattaya Mail detailing preparations for the Pattaya International Film Festival 2026, scheduled for August 22–30. The festival aims to raise public awareness and encourage participation from local communities, young people, industry partners, and members of the film sector, while creating opportunities for networking and developing film-related activities in Pattaya. The event is part of Pattaya's broader effort to develop its creative industries and pursue recognition as a UNESCO Creative City of Film.</w:t>
      </w:r>
      <w:r/>
    </w:p>
    <w:p>
      <w:pPr>
        <w:pStyle w:val="ListNumber"/>
        <w:spacing w:line="240" w:lineRule="auto"/>
        <w:ind w:left="720"/>
      </w:pPr>
      <w:r/>
      <w:hyperlink r:id="rId11">
        <w:r>
          <w:rPr>
            <w:color w:val="0000EE"/>
            <w:u w:val="single"/>
          </w:rPr>
          <w:t>https://www.pattayamail.com/latestnews/news/pattaya-turns-into-international-film-city-august-22-30-561077</w:t>
        </w:r>
      </w:hyperlink>
      <w:r>
        <w:t xml:space="preserve"> - An article from Pattaya Mail announcing the Pattaya International Film Festival 2026, running from August 22–30. The festival, themed 'THE CINEMATIC WAVE,' aims to use film as a driver for cultural exchange, tourism, investment, and creative industries, supporting Pattaya's ambition to become a UNESCO Creative City of Film. The event will feature film screenings, discussions with directors and industry professionals, training sessions, workshops, a short-film competition, film exhibitions, and outdoor screenings.</w:t>
      </w:r>
      <w:r/>
    </w:p>
    <w:p>
      <w:pPr>
        <w:pStyle w:val="ListNumber"/>
        <w:spacing w:line="240" w:lineRule="auto"/>
        <w:ind w:left="720"/>
      </w:pPr>
      <w:r/>
      <w:hyperlink r:id="rId14">
        <w:r>
          <w:rPr>
            <w:color w:val="0000EE"/>
            <w:u w:val="single"/>
          </w:rPr>
          <w:t>https://thepattayanews.com/2026/08/12/pattaya-announces-international-film-festival-2026-under-theme-the-cinematic-wave-coming-later-this-month/</w:t>
        </w:r>
      </w:hyperlink>
      <w:r>
        <w:t xml:space="preserve"> - An article from The Pattaya News announcing the Pattaya International Film Festival 2026, scheduled from August 22 to 30, 2026. The festival, under the theme 'THE CINEMATIC WAVE,' will feature film screenings, talks with directors and industry professionals, training sessions, workshops, a short film competition, film-related exhibitions, a Behind the Scenes Film Production Showcase, and outdoor screenings. The opening ceremony, red carpet, and awards ceremony are set for August 28, 2026, at the Colosseum Show Pattaya.</w:t>
      </w:r>
      <w:r/>
    </w:p>
    <w:p>
      <w:pPr>
        <w:pStyle w:val="ListNumber"/>
        <w:spacing w:line="240" w:lineRule="auto"/>
        <w:ind w:left="720"/>
      </w:pPr>
      <w:r/>
      <w:hyperlink r:id="rId13">
        <w:r>
          <w:rPr>
            <w:color w:val="0000EE"/>
            <w:u w:val="single"/>
          </w:rPr>
          <w:t>https://www.ptyiff.com/enter</w:t>
        </w:r>
      </w:hyperlink>
      <w:r>
        <w:t xml:space="preserve"> - The official page for film submissions to the Pattaya International Film Festival 2026. Entries were accepted via the Film Freeway website portal, with a full list of official selections announced on July 15, 2026. All official selection films will be shown for in-person screenings during the festival run. Attending official selection filmmakers are given two all-access passes for the festival, including seats at the Opening Gala and invitations to walk the Purple Carpet at Tiffany's Show.</w:t>
      </w:r>
      <w:r/>
    </w:p>
    <w:p>
      <w:pPr>
        <w:pStyle w:val="ListNumber"/>
        <w:spacing w:line="240" w:lineRule="auto"/>
        <w:ind w:left="720"/>
      </w:pPr>
      <w:r/>
      <w:hyperlink r:id="rId16">
        <w:r>
          <w:rPr>
            <w:color w:val="0000EE"/>
            <w:u w:val="single"/>
          </w:rPr>
          <w:t>https://www.pattayatalk.com/events/pattaya-fireworks-festival-2026</w:t>
        </w:r>
      </w:hyperlink>
      <w:r>
        <w:t xml:space="preserve"> - An event listing for the Pattaya International Fireworks Festival 2026, scheduled for November 27–28, 2026. The festival is a large beachfront evening event featuring choreographed displays and attracting heavy weekend crowds. The current listing window is late November 2026, with final team lineups and traffic advisories usually published closer to the event week.</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pattayaunplugged.com/pattaya-invites-film-lovers-to-nine-day-international-film-festival-2026-starting-this-weekend/" TargetMode="External"/><Relationship Id="rId10" Type="http://schemas.openxmlformats.org/officeDocument/2006/relationships/hyperlink" Target="https://www.ptyiff.com/" TargetMode="External"/><Relationship Id="rId11" Type="http://schemas.openxmlformats.org/officeDocument/2006/relationships/hyperlink" Target="https://www.pattayamail.com/latestnews/news/pattaya-turns-into-international-film-city-august-22-30-561077" TargetMode="External"/><Relationship Id="rId12" Type="http://schemas.openxmlformats.org/officeDocument/2006/relationships/hyperlink" Target="https://www.pattayamail.com/latestnews/news/pattaya-prepares-international-film-festival-with-unesco-creative-city-ambitions-560496" TargetMode="External"/><Relationship Id="rId13" Type="http://schemas.openxmlformats.org/officeDocument/2006/relationships/hyperlink" Target="https://www.ptyiff.com/enter" TargetMode="External"/><Relationship Id="rId14" Type="http://schemas.openxmlformats.org/officeDocument/2006/relationships/hyperlink" Target="https://thepattayanews.com/2026/08/12/pattaya-announces-international-film-festival-2026-under-theme-the-cinematic-wave-coming-later-this-month/" TargetMode="External"/><Relationship Id="rId15" Type="http://schemas.openxmlformats.org/officeDocument/2006/relationships/hyperlink" Target="https://www.noahwire.com" TargetMode="External"/><Relationship Id="rId16" Type="http://schemas.openxmlformats.org/officeDocument/2006/relationships/hyperlink" Target="https://www.pattayatalk.com/events/pattaya-fireworks-festival-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