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Pattaya boosts tourism with ambitious 2026 marathon and festival line-up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Pattaya’s next big draw for visitors may be more than a beach break. As the city prepares for the 33rd Pattaya Marathon, it is leaning further into event-led tourism, using a major coastal race to add another reason to travel there beyond sun, sand and nightlife. For travellers, that means a weekend in Pattaya in late 2026 could combine sport, sea views, local food and time around the city’s better-known leisure spots.</w:t>
      </w:r>
      <w:r/>
    </w:p>
    <w:p>
      <w:r/>
      <w:r>
        <w:t>There is, however, one point worth watching: the marathon date has been reported differently. A Pattaya events listing places it on 19 July 2026, while another report says registration opened on 5 August 2026 for a race set for 26-27 September 2026. The later date is also the one used in the lead material and appears to be the more current schedule, though travellers should still check official channels before making plans. The event is expected to draw more than 40,000 runners and spectators, which would make it one of Pattaya’s biggest sports tourism weekends.</w:t>
      </w:r>
      <w:r/>
    </w:p>
    <w:p>
      <w:r/>
      <w:r>
        <w:t>For visitors, the appeal is as much about setting as stamina. The route is said to follow Pattaya’s coastline, giving runners sea views rather than the more ordinary city streets associated with many urban races. That coastal backdrop matters for non-runners too: friends and families accompanying participants can turn the trip into a short holiday, with beaches, restaurants, neighbourhoods and evening entertainment all within reach. In practical terms, the marathon gives people a fixed travel date and a ready-made reason to stay longer.</w:t>
      </w:r>
      <w:r/>
    </w:p>
    <w:p>
      <w:r/>
      <w:r>
        <w:t>Pattaya is also broadening the calendar around the race. Local reports show the city hosting a series of large-scale events in 2026, including Burapa Pattaya Bike Week in February, a Holi beach festival in March, Thailand Travel Mart Plus in June and even plans for Tomorrowland in December. For travellers, this suggests a destination trying to offer more than a single type of visit: one weekend may suit runners, another music fans or festival-goers, and others may simply be looking for a timed break with something happening on the ground.</w:t>
      </w:r>
      <w:r/>
    </w:p>
    <w:p>
      <w:r/>
      <w:r>
        <w:t>That mix is likely to shape how Pattaya is experienced over the next year. If the marathon is delivered smoothly, it could strengthen the city’s image as somewhere that works for short event trips as well as longer holidays. But the visitor experience will matter as much as the headline attendance figure. Transport, crowd management and clear event information will all be crucial if Pattaya wants these gatherings to feel like an easy, worthwhile trip rather than just a busy one.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[3]</w:t>
        </w:r>
      </w:hyperlink>
      <w:r>
        <w:t xml:space="preserve">- Paragraph 2: </w:t>
      </w:r>
      <w:hyperlink r:id="rId11">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1">
        <w:r>
          <w:rPr>
            <w:color w:val="0000EE"/>
            <w:u w:val="single"/>
          </w:rPr>
          <w:t>[2]</w:t>
        </w:r>
      </w:hyperlink>
      <w:r>
        <w:t xml:space="preserve">, </w:t>
      </w:r>
      <w:hyperlink r:id="rId10">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https://www.travelandtourworld.com/news/article/8fvj1wctkq3l/</w:t>
        </w:r>
      </w:hyperlink>
      <w:r>
        <w:t xml:space="preserve"> - Please view link - unable to able to access data</w:t>
      </w:r>
      <w:r/>
    </w:p>
    <w:p>
      <w:pPr>
        <w:pStyle w:val="ListNumber"/>
        <w:spacing w:line="240" w:lineRule="auto"/>
        <w:ind w:left="720"/>
      </w:pPr>
      <w:r/>
      <w:hyperlink r:id="rId11">
        <w:r>
          <w:rPr>
            <w:color w:val="0000EE"/>
            <w:u w:val="single"/>
          </w:rPr>
          <w:t>https://www.pattayatalk.com/events/pattaya-marathon-2026</w:t>
        </w:r>
      </w:hyperlink>
      <w:r>
        <w:t xml:space="preserve"> - The Pattaya Marathon is an annual road-running event along Pattaya's scenic beachfront. The 2026 race is scheduled for July 19, 2026, starting at 4:00 AM at Bali Hai Pier. Participants can choose from various race categories, with entry fees starting from 500 THB. Official registration and ticket options are available on the event's website. Final race categories, bib collection, and route cutoffs will be confirmed closer to the race weekend through official channels.</w:t>
      </w:r>
      <w:r/>
    </w:p>
    <w:p>
      <w:pPr>
        <w:pStyle w:val="ListNumber"/>
        <w:spacing w:line="240" w:lineRule="auto"/>
        <w:ind w:left="720"/>
      </w:pPr>
      <w:r/>
      <w:hyperlink r:id="rId10">
        <w:r>
          <w:rPr>
            <w:color w:val="0000EE"/>
            <w:u w:val="single"/>
          </w:rPr>
          <w:t>https://ultimatepattaya.com/pattaya-marathon-2026/</w:t>
        </w:r>
      </w:hyperlink>
      <w:r>
        <w:t xml:space="preserve"> - The 33rd Pattaya Marathon is confirmed to take place on 26–27 September 2026, with registration opening on 5 August 2026. Organised by Thailand Tri League, the event is expected to attract over 40,000 participants and spectators. The marathon offers a distinctive coastal route, providing runners with sea views while experiencing Pattaya's coastal geography. The event aims to enhance Pattaya's global appeal by combining sports tourism with local attractions.</w:t>
      </w:r>
      <w:r/>
    </w:p>
    <w:p>
      <w:pPr>
        <w:pStyle w:val="ListNumber"/>
        <w:spacing w:line="240" w:lineRule="auto"/>
        <w:ind w:left="720"/>
      </w:pPr>
      <w:r/>
      <w:hyperlink r:id="rId12">
        <w:r>
          <w:rPr>
            <w:color w:val="0000EE"/>
            <w:u w:val="single"/>
          </w:rPr>
          <w:t>https://www.pattayamail.com/news/pattaya-goes-full-throttle-as-burapa-pattaya-bike-week-2026-returns-531766</w:t>
        </w:r>
      </w:hyperlink>
      <w:r>
        <w:t xml:space="preserve"> - Pattaya City, in collaboration with the Burapa Bike Week group, has announced the 29th edition of its iconic motorcycle and music festival, 'BURAPA PATTAYA BIKE WEEK &amp; WHEELS OF NOSTALGIA 2026,' scheduled to take place from 12–14 February 2026. The event will be held across public areas and at the Eastern National Sports Training Center on Chaiyapruek 2 Road, Pattaya, welcoming motorcycle enthusiasts and cultural travellers from Thailand and around the world.</w:t>
      </w:r>
      <w:r/>
    </w:p>
    <w:p>
      <w:pPr>
        <w:pStyle w:val="ListNumber"/>
        <w:spacing w:line="240" w:lineRule="auto"/>
        <w:ind w:left="720"/>
      </w:pPr>
      <w:r/>
      <w:hyperlink r:id="rId13">
        <w:r>
          <w:rPr>
            <w:color w:val="0000EE"/>
            <w:u w:val="single"/>
          </w:rPr>
          <w:t>https://www.pattayamail.com/news/pattaya-announces-holi-festival-2026-color-splash-event-on-beach-march-13–15-538864</w:t>
        </w:r>
      </w:hyperlink>
      <w:r>
        <w:t xml:space="preserve"> - Pattaya City has announced the upcoming Pattaya Holi Festival 2026, a vibrant beachside colour celebration set to take place from 13–15 March 2026. Organised in cooperation with the Thai–Indian Business Association Pattaya, the three-day celebration will feature large-scale colour throwing activities, music stages, entertainment shows, concerts by well-known Indian artists and influencers, and a variety of food stalls along Pattaya Central Beach.</w:t>
      </w:r>
      <w:r/>
    </w:p>
    <w:p>
      <w:pPr>
        <w:pStyle w:val="ListNumber"/>
        <w:spacing w:line="240" w:lineRule="auto"/>
        <w:ind w:left="720"/>
      </w:pPr>
      <w:r/>
      <w:hyperlink r:id="rId14">
        <w:r>
          <w:rPr>
            <w:color w:val="0000EE"/>
            <w:u w:val="single"/>
          </w:rPr>
          <w:t>https://www.pattayamail.com/latestnews/news/global-tourism-buyers-head-to-pattaya-for-thailand-travel-mart-plus-2026-551485</w:t>
        </w:r>
      </w:hyperlink>
      <w:r>
        <w:t xml:space="preserve"> - The Tourism Authority of Thailand (TAT) has announced its readiness to host Thailand Travel Mart Plus (TTM+) 2026 under the theme 'Healing is the New Luxury' from 10–12 June 2026, at the Nong Nooch International Convention and Exhibition Center (NICE Pattaya) in Chonburi Province. TAT Governor Thapanee Kiatphaibool stated that the event will serve as Thailand’s premier international business-to-business tourism platform, connecting global buyers with Thai tourism operators and showcasing the country’s tourism products and services to international markets.</w:t>
      </w:r>
      <w:r/>
    </w:p>
    <w:p>
      <w:pPr>
        <w:pStyle w:val="ListNumber"/>
        <w:spacing w:line="240" w:lineRule="auto"/>
        <w:ind w:left="720"/>
      </w:pPr>
      <w:r/>
      <w:hyperlink r:id="rId15">
        <w:r>
          <w:rPr>
            <w:color w:val="0000EE"/>
            <w:u w:val="single"/>
          </w:rPr>
          <w:t>https://los40.com/2026/01/07/tomorrowland-a-la-conquista-de-asia-en-2026/</w:t>
        </w:r>
      </w:hyperlink>
      <w:r>
        <w:t xml:space="preserve"> - Tomorrowland, the renowned electronic music festival founded in 2005 in Boom, Belgium, has announced its expansion to Asia in 2026 with a new venue in Thailand. The event is scheduled to take place from 11 to 13 December 2026 in a 96-hectare space in Wisdom Valley, Pattaya, and will be supported by the Thai government and the Tourism Authority of Thailand, highlighting its impact on tourism, the economy, and the country's creative industries. Unlike its main edition in Belgium, Tomorrowland Thailand will not offer camping areas.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8fvj1wctkq3l/" TargetMode="External"/><Relationship Id="rId10" Type="http://schemas.openxmlformats.org/officeDocument/2006/relationships/hyperlink" Target="https://ultimatepattaya.com/pattaya-marathon-2026/" TargetMode="External"/><Relationship Id="rId11" Type="http://schemas.openxmlformats.org/officeDocument/2006/relationships/hyperlink" Target="https://www.pattayatalk.com/events/pattaya-marathon-2026" TargetMode="External"/><Relationship Id="rId12" Type="http://schemas.openxmlformats.org/officeDocument/2006/relationships/hyperlink" Target="https://www.pattayamail.com/news/pattaya-goes-full-throttle-as-burapa-pattaya-bike-week-2026-returns-531766" TargetMode="External"/><Relationship Id="rId13" Type="http://schemas.openxmlformats.org/officeDocument/2006/relationships/hyperlink" Target="https://www.pattayamail.com/news/pattaya-announces-holi-festival-2026-color-splash-event-on-beach-march-13&#8211;15-538864" TargetMode="External"/><Relationship Id="rId14" Type="http://schemas.openxmlformats.org/officeDocument/2006/relationships/hyperlink" Target="https://www.pattayamail.com/latestnews/news/global-tourism-buyers-head-to-pattaya-for-thailand-travel-mart-plus-2026-551485" TargetMode="External"/><Relationship Id="rId15" Type="http://schemas.openxmlformats.org/officeDocument/2006/relationships/hyperlink" Target="https://los40.com/2026/01/07/tomorrowland-a-la-conquista-de-asia-en-2026/"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