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Hidden Prachuap Khiri Khan beach offers quiet retreat away from Hua Hin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Hat Sai Noi is one of those places that can still feel like a find, even in a province as well known as Prachuap Khiri Khan. About 15 kilometres from both Hua Hin and Pranburi, it asks travellers to make a small detour, which is part of its appeal. The beach is a narrow sweep of pale sand backed by boulders, with turquoise water at its best and a Buddha-topped hill rising at the northern end, where a short hike rewards visitors with views over Khao Tao and the coast. </w:t>
      </w:r>
      <w:r/>
    </w:p>
    <w:p>
      <w:r/>
      <w:r>
        <w:t xml:space="preserve">For travellers used to Hua Hin’s busier shoreline, Hat Sai Noi offers a quieter alternative. Lonely Planet describes Hua Hin’s main beach as a shallow, resort-lined stretch that is best for walking and lounging rather than swimming, with the busiest sections clustered around the major hotels. Hat Sai Noi, by contrast, feels smaller and less built up, though it is not entirely untouched: a few villas and a guesthouse sit behind the sand, and there is some visible development nearby. </w:t>
      </w:r>
      <w:r/>
    </w:p>
    <w:p>
      <w:r/>
      <w:r>
        <w:t xml:space="preserve">That mix of access and calm is what makes it useful for a short stay or a day trip. The nearby Khao Tao area gives visitors a base with more lodging options than the beach itself, while the hill trail adds a simple outing for anyone wanting a view without a full-day trek. The beach’s southern rock formations also make it more interesting than a plain strip of sand, especially for people who like a setting that combines scenery with a sense of privacy. </w:t>
      </w:r>
      <w:r/>
    </w:p>
    <w:p>
      <w:r/>
      <w:r>
        <w:t xml:space="preserve">Elsewhere in Prachuap Khiri Khan, travellers looking for similarly quiet mainland beaches can also consider Hat Thang Sai in Bang Saphan, which travel guides describe as peaceful, lined with coconut and pine trees, and known for clear water and shallow swimming conditions. Compared with Hua Hin’s better-known resort beach, these lesser-visited stretches suit visitors who want less bustle and more space, though they may trade off convenience, dining choice and polished facilities.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w:t>
      </w:r>
      <w:hyperlink r:id="rId10">
        <w:r>
          <w:rPr>
            <w:color w:val="0000EE"/>
            <w:u w:val="single"/>
          </w:rPr>
          <w:t>[7]</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w:t>
      </w:r>
      <w:hyperlink r:id="rId10">
        <w:r>
          <w:rPr>
            <w:color w:val="0000EE"/>
            <w:u w:val="single"/>
          </w:rPr>
          <w:t>[7]</w:t>
        </w:r>
      </w:hyperlink>
      <w:r>
        <w:t xml:space="preserve">- Paragraph 3: </w:t>
      </w:r>
      <w:hyperlink r:id="rId9">
        <w:r>
          <w:rPr>
            <w:color w:val="0000EE"/>
            <w:u w:val="single"/>
          </w:rPr>
          <w:t>[1]</w:t>
        </w:r>
      </w:hyperlink>
      <w:r>
        <w:t xml:space="preserve">, </w:t>
      </w:r>
      <w:hyperlink r:id="rId11">
        <w:r>
          <w:rPr>
            <w:color w:val="0000EE"/>
            <w:u w:val="single"/>
          </w:rPr>
          <w:t>[3]</w:t>
        </w:r>
      </w:hyperlink>
      <w:r>
        <w:t xml:space="preserve">- Paragraph 4: </w:t>
      </w:r>
      <w:hyperlink r:id="rId13">
        <w:r>
          <w:rPr>
            <w:color w:val="0000EE"/>
            <w:u w:val="single"/>
          </w:rPr>
          <w:t>[2]</w:t>
        </w:r>
      </w:hyperlink>
      <w:r>
        <w:t xml:space="preserve">, </w:t>
      </w:r>
      <w:hyperlink r:id="rId14">
        <w:r>
          <w:rPr>
            <w:color w:val="0000EE"/>
            <w:u w:val="single"/>
          </w:rPr>
          <w:t>[4]</w:t>
        </w:r>
      </w:hyperlink>
      <w:r>
        <w:t xml:space="preserve">, </w:t>
      </w:r>
      <w:hyperlink r:id="rId12">
        <w:r>
          <w:rPr>
            <w:color w:val="0000EE"/>
            <w:u w:val="single"/>
          </w:rPr>
          <w:t>[5]</w:t>
        </w:r>
      </w:hyperlink>
      <w:r>
        <w:t xml:space="preserve">, </w:t>
      </w:r>
      <w:hyperlink r:id="rId15">
        <w:r>
          <w:rPr>
            <w:color w:val="0000EE"/>
            <w:u w:val="single"/>
          </w:rPr>
          <w:t>[6]</w:t>
        </w:r>
      </w:hyperlink>
      <w:r>
        <w:t xml:space="preserve">, </w:t>
      </w:r>
      <w:hyperlink r:id="rId10">
        <w:r>
          <w:rPr>
            <w:color w:val="0000EE"/>
            <w:u w:val="single"/>
          </w:rPr>
          <w:t>[7]</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https://thaiislandquest.substack.com/p/little-known-mainland-beaches-14-600</w:t>
        </w:r>
      </w:hyperlink>
      <w:r>
        <w:t xml:space="preserve"> - Please view link - unable to able to access data</w:t>
      </w:r>
      <w:r/>
    </w:p>
    <w:p>
      <w:pPr>
        <w:pStyle w:val="ListNumber"/>
        <w:spacing w:line="240" w:lineRule="auto"/>
        <w:ind w:left="720"/>
      </w:pPr>
      <w:r/>
      <w:hyperlink r:id="rId13">
        <w:r>
          <w:rPr>
            <w:color w:val="0000EE"/>
            <w:u w:val="single"/>
          </w:rPr>
          <w:t>https://www.lovethailand.org/travel/en/12-Prachuap-Khiri-Khan/1473-Hat-Thang-Sai.html</w:t>
        </w:r>
      </w:hyperlink>
      <w:r>
        <w:t xml:space="preserve"> - Hat Thang Sai is a tranquil beach located in Thong Chai Subdistrict, Bang Saphan District, Prachuap Khiri Khan Province, Thailand. This serene destination features a long stretch of white sandy beach, clear blue waters, and a coastline adorned with coconut and pine trees, offering a peaceful atmosphere for visitors seeking natural beauty and relaxation.</w:t>
      </w:r>
      <w:r/>
    </w:p>
    <w:p>
      <w:pPr>
        <w:pStyle w:val="ListNumber"/>
        <w:spacing w:line="240" w:lineRule="auto"/>
        <w:ind w:left="720"/>
      </w:pPr>
      <w:r/>
      <w:hyperlink r:id="rId11">
        <w:r>
          <w:rPr>
            <w:color w:val="0000EE"/>
            <w:u w:val="single"/>
          </w:rPr>
          <w:t>https://www.lovethailand.org/travel/en/12-Prachuap-Khiri-Khan/7099-Hat-Hua-Hin.html</w:t>
        </w:r>
      </w:hyperlink>
      <w:r>
        <w:t xml:space="preserve"> - Hat Hua Hin, situated in Hua Hin Subdistrict, Hua Hin District, Prachuap Khiri Khan Province, is Thailand's first major seaside resort destination. The beach boasts a 5-kilometer stretch of fine white sand, clear blue sea, and gentle slopes, making it ideal for relaxation, family trips, and weekend holidays. The area is well-developed with numerous facilities, including restaurants, cafés, hotels, and shops.</w:t>
      </w:r>
      <w:r/>
    </w:p>
    <w:p>
      <w:pPr>
        <w:pStyle w:val="ListNumber"/>
        <w:spacing w:line="240" w:lineRule="auto"/>
        <w:ind w:left="720"/>
      </w:pPr>
      <w:r/>
      <w:hyperlink r:id="rId14">
        <w:r>
          <w:rPr>
            <w:color w:val="0000EE"/>
            <w:u w:val="single"/>
          </w:rPr>
          <w:t>https://www.thaiholidayguide.com/attraction/hat-thang-sai/</w:t>
        </w:r>
      </w:hyperlink>
      <w:r>
        <w:t xml:space="preserve"> - Hat Thang Sai is a quiet beach in Bang Saphan district, Prachuap Khiri Khan, accessible via a 5 km coastal road through coconut and pine groves. The beach is community-run and offers free entry with no set closing time. The shallow, clear waters are suitable for swimming, and the area is known for its coral reefs, making it a popular spot for both first-time and certified divers.</w:t>
      </w:r>
      <w:r/>
    </w:p>
    <w:p>
      <w:pPr>
        <w:pStyle w:val="ListNumber"/>
        <w:spacing w:line="240" w:lineRule="auto"/>
        <w:ind w:left="720"/>
      </w:pPr>
      <w:r/>
      <w:hyperlink r:id="rId12">
        <w:r>
          <w:rPr>
            <w:color w:val="0000EE"/>
            <w:u w:val="single"/>
          </w:rPr>
          <w:t>https://www.lonelyplanet.com/points-of-interest/hat-hua-hin/1243221</w:t>
        </w:r>
      </w:hyperlink>
      <w:r>
        <w:t xml:space="preserve"> - Hat Hua Hin is a pleasant stretch of fine white sand lapped by calm grey-green waves. The beach is remarkably shallow, making it ideal for strolling and sunbathing rather than swimming. The busiest stretch fronts the Hilton and Centara Grand hotels, with restaurants delivering food to shaded sun loungers. As the beach runs south to the Buddha-adorned Khao Takiab headland, resort towers outnumber coconut trees, but fewer touts make it possible to find peaceful spots on weekdays.</w:t>
      </w:r>
      <w:r/>
    </w:p>
    <w:p>
      <w:pPr>
        <w:pStyle w:val="ListNumber"/>
        <w:spacing w:line="240" w:lineRule="auto"/>
        <w:ind w:left="720"/>
      </w:pPr>
      <w:r/>
      <w:hyperlink r:id="rId15">
        <w:r>
          <w:rPr>
            <w:color w:val="0000EE"/>
            <w:u w:val="single"/>
          </w:rPr>
          <w:t>https://www.thailandblog.nl/en/thailand-tips/hat-thang-sai-in-prachuap-khiri-khan/</w:t>
        </w:r>
      </w:hyperlink>
      <w:r>
        <w:t xml:space="preserve"> - Hat Thang Sai is a beautiful beach located in the north of Thongchai Mountain, Thailand. Once home to the bungalow village of Tawee Bungalow, known as Hat Kiriwong, it is now a quiet and peaceful place where tourists can enjoy white sand and a cooling sea breeze. The beach is surrounded by coconut palms and pine trees, offering a beautiful view of the surrounding hills, making it a perfect destination for those seeking a secluded beach experience.</w:t>
      </w:r>
      <w:r/>
    </w:p>
    <w:p>
      <w:pPr>
        <w:pStyle w:val="ListNumber"/>
        <w:spacing w:line="240" w:lineRule="auto"/>
        <w:ind w:left="720"/>
      </w:pPr>
      <w:r/>
      <w:hyperlink r:id="rId10">
        <w:r>
          <w:rPr>
            <w:color w:val="0000EE"/>
            <w:u w:val="single"/>
          </w:rPr>
          <w:t>https://www.thailand.org/REVIEWS-sai-noi-beach-18067-l.html</w:t>
        </w:r>
      </w:hyperlink>
      <w:r>
        <w:t xml:space="preserve"> - Sai Noi Beach, located in Soi Hua Hin 101, Khao Tao Road, Hua Hin, Prachuap Khiri Khan, is a serene coastal gem known for its clear waters and soft sand. The beach offers sunbeds for rent, with options ranging from 500 baht at a beach club to more affordable 60 baht sunbeds available further along the beach. Visitors can enjoy massages on the sand and kite flying due to the favorable wind conditions. However, the beach has issues with garbage accumulation and higher food prices compared to Hua Hin city.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aiislandquest.substack.com/p/little-known-mainland-beaches-14-600" TargetMode="External"/><Relationship Id="rId10" Type="http://schemas.openxmlformats.org/officeDocument/2006/relationships/hyperlink" Target="https://www.thailand.org/REVIEWS-sai-noi-beach-18067-l.html" TargetMode="External"/><Relationship Id="rId11" Type="http://schemas.openxmlformats.org/officeDocument/2006/relationships/hyperlink" Target="https://www.lovethailand.org/travel/en/12-Prachuap-Khiri-Khan/7099-Hat-Hua-Hin.html" TargetMode="External"/><Relationship Id="rId12" Type="http://schemas.openxmlformats.org/officeDocument/2006/relationships/hyperlink" Target="https://www.lonelyplanet.com/points-of-interest/hat-hua-hin/1243221" TargetMode="External"/><Relationship Id="rId13" Type="http://schemas.openxmlformats.org/officeDocument/2006/relationships/hyperlink" Target="https://www.lovethailand.org/travel/en/12-Prachuap-Khiri-Khan/1473-Hat-Thang-Sai.html" TargetMode="External"/><Relationship Id="rId14" Type="http://schemas.openxmlformats.org/officeDocument/2006/relationships/hyperlink" Target="https://www.thaiholidayguide.com/attraction/hat-thang-sai/" TargetMode="External"/><Relationship Id="rId15" Type="http://schemas.openxmlformats.org/officeDocument/2006/relationships/hyperlink" Target="https://www.thailandblog.nl/en/thailand-tips/hat-thang-sai-in-prachuap-khiri-khan/"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