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cocktail revolution: inventive drink scenes redefine the city after dark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has long been a city for late nights, but its bar scene now offers far more than a good place to start, or finish, an evening. According to SilverKris, the Thai capital has moved from being a regional understudy to one of Asia’s most inventive cocktail cities, helped by a growing number of bars that draw on Thai ingredients, local hospitality and a strong sense of place. For travellers, that means the best places to drink are not just polished, but distinctively Bangkok.</w:t>
      </w:r>
      <w:r/>
    </w:p>
    <w:p>
      <w:r/>
      <w:r>
        <w:t>For a high-end first stop, BKK Social Club remains one of the city’s strongest draws. The bar inside the Four Seasons Hotel Bangkok at Chao Phraya River combines Latin American glamour with Thai service, and has earned a place on Asia’s 50 Best Bars list, most recently at number 19 in 2025, according to The Finest Thai. It is also known for theatrical touches, rare spirits and live entertainment, making it a good fit if you want a dressed-up evening on the river rather than a casual neighbourhood drink.</w:t>
      </w:r>
      <w:r/>
    </w:p>
    <w:p>
      <w:r/>
      <w:r>
        <w:t>Elsewhere, Bangkok’s more independent bars are where the city’s creativity really comes through. Bangkok travel guides highlight Rabbit Hole in Sukhumvit for seasonal cocktails in a discreet, intimate setting; Vesper in Silom for polished Negroni variations; Tropic City for rum-led drinks with a tropical edge; and Teens of Thailand in Chinatown for gin-based cocktails and Thai-inflected infusions. Each offers a different way to experience the city after dark, from speakeasy-style rooms to lively streetside energy.</w:t>
      </w:r>
      <w:r/>
    </w:p>
    <w:p>
      <w:r/>
      <w:r>
        <w:t>Other names worth knowing include Bamboo Bar at the Mandarin Oriental, which bars-for-kings describes as one of Bangkok’s grand old cocktail rooms, complete with teak interiors and live jazz on several nights each week, and Mahaniyom Cocktail Bar in Thonglor, where the drinks are built around regional Thai ingredients and the menu is written in an unusually hands-on way. Rooftop bars still have their place too, especially for visitors who want skyline views with their drinks, but Bangkok’s real strength now lies in how much variety it packs into a single night out.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[6]</w:t>
        </w:r>
      </w:hyperlink>
      <w:r>
        <w:t xml:space="preserve">- Paragraph 2: </w:t>
      </w:r>
      <w:hyperlink r:id="rId11">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0">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https://silverkris.singaporeair.com/experience/food-drink/the-2026-guide-to-bangkoks-best-cocktail-bars/</w:t>
        </w:r>
      </w:hyperlink>
      <w:r>
        <w:t xml:space="preserve"> - Please view link - unable to able to access data</w:t>
      </w:r>
      <w:r/>
    </w:p>
    <w:p>
      <w:pPr>
        <w:pStyle w:val="ListNumber"/>
        <w:spacing w:line="240" w:lineRule="auto"/>
        <w:ind w:left="720"/>
      </w:pPr>
      <w:r/>
      <w:hyperlink r:id="rId11">
        <w:r>
          <w:rPr>
            <w:color w:val="0000EE"/>
            <w:u w:val="single"/>
          </w:rPr>
          <w:t>https://www.thefinestthai.com/2026/05/07/bkk-social-club-bangkok-cocktail-bar-guide/</w:t>
        </w:r>
      </w:hyperlink>
      <w:r>
        <w:t xml:space="preserve"> - BKK Social Club, located within the Four Seasons Hotel Bangkok at Chao Phraya River, offers a fusion of Latin American glamour and Thai hospitality. Under the leadership of Philip Bischoff, the bar has been recognised on Asia's 50 Best Bars list, ranking 19th in 2025. The venue is known for its lavish design and exceptional service, earning the Michter’s Art of Hospitality Award in 2022. The cocktail menu features a blend of classic and innovative drinks, with a focus on rare spirits and live entertainment.</w:t>
      </w:r>
      <w:r/>
    </w:p>
    <w:p>
      <w:pPr>
        <w:pStyle w:val="ListNumber"/>
        <w:spacing w:line="240" w:lineRule="auto"/>
        <w:ind w:left="720"/>
      </w:pPr>
      <w:r/>
      <w:hyperlink r:id="rId12">
        <w:r>
          <w:rPr>
            <w:color w:val="0000EE"/>
            <w:u w:val="single"/>
          </w:rPr>
          <w:t>https://www.thefinestthai.com/2026/04/12/bkk-social-club-at-four-seasons-bangkok-where-latin-glamour-meets-the-chao-phraya/</w:t>
        </w:r>
      </w:hyperlink>
      <w:r>
        <w:t xml:space="preserve"> - BKK Social Club, situated on the ground floor of the Four Seasons Hotel Bangkok at Chao Phraya River, combines Latin American glamour with Thai precision. Opened in December 2020 under Philip Bischoff, the bar has been recognised on Asia's 50 Best Bars list, ranking 19th in 2025. The venue's design is inspired by 19th-century Argentine architecture, featuring colonial-style gates and a lavish interior. The cocktail menu offers a mix of classic and innovative drinks, with a focus on rare spirits and live entertainment.</w:t>
      </w:r>
      <w:r/>
    </w:p>
    <w:p>
      <w:pPr>
        <w:pStyle w:val="ListNumber"/>
        <w:spacing w:line="240" w:lineRule="auto"/>
        <w:ind w:left="720"/>
      </w:pPr>
      <w:r/>
      <w:hyperlink r:id="rId13">
        <w:r>
          <w:rPr>
            <w:color w:val="0000EE"/>
            <w:u w:val="single"/>
          </w:rPr>
          <w:t>https://bangkok.biz/blog/best-cocktail-bars-bangkok</w:t>
        </w:r>
      </w:hyperlink>
      <w:r>
        <w:t xml:space="preserve"> - Bangkok boasts a vibrant cocktail scene, with bars like Rabbit Hole, Vesper, Tropic City, and Teens of Thailand leading the way. Rabbit Hole, located on Sukhumvit Soi 55, is renowned for its seasonal cocktails and intimate atmosphere. Vesper, on Convent Road in Silom, offers an elegant setting with a focus on Negroni variations. Tropic City, situated on Silom Soi 4, is celebrated for its rum-based cocktails and tropical ambiance. Teens of Thailand, in Chinatown, is famed for its extensive gin selection and house infusions using Thai ingredients.</w:t>
      </w:r>
      <w:r/>
    </w:p>
    <w:p>
      <w:pPr>
        <w:pStyle w:val="ListNumber"/>
        <w:spacing w:line="240" w:lineRule="auto"/>
        <w:ind w:left="720"/>
      </w:pPr>
      <w:r/>
      <w:hyperlink r:id="rId14">
        <w:r>
          <w:rPr>
            <w:color w:val="0000EE"/>
            <w:u w:val="single"/>
          </w:rPr>
          <w:t>https://barsforkings.com/bangkok/cocktail-bars/</w:t>
        </w:r>
      </w:hyperlink>
      <w:r>
        <w:t xml:space="preserve"> - Barsforkings.com provides a curated list of Bangkok's top cocktail bars for 2026, including BKK Social Club, Bamboo Bar at Mandarin Oriental, and Mahaniyom Cocktail Bar. BKK Social Club, located in the Four Seasons Hotel, channels 1950s Buenos Aires through its plush, low-lit setting. Bamboo Bar at Mandarin Oriental is a grand dame of Bangkok cocktail bars, offering polished teak interiors and live jazz five nights a week. Mahaniyom Cocktail Bar in Thonglor is known for building drinks out of regional Thai ingredients, with recipes written on the back of the menu.</w:t>
      </w:r>
      <w:r/>
    </w:p>
    <w:p>
      <w:pPr>
        <w:pStyle w:val="ListNumber"/>
        <w:spacing w:line="240" w:lineRule="auto"/>
        <w:ind w:left="720"/>
      </w:pPr>
      <w:r/>
      <w:hyperlink r:id="rId10">
        <w:r>
          <w:rPr>
            <w:color w:val="0000EE"/>
            <w:u w:val="single"/>
          </w:rPr>
          <w:t>https://www.bangkok-travel-guide.com/things-to-do/best-bars-in-bangkok/</w:t>
        </w:r>
      </w:hyperlink>
      <w:r>
        <w:t xml:space="preserve"> - Bangkok Travel Guide highlights some of the best cocktail bars in Bangkok, including Teens of Thailand, Asia Today, Rabbit Hole, and Vesper. Teens of Thailand, located in Chinatown, is a small but influential cocktail bar focusing on gin-based cocktails in a minimalist, speakeasy-style setting. Asia Today is one of Bangkok's most innovative cocktail destinations, using local Thai ingredients like herbs, honey, and fruits to create creative and experimental drinks. Rabbit Hole is a true speakeasy hidden in plain sight, offering high-end cocktail craftsmanship in a dark, intimate atmosphere. Vesper is a classic European-style cocktail bar known for its consistent, high-quality drinks in an elegant yet relaxed setting.</w:t>
      </w:r>
      <w:r/>
    </w:p>
    <w:p>
      <w:pPr>
        <w:pStyle w:val="ListNumber"/>
        <w:spacing w:line="240" w:lineRule="auto"/>
        <w:ind w:left="720"/>
      </w:pPr>
      <w:r/>
      <w:hyperlink r:id="rId15">
        <w:r>
          <w:rPr>
            <w:color w:val="0000EE"/>
            <w:u w:val="single"/>
          </w:rPr>
          <w:t>https://luxstay.world/best-rooftop-bars-bangkok-2026/</w:t>
        </w:r>
      </w:hyperlink>
      <w:r>
        <w:t xml:space="preserve"> - Luxstay.world presents a guide to the best rooftop bars in Bangkok for 2026, including Sirocco at Lebua State Tower, Vertigo &amp; Moon Bar at Banyan Tree, and Brewski at Radisson Blu. Sirocco is Bangkok’s most famous rooftop bar, offering jaw-dropping views across the Chao Phraya River and the city skyline. Vertigo &amp; Moon Bar at Banyan Tree provides open-air, 360-degree views with a more intimate and atmospheric setting. Brewski at Radisson Blu is Bangkok’s best rooftop craft beer bar, offering a relaxed casual atmosphere with good Sukhumvit-area skyline views.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ilverkris.singaporeair.com/experience/food-drink/the-2026-guide-to-bangkoks-best-cocktail-bars/" TargetMode="External"/><Relationship Id="rId10" Type="http://schemas.openxmlformats.org/officeDocument/2006/relationships/hyperlink" Target="https://www.bangkok-travel-guide.com/things-to-do/best-bars-in-bangkok/" TargetMode="External"/><Relationship Id="rId11" Type="http://schemas.openxmlformats.org/officeDocument/2006/relationships/hyperlink" Target="https://www.thefinestthai.com/2026/05/07/bkk-social-club-bangkok-cocktail-bar-guide/" TargetMode="External"/><Relationship Id="rId12" Type="http://schemas.openxmlformats.org/officeDocument/2006/relationships/hyperlink" Target="https://www.thefinestthai.com/2026/04/12/bkk-social-club-at-four-seasons-bangkok-where-latin-glamour-meets-the-chao-phraya/" TargetMode="External"/><Relationship Id="rId13" Type="http://schemas.openxmlformats.org/officeDocument/2006/relationships/hyperlink" Target="https://bangkok.biz/blog/best-cocktail-bars-bangkok" TargetMode="External"/><Relationship Id="rId14" Type="http://schemas.openxmlformats.org/officeDocument/2006/relationships/hyperlink" Target="https://barsforkings.com/bangkok/cocktail-bars/" TargetMode="External"/><Relationship Id="rId15" Type="http://schemas.openxmlformats.org/officeDocument/2006/relationships/hyperlink" Target="https://luxstay.world/best-rooftop-bars-bangkok-2026/"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