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evolving party hostel scene diversifies nightlife options beyond hotspots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party hostel scene is built for travellers who want late nights without giving up the ease of a bed, a shower and a place to recover the next morning. The strongest choices cluster in the country’s best-known nightlife bases: Bangkok for Khaosan Road energy, Pattaya and Phuket for beachside clubs, and the islands for bars, boat parties and sunset drinking sessions. Recent round-ups also show the scene widening beyond the obvious hotspots, with Pai and Chiang Mai now drawing social travellers looking for a more laid-back but still lively atmosphere.</w:t>
      </w:r>
      <w:r/>
    </w:p>
    <w:p>
      <w:r/>
      <w:r>
        <w:t>In Bangkok, hostels near Khaosan Road remain the most reliable bet if the goal is to meet people fast. Properties such as Slumber Pool Party Khao San and Mad Monkey are repeatedly highlighted for pool-side gatherings, organised nights out and easy access to bars, live music and street food. Recent guides also point to Bodega Bangkok Soi 23 and other Khaosan-area options as strong picks for pub crawls and group activities, while some hostels cater more clearly to younger guests and may impose age limits. For visitors, the practical appeal is simple: central location, easy transport and a built-in social scene.</w:t>
      </w:r>
      <w:r/>
    </w:p>
    <w:p>
      <w:r/>
      <w:r>
        <w:t>On the southern coast, the best party hostels tend to balance nightlife with beach access. In Pattaya, places such as Happy Hostel and Nonze Hostel suit travellers who want a quieter base a short distance from the action. Phuket’s Bodega hostel is positioned for those who want Bangla Road within reach, while Krabi’s Pak-Up, K-Bunk and Slumber Party brands appeal to people who want organised events, beach shuttles and common areas that make it easy to socialise. The trade-off is predictable: the more central you are to the party zone, the more noise you should expect.</w:t>
      </w:r>
      <w:r/>
    </w:p>
    <w:p>
      <w:r/>
      <w:r>
        <w:t>The islands offer a different kind of nightlife, often with a more scenic backdrop. On Koh Phangan, Eclipse Hostel and So Good Haad Rin put guests close to Haad Rin Beach, the island’s most famous party strip, so they work well for Full Moon visitors who want to walk rather than taxi home. Koh Tao’s Savage Hostel is another social option with a stronger design-led feel, while Koh Phi Phi’s Blanco Beach Bar, Dee Dee Sea Front, Voyagers and Hangover Hostel all cater to travellers who want easy access to boat parties, beach bars and late-night drinking games. For many visitors, these spots are less about a wild atmosphere in the building itself and more about being in the right place to join the action outside.</w:t>
      </w:r>
      <w:r/>
    </w:p>
    <w:p>
      <w:r/>
      <w:r>
        <w:t>There are also signs that social hostelling in Thailand is becoming more varied. According to recent hostel guides, Revolution Hostel Pai has turned Pai into a stronger draw for travellers who want bonfires, hammocks and daily activities rather than full-throttle club nights. The same is true in Chiang Mai, where Slumber Party keeps the focus on dorms, group energy and nightlife, but with a more northern, city-break feel. For travellers, that means Thailand is no longer just about the classic beach-party circuit: it now offers a wider choice, from loud and central to social but slightly more relaxed. Across the board, the smartest booking move is still to reserve early in high season, check whether luggage storage costs extra, and read recent reviews carefully for noise, cleanliness and the kind of crowd each hostel attracts.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Paragraph 2: </w:t>
      </w:r>
      <w:hyperlink r:id="rId13">
        <w:r>
          <w:rPr>
            <w:color w:val="0000EE"/>
            <w:u w:val="single"/>
          </w:rPr>
          <w:t>[3]</w:t>
        </w:r>
      </w:hyperlink>
      <w:r>
        <w:t xml:space="preserve">, </w:t>
      </w:r>
      <w:hyperlink r:id="rId11">
        <w:r>
          <w:rPr>
            <w:color w:val="0000EE"/>
            <w:u w:val="single"/>
          </w:rPr>
          <w:t>[4]</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w:t>
      </w:r>
      <w:hyperlink r:id="rId11">
        <w:r>
          <w:rPr>
            <w:color w:val="0000EE"/>
            <w:u w:val="single"/>
          </w:rPr>
          <w:t>[4]</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https://hostelgeeks.com/best-party-hostels-in-thailand/</w:t>
        </w:r>
      </w:hyperlink>
      <w:r>
        <w:t xml:space="preserve"> - Please view link - unable to able to access data</w:t>
      </w:r>
      <w:r/>
    </w:p>
    <w:p>
      <w:pPr>
        <w:pStyle w:val="ListNumber"/>
        <w:spacing w:line="240" w:lineRule="auto"/>
        <w:ind w:left="720"/>
      </w:pPr>
      <w:r/>
      <w:hyperlink r:id="rId10">
        <w:r>
          <w:rPr>
            <w:color w:val="0000EE"/>
            <w:u w:val="single"/>
          </w:rPr>
          <w:t>https://www.revolutionhostel.com/pai</w:t>
        </w:r>
      </w:hyperlink>
      <w:r>
        <w:t xml:space="preserve"> - Revolution Hostel Pai offers a riverside location with hammocks and bonfire sessions, providing a vibrant social atmosphere. The hostel features clean and comfortable facilities, including dorms with ensuite bathrooms, private rooms, and bungalows. Guests can enjoy daily events and activities, making it an ideal choice for those seeking a lively party experience in Pai, Thailand.</w:t>
      </w:r>
      <w:r/>
    </w:p>
    <w:p>
      <w:pPr>
        <w:pStyle w:val="ListNumber"/>
        <w:spacing w:line="240" w:lineRule="auto"/>
        <w:ind w:left="720"/>
      </w:pPr>
      <w:r/>
      <w:hyperlink r:id="rId13">
        <w:r>
          <w:rPr>
            <w:color w:val="0000EE"/>
            <w:u w:val="single"/>
          </w:rPr>
          <w:t>https://revolution-hostels.com/</w:t>
        </w:r>
      </w:hyperlink>
      <w:r>
        <w:t xml:space="preserve"> - Revolution Hostels operates in Bangkok's Khaosan Road and Koh Tao Island, offering a community-focused environment for travelers. The hostels are known for legendary parties, nightly events, pub crawls, and pool parties. Accommodation options range from social dorms to private retreats, all designed for comfort and social interaction. The hostels also provide various experiences and events to enhance guests' stays.</w:t>
      </w:r>
      <w:r/>
    </w:p>
    <w:p>
      <w:pPr>
        <w:pStyle w:val="ListNumber"/>
        <w:spacing w:line="240" w:lineRule="auto"/>
        <w:ind w:left="720"/>
      </w:pPr>
      <w:r/>
      <w:hyperlink r:id="rId11">
        <w:r>
          <w:rPr>
            <w:color w:val="0000EE"/>
            <w:u w:val="single"/>
          </w:rPr>
          <w:t>https://go2-thailand.com/blog/best-party-hostels-thailand-2026-bangkok-islands-chiang-mai/</w:t>
        </w:r>
      </w:hyperlink>
      <w:r>
        <w:t xml:space="preserve"> - This article highlights the best party hostels in Thailand for 2026, including options in Bangkok, the islands, and Chiang Mai. It mentions Bodega Bangkok Soi 23, known for its large pub crawls and co-working area, and Mad Monkey Bangkok on Khao San Road, offering a rooftop bar and daily events. The article provides insights into the vibrant hostel scene catering to party enthusiasts.</w:t>
      </w:r>
      <w:r/>
    </w:p>
    <w:p>
      <w:pPr>
        <w:pStyle w:val="ListNumber"/>
        <w:spacing w:line="240" w:lineRule="auto"/>
        <w:ind w:left="720"/>
      </w:pPr>
      <w:r/>
      <w:hyperlink r:id="rId12">
        <w:r>
          <w:rPr>
            <w:color w:val="0000EE"/>
            <w:u w:val="single"/>
          </w:rPr>
          <w:t>https://partyhostels.org/Thailand</w:t>
        </w:r>
      </w:hyperlink>
      <w:r>
        <w:t xml:space="preserve"> - PartyHostels.org presents a curated list of the best party hostels in Thailand, emphasizing the country's vibrant nightlife and social hostel environments. The article features hostels like WET! by Wild &amp; Wandering in Koh Phangan, known for its pool parties and social atmosphere. It highlights the blend of cultural immersion and wild celebrations offered by these hostels.</w:t>
      </w:r>
      <w:r/>
    </w:p>
    <w:p>
      <w:pPr>
        <w:pStyle w:val="ListNumber"/>
        <w:spacing w:line="240" w:lineRule="auto"/>
        <w:ind w:left="720"/>
      </w:pPr>
      <w:r/>
      <w:hyperlink r:id="rId14">
        <w:r>
          <w:rPr>
            <w:color w:val="0000EE"/>
            <w:u w:val="single"/>
          </w:rPr>
          <w:t>https://touristbangkok.com/bangkok-hostels/</w:t>
        </w:r>
      </w:hyperlink>
      <w:r>
        <w:t xml:space="preserve"> - Tourist Bangkok provides a guide to the best party hostels in Bangkok, including Mad Monkey Hostel, Slumber Party, and Bodega. The article describes these hostels as social places attracting a younger crowd, offering activities like drinking games, pub crawls, pool parties, and group activities. It also notes that some hostels may have age limits and discusses potential downsides like noise and cleanliness issues.</w:t>
      </w:r>
      <w:r/>
    </w:p>
    <w:p>
      <w:pPr>
        <w:pStyle w:val="ListNumber"/>
        <w:spacing w:line="240" w:lineRule="auto"/>
        <w:ind w:left="720"/>
      </w:pPr>
      <w:r/>
      <w:hyperlink r:id="rId15">
        <w:r>
          <w:rPr>
            <w:color w:val="0000EE"/>
            <w:u w:val="single"/>
          </w:rPr>
          <w:t>https://www.khaosanroad.com/articles/best-party-hostels-khao-san-road-bangkok</w:t>
        </w:r>
      </w:hyperlink>
      <w:r>
        <w:t xml:space="preserve"> - This guide focuses on the best party hostels on Khao San Road, Bangkok, providing insights into hostels that offer vibrant social scenes, rooftop pools, and proximity to nightlife. It discusses the atmosphere, noise levels, and booking tips for travelers seeking an immersive party experience in the heart of Bangkok's backpacker district.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stelgeeks.com/best-party-hostels-in-thailand/" TargetMode="External"/><Relationship Id="rId10" Type="http://schemas.openxmlformats.org/officeDocument/2006/relationships/hyperlink" Target="https://www.revolutionhostel.com/pai" TargetMode="External"/><Relationship Id="rId11" Type="http://schemas.openxmlformats.org/officeDocument/2006/relationships/hyperlink" Target="https://go2-thailand.com/blog/best-party-hostels-thailand-2026-bangkok-islands-chiang-mai/" TargetMode="External"/><Relationship Id="rId12" Type="http://schemas.openxmlformats.org/officeDocument/2006/relationships/hyperlink" Target="https://partyhostels.org/Thailand" TargetMode="External"/><Relationship Id="rId13" Type="http://schemas.openxmlformats.org/officeDocument/2006/relationships/hyperlink" Target="https://revolution-hostels.com/" TargetMode="External"/><Relationship Id="rId14" Type="http://schemas.openxmlformats.org/officeDocument/2006/relationships/hyperlink" Target="https://touristbangkok.com/bangkok-hostels/" TargetMode="External"/><Relationship Id="rId15" Type="http://schemas.openxmlformats.org/officeDocument/2006/relationships/hyperlink" Target="https://www.khaosanroad.com/articles/best-party-hostels-khao-san-road-bangko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