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Pattaya transforms into a year-round events hub with major international festivals and marathons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Pattaya is shedding its old image as a quick beach break from Bangkok and becoming a destination where the calendar itself is part of the appeal. For travellers, that means the best time to go may now depend less on school holidays or the weather and more on what is happening in the city: running races, music festivals, fireworks, wellness events and large-scale gatherings that give a visit a clearer purpose. According to the Travel Authority of Thailand and local reports, Pattaya is increasingly being promoted as a year-round events city rather than a purely seasonal resort. </w:t>
      </w:r>
      <w:r/>
    </w:p>
    <w:p>
      <w:r/>
      <w:r>
        <w:t xml:space="preserve">One of the biggest draws this year is the Pattaya Marathon, due on 26 and 27 September 2026. The event is expected to bring tens of thousands of runners, supporters and family members to the city, and its appeal goes well beyond the finish line. The course mixes coastal scenery with an early-morning Gulf of Thailand setting, while the race village is designed to keep spectators fed, entertained and close to the action. For visitors, that makes it easier to combine sport with a proper seaside stay, rather than treating the marathon as a standalone event. </w:t>
      </w:r>
      <w:r/>
    </w:p>
    <w:p>
      <w:r/>
      <w:r>
        <w:t xml:space="preserve">That wider shift is not limited to one race. Pattaya now has a fuller events pipeline, with local reporting describing a 365-day programme of festivals and competitions that helps hotels fill up and supports restaurants, bars and small businesses around event periods. The city’s planning also appears to be improving, with attention on traffic management, safety and crowd handling, which matters to travellers as much as it does to organisers. For visitors, the practical result is a city that can feel lively for much of the year, rather than peaking only in a few holiday weeks. </w:t>
      </w:r>
      <w:r/>
    </w:p>
    <w:p>
      <w:r/>
      <w:r>
        <w:t xml:space="preserve">The event-led strategy is also bringing in bigger international names. Pattaya Mayor Poramet Ngampichet has pointed to the arrival of Tomorrowland Chonburi in December 2026 as a major opportunity for the local economy, while national reporting says the festival is expected to debut at Wisdom Valley from 11 to 13 December 2026. For travellers, that matters because it marks Pattaya out as a place where global entertainment is becoming a serious part of the draw, alongside the beach, nightlife and restaurants that have always underpinned its popularity. </w:t>
      </w:r>
      <w:r/>
    </w:p>
    <w:p>
      <w:r/>
      <w:r>
        <w:t xml:space="preserve">Recent travel-industry activity has reinforced that positioning. Thailand Travel Mart Plus 2026 was held in Pattaya in June, with the Tourism Authority of Thailand putting wellness, sustainability and the eastern seaboard at the centre of its message. For visitors, that suggests a city trying to broaden its appeal beyond late-night entertainment and package holidays. The result is a more flexible Pattaya: one where a traveller can watch a race, catch a concert, spend the afternoon on the beach, and still find enough dining, shopping and hotel choices to make the trip feel like a full break.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11">
        <w:r>
          <w:rPr>
            <w:color w:val="0000EE"/>
            <w:u w:val="single"/>
          </w:rPr>
          <w:t>[4]</w:t>
        </w:r>
      </w:hyperlink>
      <w:r>
        <w:t xml:space="preserve">, </w:t>
      </w:r>
      <w:hyperlink r:id="rId12">
        <w:r>
          <w:rPr>
            <w:color w:val="0000EE"/>
            <w:u w:val="single"/>
          </w:rPr>
          <w:t>[7]</w:t>
        </w:r>
      </w:hyperlink>
      <w:r>
        <w:t xml:space="preserve">- Paragraph 4: </w:t>
      </w:r>
      <w:hyperlink r:id="rId13">
        <w:r>
          <w:rPr>
            <w:color w:val="0000EE"/>
            <w:u w:val="single"/>
          </w:rPr>
          <w:t>[3]</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https://www.breakingtravelnews.com/news/article/a-new-side-of-pattaya-how-events-are-transforming-thailands-seaside-city/</w:t>
        </w:r>
      </w:hyperlink>
      <w:r>
        <w:t xml:space="preserve"> - Please view link - unable to able to access data</w:t>
      </w:r>
      <w:r/>
    </w:p>
    <w:p>
      <w:pPr>
        <w:pStyle w:val="ListNumber"/>
        <w:spacing w:line="240" w:lineRule="auto"/>
        <w:ind w:left="720"/>
      </w:pPr>
      <w:r/>
      <w:hyperlink r:id="rId10">
        <w:r>
          <w:rPr>
            <w:color w:val="0000EE"/>
            <w:u w:val="single"/>
          </w:rPr>
          <w:t>https://www.tatnews.org/2026/06/ttm-2026-opens-in-pattaya-advancing-sustainable-and-wellness-led-tourism/</w:t>
        </w:r>
      </w:hyperlink>
      <w:r>
        <w:t xml:space="preserve"> - The Tourism Authority of Thailand (TAT) hosted Thailand Travel Mart Plus (TTM+) 2026 from 10 to 12 June at the NICE Pattaya Convention and Exhibition Center in Chon Buri. The event, themed 'Amazing Thailand: Healing is the New Luxury', focused on quality tourism, wellness-led travel, and regional tourism development, with the Eastern region showcased for 'Travel with Care', Thai wellness, and coastal sustainability. The event aimed to connect Thai tourism businesses with international buyers, media, and partners, strengthening ASEAN connectivity and regional cooperation, and creating opportunities for business, innovation, and partnerships to bolster the tourism industry and benefit local communities.</w:t>
      </w:r>
      <w:r/>
    </w:p>
    <w:p>
      <w:pPr>
        <w:pStyle w:val="ListNumber"/>
        <w:spacing w:line="240" w:lineRule="auto"/>
        <w:ind w:left="720"/>
      </w:pPr>
      <w:r/>
      <w:hyperlink r:id="rId13">
        <w:r>
          <w:rPr>
            <w:color w:val="0000EE"/>
            <w:u w:val="single"/>
          </w:rPr>
          <w:t>https://www.pattayamail.com/latestnews/news/pattaya-mayor-hails-tomorrowland-chonburi-as-major-economic-opportunity-547874</w:t>
        </w:r>
      </w:hyperlink>
      <w:r>
        <w:t xml:space="preserve"> - Pattaya Mayor Poramet Ngampichet praised the upcoming Tomorrowland Chonburi music festival, scheduled for December 10–13, 2026, at Wisdom Valley. He highlighted the event as a significant economic opportunity for local residents and businesses, noting that it would attract visitors from over 190 nationalities. The mayor emphasized that Tomorrowland represents more than just entertainment, serving as a powerful driver for tourism, investment, and local economic growth, and contributing to Pattaya's transformation into an international centre for major concerts, festivals, sporting events, and entertainment tourism.</w:t>
      </w:r>
      <w:r/>
    </w:p>
    <w:p>
      <w:pPr>
        <w:pStyle w:val="ListNumber"/>
        <w:spacing w:line="240" w:lineRule="auto"/>
        <w:ind w:left="720"/>
      </w:pPr>
      <w:r/>
      <w:hyperlink r:id="rId11">
        <w:r>
          <w:rPr>
            <w:color w:val="0000EE"/>
            <w:u w:val="single"/>
          </w:rPr>
          <w:t>https://www.nationthailand.com/news/tourism/40067515</w:t>
        </w:r>
      </w:hyperlink>
      <w:r>
        <w:t xml:space="preserve"> - Pattaya is implementing a 365-day calendar of events to establish itself as a 'World-Class Event City' and move beyond seasonal tourism. The city hosts over 50 medium-to-large scale events annually, including sports, music, and cultural festivals, to attract visitors throughout the year. This event-driven strategy significantly boosts the local economy, pushing hotel occupancy to 80-95% during event periods and distributing income to local businesses. The city's success is supported by its readiness in infrastructure, public safety, and traffic management, enabling it to handle large crowds efficiently.</w:t>
      </w:r>
      <w:r/>
    </w:p>
    <w:p>
      <w:pPr>
        <w:pStyle w:val="ListNumber"/>
        <w:spacing w:line="240" w:lineRule="auto"/>
        <w:ind w:left="720"/>
      </w:pPr>
      <w:r/>
      <w:hyperlink r:id="rId14">
        <w:r>
          <w:rPr>
            <w:color w:val="0000EE"/>
            <w:u w:val="single"/>
          </w:rPr>
          <w:t>https://www.nationthailand.com/news/tourism/40063041</w:t>
        </w:r>
      </w:hyperlink>
      <w:r>
        <w:t xml:space="preserve"> - Tomorrowland Thailand, the iconic electronic music festival, will debut in Pattaya this December. The event, organized by TAT, WE Are One World, and the Belgian Embassy, is expected to generate significant economic value, with over 5.5 billion THB projected in its first year alone, and 30 billion THB over the next five years. The event will take place December 11-13, 2026 at Wisdom Valley, in Chonburi, bringing an exciting new international festival experience to Thailand. The event will feature six major stages, including the legendary Mainstage, and exclusive first-time showcases in Asia, including the CORE and Freedom stages.</w:t>
      </w:r>
      <w:r/>
    </w:p>
    <w:p>
      <w:pPr>
        <w:pStyle w:val="ListNumber"/>
        <w:spacing w:line="240" w:lineRule="auto"/>
        <w:ind w:left="720"/>
      </w:pPr>
      <w:r/>
      <w:hyperlink r:id="rId15">
        <w:r>
          <w:rPr>
            <w:color w:val="0000EE"/>
            <w:u w:val="single"/>
          </w:rPr>
          <w:t>https://www.asialifestylemagazine.com/ttm-2026-pattaya-sustainable-wellness-tourism/</w:t>
        </w:r>
      </w:hyperlink>
      <w:r>
        <w:t xml:space="preserve"> - TTM+ 2026, running 10 to 12 June 2026 in Pattaya, arrives at a moment when Thailand's tourism apparatus appears ready to move beyond volume metrics and into value positioning. The buyer-seller marketplace format is nothing new. What feels different here is the framing: wellness tourism and sustainable tourism placed at the centre of the conversation, not tucked into a side panel. This is a trade show built for deal making. Global buyers, Thai sellers, and media converging over three days to negotiate routes, source products, and build the partnerships that determine what ends up in next year's brochures.</w:t>
      </w:r>
      <w:r/>
    </w:p>
    <w:p>
      <w:pPr>
        <w:pStyle w:val="ListNumber"/>
        <w:spacing w:line="240" w:lineRule="auto"/>
        <w:ind w:left="720"/>
      </w:pPr>
      <w:r/>
      <w:hyperlink r:id="rId12">
        <w:r>
          <w:rPr>
            <w:color w:val="0000EE"/>
            <w:u w:val="single"/>
          </w:rPr>
          <w:t>https://www.ttrweekly.com/site/2026/03/tat-confirms-ttm-venue-in-pattaya/</w:t>
        </w:r>
      </w:hyperlink>
      <w:r>
        <w:t xml:space="preserve"> - The Tourism Authority of Thailand (TAT) confirms Thailand Travel Mart Plus (TTM+) 2026 will take place from 10 to 12 June 2026 at the NICE Pattaya Convention and Exhibition Centre, spotlighting tourism attractions in Chon Buri province’s eastern seaboard and across Thailand. The event reinforces Thailand’s position as a leading destination for international business events and tourism investment, while underscoring TAT’s continued focus on traveller confidence, safety, and well-being. TAT Governor, Thapanee Kiatphaibool, said: 'Hosting this year’s edition in Chon Buri allows us to present a wide range of tourism products and business opportunities under our 'New Thailand' strategic direction and the 'Healing is the New Luxury' campaign. We aim to strengthen international partnerships and drive sustainable growth across the tourism sector.'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eakingtravelnews.com/news/article/a-new-side-of-pattaya-how-events-are-transforming-thailands-seaside-city/" TargetMode="External"/><Relationship Id="rId10" Type="http://schemas.openxmlformats.org/officeDocument/2006/relationships/hyperlink" Target="https://www.tatnews.org/2026/06/ttm-2026-opens-in-pattaya-advancing-sustainable-and-wellness-led-tourism/" TargetMode="External"/><Relationship Id="rId11" Type="http://schemas.openxmlformats.org/officeDocument/2006/relationships/hyperlink" Target="https://www.nationthailand.com/news/tourism/40067515" TargetMode="External"/><Relationship Id="rId12" Type="http://schemas.openxmlformats.org/officeDocument/2006/relationships/hyperlink" Target="https://www.ttrweekly.com/site/2026/03/tat-confirms-ttm-venue-in-pattaya/" TargetMode="External"/><Relationship Id="rId13" Type="http://schemas.openxmlformats.org/officeDocument/2006/relationships/hyperlink" Target="https://www.pattayamail.com/latestnews/news/pattaya-mayor-hails-tomorrowland-chonburi-as-major-economic-opportunity-547874" TargetMode="External"/><Relationship Id="rId14" Type="http://schemas.openxmlformats.org/officeDocument/2006/relationships/hyperlink" Target="https://www.nationthailand.com/news/tourism/40063041" TargetMode="External"/><Relationship Id="rId15" Type="http://schemas.openxmlformats.org/officeDocument/2006/relationships/hyperlink" Target="https://www.asialifestylemagazine.com/ttm-2026-pattaya-sustainable-wellness-tourism/"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