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Bangkok’s August events take a playful and offbeat turn with the 10th anniversary of BICT Fest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Bangkok’s late-August calendar has settled into an appealingly odd rhythm: theatre that invites audiences to play, a travel fair large enough to plan a whole year around, an expo for exotic pets, a compact regional book market and a floating night out with comedy and DJs. For travellers already in the city, it is a useful reminder that the capital’s weekend appeal is not limited to malls and temples; some of the most interesting outings are temporary, cheap and easy to reach.</w:t>
      </w:r>
      <w:r/>
    </w:p>
    <w:p>
      <w:r/>
      <w:r>
        <w:t>The pick of the lot is BICT Fest 2026, the Bangkok International Children’s Theatre Festival, which marks its 10th anniversary with 11 performances from artists in nine countries. According to the festival’s organisers, this year’s theme is "Play Attention: Look Who’s Growing Up!", with programming spread across One Bangkok, Goethe-Institut Thailand and the Sodsai Pantoomkomol Centre for Dramatic Arts. It is pitched at children, but much of the line-up is just as likely to appeal to adults who enjoy movement, circus and non-verbal theatre. For visitors, the most practical draw is the range: there are free installations and reserved-seat performances, so it is possible to sample the festival without committing to a full evening.</w:t>
      </w:r>
      <w:r/>
    </w:p>
    <w:p>
      <w:r/>
      <w:r>
        <w:t>If your aim is to sort out the next escape from Bangkok rather than watch a show, Thai Teaw Thai remains one of the city’s most efficient browsing grounds. The fair is packed into two halls at Queen Sirikit National Convention Centre, with more than 800 booths covering hotels, resorts, airlines, tour operators, cruises, spas and attractions. That makes it a good place to compare package prices in one sitting, especially for journeys later in the year when cooler weather makes domestic travel more tempting. The venue is directly linked to MRT Queen Sirikit National Convention Centre, which helps if you are carrying brochures, shopping bags or just the exhaustion of decision-making.</w:t>
      </w:r>
      <w:r/>
    </w:p>
    <w:p>
      <w:r/>
      <w:r>
        <w:t>Further east, Zoo Zoo School Tour at Seacon Square offers a more eccentric diversion. The event brings together snakes, tortoises, hedgehogs, lizards and other unusual pets, but it is not only for novelty value: the programme includes talks, animal health checks and hands-on workshops. For families, the appeal lies in the mix of education and spectacle, while the competitions - including contests for the longest snake and heaviest hedgehog - make it clear that the organisers are leaning into the weirdness. Health checks are limited, so visitors hoping to use that service would need to get there early.</w:t>
      </w:r>
      <w:r/>
    </w:p>
    <w:p>
      <w:r/>
      <w:r>
        <w:t>For something quieter, SEA Junction’s Mini Book and Craft Fair at the Bangkok Art and Culture Centre is the most low-key stop on the list, and perhaps the easiest to combine with a Siam area day out. The fair focuses on Southeast Asian books in several languages, alongside handmade crafts such as batik bags, recycled-paper puppets and shadow puppets. It is smaller than Bangkok’s big book fairs, but that is part of the attraction: browsing is simple, the selection feels more curated and the setting is close enough to the BTS that it works as an impromptu detour rather than a planned expedition. On the same weekend, Bladefest shifts the mood again, turning Bangkok Island into a late-night floating venue for comedy, beatboxing, live music and DJs. The draw there is less about polish than personality, which suits a city that seems happiest when it is slightly offbeat.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https://thethaiger.com/guides/best-of/things-to-do/things-to-do-bangkok-august-21-to-23</w:t>
        </w:r>
      </w:hyperlink>
      <w:r>
        <w:t xml:space="preserve"> - Please view link - unable to able to access data</w:t>
      </w:r>
      <w:r/>
    </w:p>
    <w:p>
      <w:pPr>
        <w:pStyle w:val="ListNumber"/>
        <w:spacing w:line="240" w:lineRule="auto"/>
        <w:ind w:left="720"/>
      </w:pPr>
      <w:r/>
      <w:hyperlink r:id="rId10">
        <w:r>
          <w:rPr>
            <w:color w:val="0000EE"/>
            <w:u w:val="single"/>
          </w:rPr>
          <w:t>https://www.bictfest.com/2026/</w:t>
        </w:r>
      </w:hyperlink>
      <w:r>
        <w:t xml:space="preserve"> - The Bangkok International Children’s Theatre Festival (BICT Fest) 2026 is scheduled from August 21 to 30, marking its 10th anniversary. The festival invites audiences of all ages to engage in the theme 'Play Attention: Look Who’s Growing Up!', offering a variety of performances, workshops, and activities. The event will be held at One Bangkok, Goethe-Institut Thailand, and the Sodsai Pantoomkomol Centre for Dramatic Arts at Chulalongkorn University. The programme includes 11 performances by artists from nine countries, aiming to make performing arts more accessible to everyone.</w:t>
      </w:r>
      <w:r/>
    </w:p>
    <w:p>
      <w:pPr>
        <w:pStyle w:val="ListNumber"/>
        <w:spacing w:line="240" w:lineRule="auto"/>
        <w:ind w:left="720"/>
      </w:pPr>
      <w:r/>
      <w:hyperlink r:id="rId11">
        <w:r>
          <w:rPr>
            <w:color w:val="0000EE"/>
            <w:u w:val="single"/>
          </w:rPr>
          <w:t>https://www.onebangkok.com/en/whats-happening/bict-fest-2026/</w:t>
        </w:r>
      </w:hyperlink>
      <w:r>
        <w:t xml:space="preserve"> - One Bangkok is hosting the 5th Bangkok International Children’s Theatre Festival (BICT Fest) from August 21 to 30, 2026. The festival celebrates its 10th anniversary with the theme 'Play Attention: Look Who’s Growing Up!', featuring 11 performances by artists from nine countries. The event aims to provide a space for children and adults to experience the power of play through theatre, circus, dance, and interactive performances. The festival will take place at One Bangkok, Goethe-Institut Thailand, and the Sodsai Pantoomkomol Centre for Dramatic Arts.</w:t>
      </w:r>
      <w:r/>
    </w:p>
    <w:p>
      <w:pPr>
        <w:pStyle w:val="ListNumber"/>
        <w:spacing w:line="240" w:lineRule="auto"/>
        <w:ind w:left="720"/>
      </w:pPr>
      <w:r/>
      <w:hyperlink r:id="rId12">
        <w:r>
          <w:rPr>
            <w:color w:val="0000EE"/>
            <w:u w:val="single"/>
          </w:rPr>
          <w:t>https://www.timeout.com/bangkok/news/bict-fest-2026-071326</w:t>
        </w:r>
      </w:hyperlink>
      <w:r>
        <w:t xml:space="preserve"> - The Bangkok International Children’s Theatre Festival (BICT Fest) returns for its 10th edition from August 21 to 30, 2026. The festival invites audiences of all ages to engage in the theme 'Play Attention: Look Who’s Growing Up!', offering a variety of performances, workshops, and activities. The event will be held at One Bangkok, Goethe-Institut Thailand, and the Sodsai Pantoomkomol Centre for Dramatic Arts at Chulalongkorn University. The programme includes 11 performances by artists from nine countries, aiming to make performing arts more accessible to everyone.</w:t>
      </w:r>
      <w:r/>
    </w:p>
    <w:p>
      <w:pPr>
        <w:pStyle w:val="ListNumber"/>
        <w:spacing w:line="240" w:lineRule="auto"/>
        <w:ind w:left="720"/>
      </w:pPr>
      <w:r/>
      <w:hyperlink r:id="rId13">
        <w:r>
          <w:rPr>
            <w:color w:val="0000EE"/>
            <w:u w:val="single"/>
          </w:rPr>
          <w:t>https://www.nationthailand.com/pr-news/pr-news/40068433</w:t>
        </w:r>
      </w:hyperlink>
      <w:r>
        <w:t xml:space="preserve"> - The Bangkok International Children’s Theatre Festival (BICT Fest) 2026 is scheduled from August 21 to 30, marking its 10th anniversary. The festival invites audiences of all ages to engage in the theme 'Play Attention: Look Who’s Growing Up!', offering a variety of performances, workshops, and activities. The event will be held at One Bangkok, Goethe-Institut Thailand, and the Sodsai Pantoomkomol Centre for Dramatic Arts at Chulalongkorn University. The programme includes 11 performances by artists from nine countries, aiming to make performing arts more accessible to everyone.</w:t>
      </w:r>
      <w:r/>
    </w:p>
    <w:p>
      <w:pPr>
        <w:pStyle w:val="ListNumber"/>
        <w:spacing w:line="240" w:lineRule="auto"/>
        <w:ind w:left="720"/>
      </w:pPr>
      <w:r/>
      <w:hyperlink r:id="rId14">
        <w:r>
          <w:rPr>
            <w:color w:val="0000EE"/>
            <w:u w:val="single"/>
          </w:rPr>
          <w:t>https://www.onebangkok.com/en/press-media/bict-fest-2026/</w:t>
        </w:r>
      </w:hyperlink>
      <w:r>
        <w:t xml:space="preserve"> - One Bangkok is hosting the 5th Bangkok International Children’s Theatre Festival (BICT Fest) from August 21 to 30, 2026. The festival celebrates its 10th anniversary with the theme 'Play Attention: Look Who’s Growing Up!', featuring 11 performances by artists from nine countries. The event aims to provide a space for children and adults to experience the power of play through theatre, circus, dance, and interactive performances. The festival will take place at One Bangkok, Goethe-Institut Thailand, and the Sodsai Pantoomkomol Centre for Dramatic Arts.</w:t>
      </w:r>
      <w:r/>
    </w:p>
    <w:p>
      <w:pPr>
        <w:pStyle w:val="ListNumber"/>
        <w:spacing w:line="240" w:lineRule="auto"/>
        <w:ind w:left="720"/>
      </w:pPr>
      <w:r/>
      <w:hyperlink r:id="rId15">
        <w:r>
          <w:rPr>
            <w:color w:val="0000EE"/>
            <w:u w:val="single"/>
          </w:rPr>
          <w:t>https://freeinbangkok.com/events/free-events/international-childrens-theatre-bict-fest-2026/</w:t>
        </w:r>
      </w:hyperlink>
      <w:r>
        <w:t xml:space="preserve"> - The Bangkok International Children’s Theatre Festival (BICT Fest) 2026 is scheduled from August 21 to 30, marking its 10th anniversary. The festival invites audiences of all ages to engage in the theme 'Play Attention: Look Who’s Growing Up!', offering a variety of performances, workshops, and activities. The event will be held at One Bangkok, Goethe-Institut Thailand, and the Sodsai Pantoomkomol Centre for Dramatic Arts at Chulalongkorn University. The programme includes 11 performances by artists from nine countries, aiming to make performing arts more accessible to everyone.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guides/best-of/things-to-do/things-to-do-bangkok-august-21-to-23" TargetMode="External"/><Relationship Id="rId10" Type="http://schemas.openxmlformats.org/officeDocument/2006/relationships/hyperlink" Target="https://www.bictfest.com/2026/" TargetMode="External"/><Relationship Id="rId11" Type="http://schemas.openxmlformats.org/officeDocument/2006/relationships/hyperlink" Target="https://www.onebangkok.com/en/whats-happening/bict-fest-2026/" TargetMode="External"/><Relationship Id="rId12" Type="http://schemas.openxmlformats.org/officeDocument/2006/relationships/hyperlink" Target="https://www.timeout.com/bangkok/news/bict-fest-2026-071326" TargetMode="External"/><Relationship Id="rId13" Type="http://schemas.openxmlformats.org/officeDocument/2006/relationships/hyperlink" Target="https://www.nationthailand.com/pr-news/pr-news/40068433" TargetMode="External"/><Relationship Id="rId14" Type="http://schemas.openxmlformats.org/officeDocument/2006/relationships/hyperlink" Target="https://www.onebangkok.com/en/press-media/bict-fest-2026/" TargetMode="External"/><Relationship Id="rId15" Type="http://schemas.openxmlformats.org/officeDocument/2006/relationships/hyperlink" Target="https://freeinbangkok.com/events/free-events/international-childrens-theatre-bict-fest-2026/"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