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unique wedding spots: underwater ceremonies in Trang and island vows on Koh Chang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is full of wedding settings that go beyond the familiar resort beach, and two places stand out for couples who want something more memorable than a standard island ceremony. Trang, in the south-west, offers one of the most unusual wedding experiences in the country, while Koh Chang delivers a greener, more laid-back island backdrop for couples who want sea views without the better-known crowds.</w:t>
      </w:r>
      <w:r/>
    </w:p>
    <w:p>
      <w:r/>
      <w:r>
        <w:t>Trang is best known for its annual underwater wedding ceremony, a spectacle that has drawn international attention since the mid-1990s and is linked to Guinness World Records as the world’s largest underwater wedding. Couples can register their marriage beneath the Andaman Sea, around eight metres down near islands such as Ko Mook or Ko Kradan, usually in February around Valentine’s Day. For travellers, the appeal is not just the ceremony itself but the setting: clear water, coral reefs, limestone cliffs and a coastline that still feels much quieter than nearby Phuket and Krabi. The Trang Love Festival 2026 took place from 13 to 15 February, but the exact dates can change from year to year, so anyone planning a trip around it should check closer to departure.</w:t>
      </w:r>
      <w:r/>
    </w:p>
    <w:p>
      <w:r/>
      <w:r>
        <w:t>Beyond the headline event, Trang has practical advantages for visitors who want a more relaxed Thai beach holiday. The province’s 46 islands provide options for secluded stays, and the mainland is known for lively local food and fishing communities rather than polished resort strip. That makes it a strong choice for couples who want a wedding trip with a sense of place, not just a photo opportunity. According to Tourism Authority of Thailand material, the event also carries a conservation message, with coral reef protection part of its wider identity.</w:t>
      </w:r>
      <w:r/>
    </w:p>
    <w:p>
      <w:r/>
      <w:r>
        <w:t>Koh Chang, by contrast, suits couples who want a tropical island wedding with a wilder edge. Thailand’s second-largest island is wrapped in rainforest-covered hills and ringed by beaches, giving it a more untamed feel than the country’s busier wedding hotspots. It is a good fit for travellers who want a ceremony that feels private and natural, with options ranging from barefoot beach vows to yacht weddings, garden settings or traditional Thai blessings.</w:t>
      </w:r>
      <w:r/>
    </w:p>
    <w:p>
      <w:r/>
      <w:r>
        <w:t>For visitors, Koh Chang’s appeal lies in the combination of scenery and ease. Resort planners can arrange the essentials, including flowers, photography, food and accommodation, which is useful for destination weddings where guests may be travelling from abroad. The island is also part of a marine national park, so there is plenty to do before and after the ceremony, from waterfall walks to quiet beach time. In a country famous for destination weddings, Trang and Koh Chang offer two very different answers to the same question: do you want romance with a crowd, or romance with a sense of discovery?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[7]</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[5]</w:t>
        </w:r>
      </w:hyperlink>
      <w:r>
        <w:t xml:space="preserve">, </w:t>
      </w:r>
      <w:hyperlink r:id="rId15">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[3]</w:t>
        </w:r>
      </w:hyperlink>
      <w:r>
        <w:t xml:space="preserve">, </w:t>
      </w:r>
      <w:hyperlink r:id="rId13">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https://www.greatdestinationweddings.com.au/thailands-unique-wedding-locations/?utm_source=rss&amp;utm_medium=rss&amp;utm_campaign=thailands-unique-wedding-locations</w:t>
        </w:r>
      </w:hyperlink>
      <w:r>
        <w:t xml:space="preserve"> - Please view link - unable to able to access data</w:t>
      </w:r>
      <w:r/>
    </w:p>
    <w:p>
      <w:pPr>
        <w:pStyle w:val="ListNumber"/>
        <w:spacing w:line="240" w:lineRule="auto"/>
        <w:ind w:left="720"/>
      </w:pPr>
      <w:r/>
      <w:hyperlink r:id="rId10">
        <w:r>
          <w:rPr>
            <w:color w:val="0000EE"/>
            <w:u w:val="single"/>
          </w:rPr>
          <w:t>https://amazingthailand.com.au/underwater-wedding-ceremony-in-trang/</w:t>
        </w:r>
      </w:hyperlink>
      <w:r>
        <w:t xml:space="preserve"> - This article details the annual underwater wedding ceremony in Trang, Thailand, where couples exchange vows beneath the Andaman Sea. Initiated in 1996, the event has gained international attention, with participants descending 8 metres underwater near Emerald Cave at Ko Mook or Ko Kradan. The ceremony is celebrated with street parades, parties, and media events, offering a unique and memorable experience for couples seeking an unconventional wedding. The event also promotes coral reef conservation in the region.</w:t>
      </w:r>
      <w:r/>
    </w:p>
    <w:p>
      <w:pPr>
        <w:pStyle w:val="ListNumber"/>
        <w:spacing w:line="240" w:lineRule="auto"/>
        <w:ind w:left="720"/>
      </w:pPr>
      <w:r/>
      <w:hyperlink r:id="rId11">
        <w:r>
          <w:rPr>
            <w:color w:val="0000EE"/>
            <w:u w:val="single"/>
          </w:rPr>
          <w:t>https://amazingthailand.com/underwater-wedding-ceremony-trang-thailand</w:t>
        </w:r>
      </w:hyperlink>
      <w:r>
        <w:t xml:space="preserve"> - This article provides an overview of the Underwater Wedding Ceremony in Trang, Thailand, a unique event where couples exchange vows beneath the Andaman Sea. Held annually around Valentine's Day, the ceremony takes place near islands like Koh Kradan and Koh Mook, known for their stunning beaches and clear waters. The event has become a significant cultural attraction, reflecting the region's rich heritage and commitment to innovative tourism. Practical information for tourists, including best times to visit and accommodation options, is also provided.</w:t>
      </w:r>
      <w:r/>
    </w:p>
    <w:p>
      <w:pPr>
        <w:pStyle w:val="ListNumber"/>
        <w:spacing w:line="240" w:lineRule="auto"/>
        <w:ind w:left="720"/>
      </w:pPr>
      <w:r/>
      <w:hyperlink r:id="rId12">
        <w:r>
          <w:rPr>
            <w:color w:val="0000EE"/>
            <w:u w:val="single"/>
          </w:rPr>
          <w:t>https://www.discoverythailand.com/events-trang-underwater-wedding-ceremony-2025</w:t>
        </w:r>
      </w:hyperlink>
      <w:r>
        <w:t xml:space="preserve"> - This page announces the Trang Underwater Wedding Ceremony 2025, scheduled from February 13 to 15 on Koh Kradan, Trang Province. The event offers couples a once-in-a-lifetime experience to register their marriage underwater or on a stunning beach. Recognized by Guinness World Records, the ceremony includes special discounts, free participation for selected couples, and a Wedding Fair for all wedding needs. The festival is open to all couples, including LGBTQ+ and families, and attracts diving enthusiasts worldwide.</w:t>
      </w:r>
      <w:r/>
    </w:p>
    <w:p>
      <w:pPr>
        <w:pStyle w:val="ListNumber"/>
        <w:spacing w:line="240" w:lineRule="auto"/>
        <w:ind w:left="720"/>
      </w:pPr>
      <w:r/>
      <w:hyperlink r:id="rId13">
        <w:r>
          <w:rPr>
            <w:color w:val="0000EE"/>
            <w:u w:val="single"/>
          </w:rPr>
          <w:t>https://www.discoverythailand.com/trang-underwater-wedding</w:t>
        </w:r>
      </w:hyperlink>
      <w:r>
        <w:t xml:space="preserve"> - This article describes the Trang Underwater Wedding, an annual event in southern Thailand where couples exchange vows underwater. Organized by the Trang Chamber of Commerce, the ceremony has been held since 2000 and is recognized by Guinness World Records as the largest underwater wedding ceremony. The event includes a parade through Trang city and a speedboat procession to the wedding location. The ceremony is open to people of all races, creeds, and sexualities, and couples can renew their vows during the event.</w:t>
      </w:r>
      <w:r/>
    </w:p>
    <w:p>
      <w:pPr>
        <w:pStyle w:val="ListNumber"/>
        <w:spacing w:line="240" w:lineRule="auto"/>
        <w:ind w:left="720"/>
      </w:pPr>
      <w:r/>
      <w:hyperlink r:id="rId15">
        <w:r>
          <w:rPr>
            <w:color w:val="0000EE"/>
            <w:u w:val="single"/>
          </w:rPr>
          <w:t>https://thairanked.com/en/blogs/trang-underwater-wedding-valentines-event/</w:t>
        </w:r>
      </w:hyperlink>
      <w:r>
        <w:t xml:space="preserve"> - This article highlights the Trang Underwater Wedding, a unique Valentine's Day event in southern Thailand where couples exchange vows beneath the Andaman Sea. Held annually in February, the ceremony attracts couples from around the world who are seeking an unconventional wedding experience. The event has gained international attention and is considered one of Thailand's most unique celebrations, offering a romantic and adventurous way to celebrate love.</w:t>
      </w:r>
      <w:r/>
    </w:p>
    <w:p>
      <w:pPr>
        <w:pStyle w:val="ListNumber"/>
        <w:spacing w:line="240" w:lineRule="auto"/>
        <w:ind w:left="720"/>
      </w:pPr>
      <w:r/>
      <w:hyperlink r:id="rId14">
        <w:r>
          <w:rPr>
            <w:color w:val="0000EE"/>
            <w:u w:val="single"/>
          </w:rPr>
          <w:t>https://www.tatnews.org/2018/12/trang-underwater-wedding-ceremony-celebrates-23-years-of-marital-bliss/</w:t>
        </w:r>
      </w:hyperlink>
      <w:r>
        <w:t xml:space="preserve"> - This article celebrates the 23rd consecutive year of the Trang Underwater Wedding Ceremony, an event held annually in February in southern Thailand. The ceremony has become a significant international event, attracting couples from around the world. Organized by the Tourism Authority of Thailand (TAT) and the Trang Chamber of Commerce, the event aims to promote Trang's natural beauty and coral reef conservation. The ceremony has been recognized by Guinness World Records and has gained media attention for its unique and romantic setting.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reatdestinationweddings.com.au/thailands-unique-wedding-locations/?utm_source=rss&amp;utm_medium=rss&amp;utm_campaign=thailands-unique-wedding-locations" TargetMode="External"/><Relationship Id="rId10" Type="http://schemas.openxmlformats.org/officeDocument/2006/relationships/hyperlink" Target="https://amazingthailand.com.au/underwater-wedding-ceremony-in-trang/" TargetMode="External"/><Relationship Id="rId11" Type="http://schemas.openxmlformats.org/officeDocument/2006/relationships/hyperlink" Target="https://amazingthailand.com/underwater-wedding-ceremony-trang-thailand" TargetMode="External"/><Relationship Id="rId12" Type="http://schemas.openxmlformats.org/officeDocument/2006/relationships/hyperlink" Target="https://www.discoverythailand.com/events-trang-underwater-wedding-ceremony-2025" TargetMode="External"/><Relationship Id="rId13" Type="http://schemas.openxmlformats.org/officeDocument/2006/relationships/hyperlink" Target="https://www.discoverythailand.com/trang-underwater-wedding" TargetMode="External"/><Relationship Id="rId14" Type="http://schemas.openxmlformats.org/officeDocument/2006/relationships/hyperlink" Target="https://www.tatnews.org/2018/12/trang-underwater-wedding-ceremony-celebrates-23-years-of-marital-bliss/" TargetMode="External"/><Relationship Id="rId15" Type="http://schemas.openxmlformats.org/officeDocument/2006/relationships/hyperlink" Target="https://thairanked.com/en/blogs/trang-underwater-wedding-valentines-event/"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