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2027 music festival calendar offers new firm dates and diverse experiences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based in Thailand, or visitors with enough flexibility to build a trip around a festival, the strongest options this season are the ones with firm dates, clear venues and a setting that adds more than just a stage. The best all-round pick is Gaia Beats, which returns to Sense Hot Spring Wellness &amp; Spa in Mae On, Chiang Mai, from 22 to 24 January 2027, offering a mix of music, bathing, workshops and nature in one compact site.</w:t>
      </w:r>
      <w:r/>
    </w:p>
    <w:p>
      <w:r/>
      <w:r>
        <w:t>What makes Gaia Beats stand out is its range. According to the festival’s own details, the line-up spans house, techno, drum and bass, dub, bass music, psychedelic sounds, Thai regional fusion and live world music, alongside spoken word, improvised performance, live bands and communal drumming. That breadth gives it appeal for solo travellers and small groups who want a sociable weekend without needing to move between far-flung venues.</w:t>
      </w:r>
      <w:r/>
    </w:p>
    <w:p>
      <w:r/>
      <w:r>
        <w:t>The New Year option with the clearest planning value is Imagine Festival, which takes over Lanna Resort in Hang Dong, Chiang Mai, from 30 December 2026 to 1 January 2027. The event is built around music, visual art and collaborative workshops, so it is better suited to travellers who want to do something creative over the holiday rather than simply count down to midnight and leave.</w:t>
      </w:r>
      <w:r/>
    </w:p>
    <w:p>
      <w:r/>
      <w:r>
        <w:t>For a broader cultural outing, Wonderfruit remains the most ambitious choice. The five-day festival at The Fields at Siam Country Club in Chonburi runs from 3 to 7 December 2026 and combines music with food, art, talks, performance, wellness and nature-based activities. Its scale is the appeal, but that also means higher costs for accommodation, meals and transport, especially if you are not staying nearby.</w:t>
      </w:r>
      <w:r/>
    </w:p>
    <w:p>
      <w:r/>
      <w:r>
        <w:t>If island travel is part of the fun, Halfmoon Festival on Koh Phangan offers a different experience. The organiser says the event begins with an afternoon and evening at Harmony Beach Club before moving into a forest night that runs towards sunrise, with music ranging from progressive trance and psytrance to tech house, melodic house, melodic techno, hip-hop, R&amp;B and commercial sounds. The trade-off is that travellers need to be more precise about ferries, local transfers and the exact two-day date they choose.</w:t>
      </w:r>
      <w:r/>
    </w:p>
    <w:p>
      <w:r/>
      <w:r>
        <w:t>The other names worth watching are more uncertain. E-SAN Music Festival Thailand, which has a strong northeastern identity and a camping format in the Ubolratana Dam area of Khon Kaen, last ran from 30 January to 1 February 2026, but no new edition has been confirmed. Big Mountain Music Festival, the Thai pop and rock fixture in the Khao Yai area, has no dependable 2026 or 2027 announcement either, despite its latest documented outing having taken place on 6 and 7 December 2025.</w:t>
      </w:r>
      <w:r/>
    </w:p>
    <w:p>
      <w:r/>
      <w:r>
        <w:t>UnKonscious Festival also remains a watchlist item rather than a booking candidate. The beachside trance event in Na Jomtien is attractive to committed genre fans, but without a confirmed next edition it is not yet a sensible basis for non-refundable travel plans. For all three of these festivals, the safest approach is to wait for a dated organiser announcement before committing to rooms, rides or ferries.</w:t>
      </w:r>
      <w:r/>
    </w:p>
    <w:p>
      <w:r/>
      <w:r>
        <w:t>For practical trip-planning, the main difference between these events is friction. Mae On and Hang Dong require road transfers from Chiang Mai, Koh Phangan adds a ferry leg, Khao Yai is easiest with private transport, and Na Jomtien still needs local movement even though it is closer to Bangkok. If you are choosing now, Gaia Beats and Imagine are the easiest to anchor into a calendar, Wonderfruit suits travellers who want the widest cultural spread, and Halfmoon is the best fit for people who already like island logistics and nightlife-led electronic music.</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Paragraph 4: </w:t>
      </w:r>
      <w:hyperlink r:id="rId12">
        <w:r>
          <w:rPr>
            <w:color w:val="0000EE"/>
            <w:u w:val="single"/>
          </w:rPr>
          <w:t>[4]</w:t>
        </w:r>
      </w:hyperlink>
      <w:r>
        <w:t xml:space="preserve">- Paragraph 5: </w:t>
      </w:r>
      <w:hyperlink r:id="rId13">
        <w:r>
          <w:rPr>
            <w:color w:val="0000EE"/>
            <w:u w:val="single"/>
          </w:rPr>
          <w:t>[5]</w:t>
        </w:r>
      </w:hyperlink>
      <w:r>
        <w:t xml:space="preserve">- Paragraph 6: </w:t>
      </w:r>
      <w:hyperlink r:id="rId14">
        <w:r>
          <w:rPr>
            <w:color w:val="0000EE"/>
            <w:u w:val="single"/>
          </w:rPr>
          <w:t>[6]</w:t>
        </w:r>
      </w:hyperlink>
      <w:r>
        <w:t xml:space="preserve">, </w:t>
      </w:r>
      <w:hyperlink r:id="rId15">
        <w:r>
          <w:rPr>
            <w:color w:val="0000EE"/>
            <w:u w:val="single"/>
          </w:rPr>
          <w:t>[7]</w:t>
        </w:r>
      </w:hyperlink>
      <w:r>
        <w:t xml:space="preserve">- Paragraph 7: </w:t>
      </w:r>
      <w:hyperlink r:id="rId14">
        <w:r>
          <w:rPr>
            <w:color w:val="0000EE"/>
            <w:u w:val="single"/>
          </w:rPr>
          <w:t>[6]</w:t>
        </w:r>
      </w:hyperlink>
      <w:r>
        <w:t xml:space="preserve">, </w:t>
      </w:r>
      <w:hyperlink r:id="rId15">
        <w:r>
          <w:rPr>
            <w:color w:val="0000EE"/>
            <w:u w:val="single"/>
          </w:rPr>
          <w:t>[7]</w:t>
        </w:r>
      </w:hyperlink>
      <w:r>
        <w:t xml:space="preserve">- Paragraph 8: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https://www.fabulousmomlife.com/travel/thailand-music-festivals-expat-favourites/</w:t>
        </w:r>
      </w:hyperlink>
      <w:r>
        <w:t xml:space="preserve"> - Please view link - unable to able to access data</w:t>
      </w:r>
      <w:r/>
    </w:p>
    <w:p>
      <w:pPr>
        <w:pStyle w:val="ListNumber"/>
        <w:spacing w:line="240" w:lineRule="auto"/>
        <w:ind w:left="720"/>
      </w:pPr>
      <w:r/>
      <w:hyperlink r:id="rId10">
        <w:r>
          <w:rPr>
            <w:color w:val="0000EE"/>
            <w:u w:val="single"/>
          </w:rPr>
          <w:t>https://gaiabeats.com/</w:t>
        </w:r>
      </w:hyperlink>
      <w:r>
        <w:t xml:space="preserve"> - Gaia Beats Festival is a three-day music and arts event held at Sense Hot Spring Wellness &amp; Spa in Mae On, Chiang Mai, from 22 to 24 January 2027. The festival offers a diverse lineup featuring house, techno, drum and bass, dub, bass music, psychedelic styles, Thai regional fusion, and live world sounds. Attendees can also enjoy spoken word performances, improvised acts, live bands, and communal drumming. The event emphasizes sustainability with low-waste operations and local participation, providing a holistic experience that combines music, nature, wellness, and community engagement.</w:t>
      </w:r>
      <w:r/>
    </w:p>
    <w:p>
      <w:pPr>
        <w:pStyle w:val="ListNumber"/>
        <w:spacing w:line="240" w:lineRule="auto"/>
        <w:ind w:left="720"/>
      </w:pPr>
      <w:r/>
      <w:hyperlink r:id="rId11">
        <w:r>
          <w:rPr>
            <w:color w:val="0000EE"/>
            <w:u w:val="single"/>
          </w:rPr>
          <w:t>https://imaginefestival.co.th/</w:t>
        </w:r>
      </w:hyperlink>
      <w:r>
        <w:t xml:space="preserve"> - Imagine Festival is a New Year's music and arts event taking place at Lanna Resort in Hang Dong, Chiang Mai, from 30 December 2026 to 1 January 2027. The festival features a blend of music, visual art, and collaborative workshops, aiming to create an immersive experience that celebrates diverse artistic talents. Attendees can participate in interactive workshops, jam sessions, and enjoy a mix of performance art against the backdrop of Northern Thailand's natural beauty. The event is designed to foster a creative community and offers early bird tickets for those interested.</w:t>
      </w:r>
      <w:r/>
    </w:p>
    <w:p>
      <w:pPr>
        <w:pStyle w:val="ListNumber"/>
        <w:spacing w:line="240" w:lineRule="auto"/>
        <w:ind w:left="720"/>
      </w:pPr>
      <w:r/>
      <w:hyperlink r:id="rId12">
        <w:r>
          <w:rPr>
            <w:color w:val="0000EE"/>
            <w:u w:val="single"/>
          </w:rPr>
          <w:t>https://www.wonderfruitfestival.com/</w:t>
        </w:r>
      </w:hyperlink>
      <w:r>
        <w:t xml:space="preserve"> - Wonderfruit Festival is a five-day cultural event held at The Fields at Siam Country Club in Chonburi, from 3 to 7 December 2026. The festival offers a wide cultural programme that includes music, food, art, talks, performance, wellness, and nature-oriented activities. It encourages independent exploration, allowing attendees to choose different stages or activities for long stretches. The event's early-month position makes it accessible from Bangkok or Pattaya, but the five-day duration increases accommodation, food, and transport costs. Attendees are advised to plan their stay and site-transfer together to manage the budget effectively.</w:t>
      </w:r>
      <w:r/>
    </w:p>
    <w:p>
      <w:pPr>
        <w:pStyle w:val="ListNumber"/>
        <w:spacing w:line="240" w:lineRule="auto"/>
        <w:ind w:left="720"/>
      </w:pPr>
      <w:r/>
      <w:hyperlink r:id="rId13">
        <w:r>
          <w:rPr>
            <w:color w:val="0000EE"/>
            <w:u w:val="single"/>
          </w:rPr>
          <w:t>https://www.halfmoonfestival.com/</w:t>
        </w:r>
      </w:hyperlink>
      <w:r>
        <w:t xml:space="preserve"> - Halfmoon Festival is an island electronic music event held on Koh Phangan, featuring a two-part format. The current programme begins with an afternoon and evening at Harmony Beach Club, followed by a Magic Forest night running towards sunrise. Three forest stages cover progressive trance, psytrance, tech house, melodic house, melodic techno, hip-hop, R&amp;B, and commercial music. The festival's range remains nightlife-led, focusing on electronic music rather than extending into live bands, healing, and participatory art. The organiser’s current calendar offers multiple selectable dates, and attendees are advised to verify the exact two-day pair before booking flights or ferries.</w:t>
      </w:r>
      <w:r/>
    </w:p>
    <w:p>
      <w:pPr>
        <w:pStyle w:val="ListNumber"/>
        <w:spacing w:line="240" w:lineRule="auto"/>
        <w:ind w:left="720"/>
      </w:pPr>
      <w:r/>
      <w:hyperlink r:id="rId14">
        <w:r>
          <w:rPr>
            <w:color w:val="0000EE"/>
            <w:u w:val="single"/>
          </w:rPr>
          <w:t>https://www.esanmusicfestival.com/</w:t>
        </w:r>
      </w:hyperlink>
      <w:r>
        <w:t xml:space="preserve"> - E-SAN Music Festival Thailand is a camping and live music event held in the Ubolratana Dam area of Khon Kaen. The festival features a large Thai live-music bill, giving it a distinctly northeastern character. The latest edition carrying that full name ran from 30 January to 1 February 2026. Its next edition remains unconfirmed, so it belongs on a watchlist rather than a future itinerary. The regional identity remains the reason to monitor it, but a completed date cannot support a new flight or hotel booking.</w:t>
      </w:r>
      <w:r/>
    </w:p>
    <w:p>
      <w:pPr>
        <w:pStyle w:val="ListNumber"/>
        <w:spacing w:line="240" w:lineRule="auto"/>
        <w:ind w:left="720"/>
      </w:pPr>
      <w:r/>
      <w:hyperlink r:id="rId15">
        <w:r>
          <w:rPr>
            <w:color w:val="0000EE"/>
            <w:u w:val="single"/>
          </w:rPr>
          <w:t>https://www.bigmountainmusicfestival.com/</w:t>
        </w:r>
      </w:hyperlink>
      <w:r>
        <w:t xml:space="preserve"> - Big Mountain Music Festival is a Thai pop, rock, indie, and hip-hop event held in the Khao Yai area. The latest firmly documented edition ran on 6 and 7 December 2025 at The Ocean Khao Yai. No sufficiently dependable 2026 or 2027 announcement is available. Attendees are advised not to choose a hotel based on an old venue, as Khao Yai accommodation is spread out, and a venue change can turn a convenient booking into a difficult late-night drive.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bulousmomlife.com/travel/thailand-music-festivals-expat-favourites/" TargetMode="External"/><Relationship Id="rId10" Type="http://schemas.openxmlformats.org/officeDocument/2006/relationships/hyperlink" Target="https://gaiabeats.com/" TargetMode="External"/><Relationship Id="rId11" Type="http://schemas.openxmlformats.org/officeDocument/2006/relationships/hyperlink" Target="https://imaginefestival.co.th/" TargetMode="External"/><Relationship Id="rId12" Type="http://schemas.openxmlformats.org/officeDocument/2006/relationships/hyperlink" Target="https://www.wonderfruitfestival.com/" TargetMode="External"/><Relationship Id="rId13" Type="http://schemas.openxmlformats.org/officeDocument/2006/relationships/hyperlink" Target="https://www.halfmoonfestival.com/" TargetMode="External"/><Relationship Id="rId14" Type="http://schemas.openxmlformats.org/officeDocument/2006/relationships/hyperlink" Target="https://www.esanmusicfestival.com/" TargetMode="External"/><Relationship Id="rId15" Type="http://schemas.openxmlformats.org/officeDocument/2006/relationships/hyperlink" Target="https://www.bigmountainmusicfestival.co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