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Seasonal emergence of rare owl-like plant attracts botanists and explorers in Tak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 rare miniature plant that local guides call Phitsawong Ta Nok Huk, or Phitsawong Thai Thong, has begun appearing in the forests of Umphang district in Tak, offering nature-minded visitors a short seasonal window to spot one of Thailand’s strangest botanical curiosities. The plant, scientifically known as Thismia thaithongiana, was seen during a survey on August 17 with the Tourism Authority of Thailand’s Tak office, the Umphang tourism group and Umphang Wildlife Sanctuary.</w:t>
      </w:r>
      <w:r/>
    </w:p>
    <w:p>
      <w:r/>
      <w:r>
        <w:t>It is easy to overlook. The flower is tiny, hugs the forest floor and blends into leaf litter, so finding it usually requires patience and a careful eye. Its nickname comes from its owl-like appearance, while botanists note that it is a mycoheterotrophic species, meaning it depends on fungi in the soil rather than conventional photosynthesis. According to botanical reports, it was first described in the scientific journal Phytotaxa after being found on Doi Hua Mot in Umphang district.</w:t>
      </w:r>
      <w:r/>
    </w:p>
    <w:p>
      <w:r/>
      <w:r>
        <w:t>For travellers, the main appeal is timing. The plant emerges in the rainy season and, according to local tourism officials, can typically be seen in Umphang until around October, making late-season visits the best bet for a sighting. Earlier accounts from Thai media said the species has become a recurring draw for botanists and visitors at the end of the wet season, when it briefly flowers in the sanctuary.</w:t>
      </w:r>
      <w:r/>
    </w:p>
    <w:p>
      <w:r/>
      <w:r>
        <w:t>Those hoping to see it are being urged to tread lightly and use a phone camera’s zoom rather than stepping off the path or disturbing the plant. That advice matters in a place like Umphang, where the experience depends on the forest remaining intact. The area’s appeal is not just the plant itself, but the chance to combine a rare natural sighting with a trip into one of Tak’s more remote and rewarding forest landscapes.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1">
        <w:r>
          <w:rPr>
            <w:color w:val="0000EE"/>
            <w:u w:val="single"/>
          </w:rPr>
          <w:t>[6]</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[4]</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https://thethaiger.com/hot-news/environment/phitsawong-thai-thong-rare-owl-eyed-plant-tak</w:t>
        </w:r>
      </w:hyperlink>
      <w:r>
        <w:t xml:space="preserve"> - Please view link - unable to able to access data</w:t>
      </w:r>
      <w:r/>
    </w:p>
    <w:p>
      <w:pPr>
        <w:pStyle w:val="ListNumber"/>
        <w:spacing w:line="240" w:lineRule="auto"/>
        <w:ind w:left="720"/>
      </w:pPr>
      <w:r/>
      <w:hyperlink r:id="rId10">
        <w:r>
          <w:rPr>
            <w:color w:val="0000EE"/>
            <w:u w:val="single"/>
          </w:rPr>
          <w:t>https://www.nationthailand.com/in-focus/30379370/</w:t>
        </w:r>
      </w:hyperlink>
      <w:r>
        <w:t xml:space="preserve"> - In December 2019, the Botanical Society of Thailand announced the discovery of a new plant species resembling an owl, named 'Phisawong Ta Nok Hook' or 'Thismia thaithongiana'. This herbaceous plant blooms at the end of the rainy season and was found on Doi Hua Mot mountaintop in Tak Province by Dr. Kanokorn Srimuang from Phayao University and Suchat Chanhomhuan from Tukasu Cottage Resort. The species was later verified by Assoc. Prof. Sahut Chantanaorrapint and Dr. Somran Suddee, with the findings published in the Phytotaxa journal in 2018. The name 'thaithongiana' honours Assoc. Prof. Obchant Thaithong from Chulalongkorn University. (</w:t>
      </w:r>
      <w:hyperlink r:id="rId15">
        <w:r>
          <w:rPr>
            <w:color w:val="0000EE"/>
            <w:u w:val="single"/>
          </w:rPr>
          <w:t>nationthailand.com</w:t>
        </w:r>
      </w:hyperlink>
      <w:r>
        <w:t>)</w:t>
      </w:r>
      <w:r/>
    </w:p>
    <w:p>
      <w:pPr>
        <w:pStyle w:val="ListNumber"/>
        <w:spacing w:line="240" w:lineRule="auto"/>
        <w:ind w:left="720"/>
      </w:pPr>
      <w:r/>
      <w:hyperlink r:id="rId16">
        <w:r>
          <w:rPr>
            <w:color w:val="0000EE"/>
            <w:u w:val="single"/>
          </w:rPr>
          <w:t>https://www.nationthailand.com/life/travel/40052420</w:t>
        </w:r>
      </w:hyperlink>
      <w:r>
        <w:t xml:space="preserve"> - In July 2025, botanists were astonished by the rediscovery of 'Heterostemma brownii', a rare plant not seen for 113 years, in Thailand's northern rainforests. The plant, also known as the 'Forest Sea Star', was last recorded in 1906 in Taiwan, China, and Vietnam. Its sudden reappearance in Thailand marked a significant botanical event, with the discovery made in 2019 by a team from Thailand's Botanical Garden Organisation. (</w:t>
      </w:r>
      <w:hyperlink r:id="rId17">
        <w:r>
          <w:rPr>
            <w:color w:val="0000EE"/>
            <w:u w:val="single"/>
          </w:rPr>
          <w:t>nationthailand.com</w:t>
        </w:r>
      </w:hyperlink>
      <w:r>
        <w:t>)</w:t>
      </w:r>
      <w:r/>
    </w:p>
    <w:p>
      <w:pPr>
        <w:pStyle w:val="ListNumber"/>
        <w:spacing w:line="240" w:lineRule="auto"/>
        <w:ind w:left="720"/>
      </w:pPr>
      <w:r/>
      <w:hyperlink r:id="rId12">
        <w:r>
          <w:rPr>
            <w:color w:val="0000EE"/>
            <w:u w:val="single"/>
          </w:rPr>
          <w:t>https://www.nationthailand.com/blogs/life/travel/40041991</w:t>
        </w:r>
      </w:hyperlink>
      <w:r>
        <w:t xml:space="preserve"> - In October 2024, botanists and tourists flocked to a Tak wildlife sanctuary to catch a glimpse of the rare 'Thismia thaithongiana', also known as the 'Owl's Eye'. Discovered in 2018 on the slopes of Doi Hua Mot in Umphang Wildlife Sanctuary, this bizarre, owl-shaped plant glows green and feeds on fungi. It blooms once a year at the end of the rainy season, making October the prime time for sightings. (</w:t>
      </w:r>
      <w:hyperlink r:id="rId18">
        <w:r>
          <w:rPr>
            <w:color w:val="0000EE"/>
            <w:u w:val="single"/>
          </w:rPr>
          <w:t>nationthailand.com</w:t>
        </w:r>
      </w:hyperlink>
      <w:r>
        <w:t>)</w:t>
      </w:r>
      <w:r/>
    </w:p>
    <w:p>
      <w:pPr>
        <w:pStyle w:val="ListNumber"/>
        <w:spacing w:line="240" w:lineRule="auto"/>
        <w:ind w:left="720"/>
      </w:pPr>
      <w:r/>
      <w:hyperlink r:id="rId13">
        <w:r>
          <w:rPr>
            <w:color w:val="0000EE"/>
            <w:u w:val="single"/>
          </w:rPr>
          <w:t>https://www.thaiger.com/news/national/thailands-glowing-owl-flower-a-rare-botanical-spectacle</w:t>
        </w:r>
      </w:hyperlink>
      <w:r>
        <w:t xml:space="preserve"> - In October 2024, Thailand's 'Glowing Owl' flower, scientifically known as 'Thismia thaithongiana', emerged in the Umphang Wildlife Sanctuary in Tak province. Discovered in 2018, this rare plant resembles an owl's eye and feeds on fungi. It blooms once a year at the end of the rainy season, attracting both tourists and botanists eager to witness this unique spectacle. (</w:t>
      </w:r>
      <w:hyperlink r:id="rId19">
        <w:r>
          <w:rPr>
            <w:color w:val="0000EE"/>
            <w:u w:val="single"/>
          </w:rPr>
          <w:t>thethaiger.com</w:t>
        </w:r>
      </w:hyperlink>
      <w:r>
        <w:t>)</w:t>
      </w:r>
      <w:r/>
    </w:p>
    <w:p>
      <w:pPr>
        <w:pStyle w:val="ListNumber"/>
        <w:spacing w:line="240" w:lineRule="auto"/>
        <w:ind w:left="720"/>
      </w:pPr>
      <w:r/>
      <w:hyperlink r:id="rId11">
        <w:r>
          <w:rPr>
            <w:color w:val="0000EE"/>
            <w:u w:val="single"/>
          </w:rPr>
          <w:t>https://www.biotaxa.org/Phytotaxa/article/view/phytotaxa.333.2.14</w:t>
        </w:r>
      </w:hyperlink>
      <w:r>
        <w:t xml:space="preserve"> - In January 2018, a new species of mycoheterotrophic plant, 'Thismia thaithongiana', was described in the journal Phytotaxa. The species was discovered in Doi Hua Mot, Umphang District, Tak Province, Thailand, and is characterised by its blue-green flowers and a mitre bearing three horn-like appendages. The name 'thaithongiana' honours Assoc. Prof. Obchant Thaithong from Chulalongkorn University. (</w:t>
      </w:r>
      <w:hyperlink r:id="rId20">
        <w:r>
          <w:rPr>
            <w:color w:val="0000EE"/>
            <w:u w:val="single"/>
          </w:rPr>
          <w:t>biotaxa.org</w:t>
        </w:r>
      </w:hyperlink>
      <w:r>
        <w:t>)</w:t>
      </w:r>
      <w:r/>
    </w:p>
    <w:p>
      <w:pPr>
        <w:pStyle w:val="ListNumber"/>
        <w:spacing w:line="240" w:lineRule="auto"/>
        <w:ind w:left="720"/>
      </w:pPr>
      <w:r/>
      <w:hyperlink r:id="rId21">
        <w:r>
          <w:rPr>
            <w:color w:val="0000EE"/>
            <w:u w:val="single"/>
          </w:rPr>
          <w:t>https://www.chiangraitimes.com/chiangrai-news/rare-flower-chiang-rai/</w:t>
        </w:r>
      </w:hyperlink>
      <w:r>
        <w:t xml:space="preserve"> - In July 2025, the Queen Sirikit Botanic Garden announced the rediscovery of a rare flower, 'Heterostemma brownii Hayata', thought to be lost for 113 years, in the rainforests of Chiang Rai. The plant, also known as the 'Forest Sea Star', was last recorded in 1906. Its reappearance in Thailand marks a significant botanical event, with the garden inviting the public to suggest a Thai name for this unique species. (</w:t>
      </w:r>
      <w:hyperlink r:id="rId22">
        <w:r>
          <w:rPr>
            <w:color w:val="0000EE"/>
            <w:u w:val="single"/>
          </w:rPr>
          <w:t>chiangraitimes.com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hot-news/environment/phitsawong-thai-thong-rare-owl-eyed-plant-tak" TargetMode="External"/><Relationship Id="rId10" Type="http://schemas.openxmlformats.org/officeDocument/2006/relationships/hyperlink" Target="https://www.nationthailand.com/in-focus/30379370/" TargetMode="External"/><Relationship Id="rId11" Type="http://schemas.openxmlformats.org/officeDocument/2006/relationships/hyperlink" Target="https://www.biotaxa.org/Phytotaxa/article/view/phytotaxa.333.2.14" TargetMode="External"/><Relationship Id="rId12" Type="http://schemas.openxmlformats.org/officeDocument/2006/relationships/hyperlink" Target="https://www.nationthailand.com/blogs/life/travel/40041991" TargetMode="External"/><Relationship Id="rId13" Type="http://schemas.openxmlformats.org/officeDocument/2006/relationships/hyperlink" Target="https://www.thaiger.com/news/national/thailands-glowing-owl-flower-a-rare-botanical-spectacle" TargetMode="External"/><Relationship Id="rId14" Type="http://schemas.openxmlformats.org/officeDocument/2006/relationships/hyperlink" Target="https://www.noahwire.com" TargetMode="External"/><Relationship Id="rId15" Type="http://schemas.openxmlformats.org/officeDocument/2006/relationships/hyperlink" Target="https://www.nationthailand.com/in-focus/30379370/?utm_source=openai" TargetMode="External"/><Relationship Id="rId16" Type="http://schemas.openxmlformats.org/officeDocument/2006/relationships/hyperlink" Target="https://www.nationthailand.com/life/travel/40052420" TargetMode="External"/><Relationship Id="rId17" Type="http://schemas.openxmlformats.org/officeDocument/2006/relationships/hyperlink" Target="https://www.nationthailand.com/life/travel/40052420?utm_source=openai" TargetMode="External"/><Relationship Id="rId18" Type="http://schemas.openxmlformats.org/officeDocument/2006/relationships/hyperlink" Target="https://www.nationthailand.com/blogs/life/travel/40041991?utm_source=openai" TargetMode="External"/><Relationship Id="rId19" Type="http://schemas.openxmlformats.org/officeDocument/2006/relationships/hyperlink" Target="https://thethaiger.com/news/national/thailands-glowing-owl-flower-a-rare-botanical-spectacle?utm_source=openai" TargetMode="External"/><Relationship Id="rId20" Type="http://schemas.openxmlformats.org/officeDocument/2006/relationships/hyperlink" Target="https://www.biotaxa.org/Phytotaxa/article/view/phytotaxa.333.2.14?utm_source=openai" TargetMode="External"/><Relationship Id="rId21" Type="http://schemas.openxmlformats.org/officeDocument/2006/relationships/hyperlink" Target="https://www.chiangraitimes.com/chiangrai-news/rare-flower-chiang-rai/" TargetMode="External"/><Relationship Id="rId22" Type="http://schemas.openxmlformats.org/officeDocument/2006/relationships/hyperlink" Target="https://www.chiangraitimes.com/chiangrai-news/rare-flower-chiang-rai/?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