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Koh Jum’s evolving food and drink scene offers laid-back seaside sophistication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Koh Jum’s food and drink scene is one of the island’s quiet pleasures: low-key, varied and far more wide-ranging than many travellers expect from such a laid-back Andaman escape. According to Thailand Magazine, the island is especially known for beach bars with personality, from ship-shaped hangouts to places set on rocks above the sea, while its south, which is predominantly Buddhist, is also the easiest area for picking up alcoholic drinks in shops and restaurants.</w:t>
      </w:r>
      <w:r/>
    </w:p>
    <w:p>
      <w:r/>
      <w:r>
        <w:t>For visitors, that mix means you can keep things simple or make an evening of it. Reuters-style consumer advice would call this a place where sunset drinks are part of the appeal rather than an afterthought. Golden Pearl Beach is repeatedly singled out in local guides for its beachfront bars, with Fu Bar earning praise for cocktails, cold beer and a happy hour from 6pm to 8pm. Hopsa also highlights Why not Bar &amp; One for the road, known for homemade drinks such as lemongrass cocktails, while Flow Bar Koh Jum has become another sunset stop with its own early-evening happy hour.</w:t>
      </w:r>
      <w:r/>
    </w:p>
    <w:p>
      <w:r/>
      <w:r>
        <w:t>Food options are similarly unpretentious but surprisingly broad. Clever Thai points to Koh Jum Seafood Restaurant for grilled lobster and steamed crab, while Tingrai Restaurant is presented as a budget-friendly choice for staples such as pad Thai, som tum and massaman curry. TripAdvisor listings also put Ban Ban and Friendly Restaurant &amp; Bungalows among the island’s well-reviewed options, suggesting that travellers can move easily between Thai dishes, Western comfort food and seafood without needing to venture far.</w:t>
      </w:r>
      <w:r/>
    </w:p>
    <w:p>
      <w:r/>
      <w:r>
        <w:t>Coffee drinkers and breakfast seekers are not left out either. The Happy Jet Lagger says Luboa Café has moved into a jungle setting, where freshly baked rolls and proper coffee come with a calmer, greener atmosphere than the average beach café. That kind of setting matters on Koh Jum: the island is less about high-energy nightlife and more about slow mornings, long lunches and easy evenings. For travellers deciding whether to stay here, the appeal is not just the menu, but the pace.</w:t>
      </w:r>
      <w:r/>
    </w:p>
    <w:p>
      <w:r/>
      <w:r>
        <w:t>Practical details are straightforward. Travel Happy notes that places such as Sabaidee Luboh in the north serve fruit shakes, ice cream, wine and cold beers right by the beach, often with extras such as Wi-Fi and loungers. For visitors, that makes Koh Jum appealing if you want a destination where eating and drinking are woven into the island experience rather than concentrated in one busy strip.</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2">
        <w:r>
          <w:rPr>
            <w:color w:val="0000EE"/>
            <w:u w:val="single"/>
          </w:rPr>
          <w:t>[4]</w:t>
        </w:r>
      </w:hyperlink>
      <w:r>
        <w:t xml:space="preserve">, </w:t>
      </w:r>
      <w:hyperlink r:id="rId13">
        <w:r>
          <w:rPr>
            <w:color w:val="0000EE"/>
            <w:u w:val="single"/>
          </w:rPr>
          <w:t>[7]</w:t>
        </w:r>
      </w:hyperlink>
      <w:r>
        <w:t xml:space="preserve">- Paragraph 4: </w:t>
      </w:r>
      <w:hyperlink r:id="rId14">
        <w:r>
          <w:rPr>
            <w:color w:val="0000EE"/>
            <w:u w:val="single"/>
          </w:rPr>
          <w:t>[5]</w:t>
        </w:r>
      </w:hyperlink>
      <w:r>
        <w:t xml:space="preserve">- Paragraph 5: </w:t>
      </w:r>
      <w:hyperlink r:id="rId15">
        <w:r>
          <w:rPr>
            <w:color w:val="0000EE"/>
            <w:u w:val="single"/>
          </w:rPr>
          <w:t>[6]</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https://thailandmagazine.com/koh-jum/eat-drink/</w:t>
        </w:r>
      </w:hyperlink>
      <w:r>
        <w:t xml:space="preserve"> - Please view link - unable to able to access data</w:t>
      </w:r>
      <w:r/>
    </w:p>
    <w:p>
      <w:pPr>
        <w:pStyle w:val="ListNumber"/>
        <w:spacing w:line="240" w:lineRule="auto"/>
        <w:ind w:left="720"/>
      </w:pPr>
      <w:r/>
      <w:hyperlink r:id="rId10">
        <w:r>
          <w:rPr>
            <w:color w:val="0000EE"/>
            <w:u w:val="single"/>
          </w:rPr>
          <w:t>https://www.thailand.org/REVIEWS-fu-bar-koh-jum-17249-l.html</w:t>
        </w:r>
      </w:hyperlink>
      <w:r>
        <w:t xml:space="preserve"> - Fu Bar, located at Golden Pearl Beach Resort in Nuea Khlong, Krabi, is renowned for its cold beers and excellent cocktails. The beachfront setting offers a warm and inviting atmosphere, making it a favourite among both locals and tourists. The bar is known for its friendly staff and offers a happy hour from 6-8 pm, with all cocktails priced at 100 baht. The bartenders, O and Kala, are celebrated for their skill and creativity, ensuring a delightful experience for all patrons.</w:t>
      </w:r>
      <w:r/>
    </w:p>
    <w:p>
      <w:pPr>
        <w:pStyle w:val="ListNumber"/>
        <w:spacing w:line="240" w:lineRule="auto"/>
        <w:ind w:left="720"/>
      </w:pPr>
      <w:r/>
      <w:hyperlink r:id="rId11">
        <w:r>
          <w:rPr>
            <w:color w:val="0000EE"/>
            <w:u w:val="single"/>
          </w:rPr>
          <w:t>https://hopsa.io/en/blog/post/urban-expeditions%2Cbest-bars-and-pubs-on-koh-jum-guide-to-evening-entertainment</w:t>
        </w:r>
      </w:hyperlink>
      <w:r>
        <w:t xml:space="preserve"> - Koh Jum boasts a variety of beach bars and pubs, each offering a unique experience. 'Why not Bar &amp; One for the road', run by the charismatic Yoyo, is famed for its homemade drinks, including a refreshing lemongrass cocktail. 'FU BAR', situated directly on Golden Pearl Beach, provides stunning sunset views and a wide range of cocktails, with happy hours from 6 pm to 8 pm. 'Flow Bar KohJum', a newer addition, offers beautiful sunset views and happy hours from 4 pm to 7 pm, making it an ideal spot for evening relaxation.</w:t>
      </w:r>
      <w:r/>
    </w:p>
    <w:p>
      <w:pPr>
        <w:pStyle w:val="ListNumber"/>
        <w:spacing w:line="240" w:lineRule="auto"/>
        <w:ind w:left="720"/>
      </w:pPr>
      <w:r/>
      <w:hyperlink r:id="rId12">
        <w:r>
          <w:rPr>
            <w:color w:val="0000EE"/>
            <w:u w:val="single"/>
          </w:rPr>
          <w:t>https://www.cleverthai.com/guide-to-koh-jum/</w:t>
        </w:r>
      </w:hyperlink>
      <w:r>
        <w:t xml:space="preserve"> - Koh Jum offers a diverse culinary scene, with establishments like Koh Jum Seafood Restaurant, known for its authentic Thai seafood dishes such as BBQ lobster and steamed crab. Driftwood Koh Jum is a favourite for evening drinks, offering an extensive menu of coffees, teas, yogurt drinks, and cocktails, alongside traditional Thai curries. Tingrai Restaurant provides budget-friendly meals, serving dishes like pad Thai, som tum, and massaman curry, catering to both Thai and Western tastes.</w:t>
      </w:r>
      <w:r/>
    </w:p>
    <w:p>
      <w:pPr>
        <w:pStyle w:val="ListNumber"/>
        <w:spacing w:line="240" w:lineRule="auto"/>
        <w:ind w:left="720"/>
      </w:pPr>
      <w:r/>
      <w:hyperlink r:id="rId14">
        <w:r>
          <w:rPr>
            <w:color w:val="0000EE"/>
            <w:u w:val="single"/>
          </w:rPr>
          <w:t>https://thehappyjetlagger.com/en/koh-jum/</w:t>
        </w:r>
      </w:hyperlink>
      <w:r>
        <w:t xml:space="preserve"> - Luboa Café, formerly located in the village, has relocated to a jungle paradise setting. It serves the best coffee and freshly baked rolls made in-house every morning, making it an ideal spot for a western-style breakfast. The café offers a unique jungle vibe, with lush greenery and butterflies, providing a tranquil environment for guests. The owners have also built a small, charming Tiny House in the garden, offering overnight stays for those wishing to immerse themselves fully in the jungle experience.</w:t>
      </w:r>
      <w:r/>
    </w:p>
    <w:p>
      <w:pPr>
        <w:pStyle w:val="ListNumber"/>
        <w:spacing w:line="240" w:lineRule="auto"/>
        <w:ind w:left="720"/>
      </w:pPr>
      <w:r/>
      <w:hyperlink r:id="rId15">
        <w:r>
          <w:rPr>
            <w:color w:val="0000EE"/>
            <w:u w:val="single"/>
          </w:rPr>
          <w:t>https://travelhappy.info/koh-jum-quick-guide/</w:t>
        </w:r>
      </w:hyperlink>
      <w:r>
        <w:t xml:space="preserve"> - Koh Jum's dining options include Golden Pearl Beach Restaurant, a beachfront bar and restaurant offering a selection of Thai dishes, cold beers, and cocktails. Last Fisher provides tasty, inexpensive cocktails and a selection of Thai dishes and seafood BBQ beside the beach. Sabaidee Luboh, located in the north of Koh Jum, serves fruit shakes, ice cream, wine, and cool beers right on the beach, with free Wi-Fi and beach chairs available for customers.</w:t>
      </w:r>
      <w:r/>
    </w:p>
    <w:p>
      <w:pPr>
        <w:pStyle w:val="ListNumber"/>
        <w:spacing w:line="240" w:lineRule="auto"/>
        <w:ind w:left="720"/>
      </w:pPr>
      <w:r/>
      <w:hyperlink r:id="rId13">
        <w:r>
          <w:rPr>
            <w:color w:val="0000EE"/>
            <w:u w:val="single"/>
          </w:rPr>
          <w:t>https://www.tripadvisor.com/Restaurants-g1152743-Ko_Jum_Krabi_Province.html</w:t>
        </w:r>
      </w:hyperlink>
      <w:r>
        <w:t xml:space="preserve"> - TripAdvisor lists top-rated restaurants in Koh Jum, including Ban Ban, known for its Asian and Thai cuisine, and Rockbar, a unique bamboo scaffolding bar attached to the side of a cliff, offering a wonderful quirky bar experience. Rim Tang Restaurant &amp; Cooking School offers European and Asian dishes, with a highly rated cooking class. Koh Jum Seafood Restaurant is praised for its seafood and Asian cuisine, with friendly staff and cold beer. Friendly Restaurant &amp; Bungalows offers both Western and Thai food in a welcoming environment.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ailandmagazine.com/koh-jum/eat-drink/" TargetMode="External"/><Relationship Id="rId10" Type="http://schemas.openxmlformats.org/officeDocument/2006/relationships/hyperlink" Target="https://www.thailand.org/REVIEWS-fu-bar-koh-jum-17249-l.html" TargetMode="External"/><Relationship Id="rId11" Type="http://schemas.openxmlformats.org/officeDocument/2006/relationships/hyperlink" Target="https://hopsa.io/en/blog/post/urban-expeditions%2Cbest-bars-and-pubs-on-koh-jum-guide-to-evening-entertainment" TargetMode="External"/><Relationship Id="rId12" Type="http://schemas.openxmlformats.org/officeDocument/2006/relationships/hyperlink" Target="https://www.cleverthai.com/guide-to-koh-jum/" TargetMode="External"/><Relationship Id="rId13" Type="http://schemas.openxmlformats.org/officeDocument/2006/relationships/hyperlink" Target="https://www.tripadvisor.com/Restaurants-g1152743-Ko_Jum_Krabi_Province.html" TargetMode="External"/><Relationship Id="rId14" Type="http://schemas.openxmlformats.org/officeDocument/2006/relationships/hyperlink" Target="https://thehappyjetlagger.com/en/koh-jum/" TargetMode="External"/><Relationship Id="rId15" Type="http://schemas.openxmlformats.org/officeDocument/2006/relationships/hyperlink" Target="https://travelhappy.info/koh-jum-quick-guide/"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