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808 Festival returns to Bangkok in October 2026 with expanded international line-up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808 Festival is set to return to Bangkok in 2026 with a two-day run at BITEC Bangna on 2 and 3 October, according to the festival announcement carried by The Thaiger. For electronic music fans planning a Thailand trip around the event, the early timing matters: it moves the festival away from the year-end slot long associated with 808 and could make it a more attractive stop for visitors building an autumn itinerary through Bangkok.</w:t>
      </w:r>
      <w:r/>
    </w:p>
    <w:p>
      <w:r/>
      <w:r>
        <w:t>The first wave of acts is led by ILLENIUM, whose emotional, melody-heavy sound has made him one of the biggest names in future bass and melodic dubstep. The bill also includes a back-to-back set from techno favourite Adam Beyer and Chris Avantgarde, plus Slander B2B Nghtmre, W&amp;W, Argy, Ben Nicky, Ian Asher, Mary Droppinz and Rivo. The range suggests a festival that is still aiming wide, from harder bass and techno through to more melodic and festival-friendly sounds, which is part of what has made 808 a draw for international crowds.</w:t>
      </w:r>
      <w:r/>
    </w:p>
    <w:p>
      <w:r/>
      <w:r>
        <w:t>For travellers, the practical appeal is straightforward: the festival is being staged at BITEC Bangna, one of Bangkok’s easier major event venues to reach by public transport and road, and the organisers are again promising large-scale production across two stages. EDM Addicts says 808 is known for strong sound, striking stage design and a broad mix of international and Thai talent, while also noting that entry is limited to those aged 18 and over with valid identification. Ticketing details are already live, with General Admission Tier 2 priced at 3,350 baht on the festival website, and other outlets say VVIP and instalment-payment options are being offered through selected credit cards and ticket platforms.</w:t>
      </w:r>
      <w:r/>
    </w:p>
    <w:p>
      <w:r/>
      <w:r>
        <w:t>There is, however, one point of confusion worth watching before booking flights or accommodation: some festival listings still place the 2026 edition in December, while the Bangkok announcement points to an October date. For now, the official announcement appears to be the clearest guide for planning, but travellers should check the ticketing page before making firm arrangements. If the October dates hold, 808 Festival could become one of the headline nightlife and live-music weekends in Bangkok’s event calendar, especially for visitors looking for a high-energy city break rather than a traditional beach or island holiday.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0">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https://thethaiger.com/hot-news/events/808-festival-2026-bangkok-lineup</w:t>
        </w:r>
      </w:hyperlink>
      <w:r>
        <w:t xml:space="preserve"> - Please view link - unable to able to access data</w:t>
      </w:r>
      <w:r/>
    </w:p>
    <w:p>
      <w:pPr>
        <w:pStyle w:val="ListNumber"/>
        <w:spacing w:line="240" w:lineRule="auto"/>
        <w:ind w:left="720"/>
      </w:pPr>
      <w:r/>
      <w:hyperlink r:id="rId9">
        <w:r>
          <w:rPr>
            <w:color w:val="0000EE"/>
            <w:u w:val="single"/>
          </w:rPr>
          <w:t>https://thethaiger.com/hot-news/events/808-festival-2026-bangkok-lineup</w:t>
        </w:r>
      </w:hyperlink>
      <w:r>
        <w:t xml:space="preserve"> - 808 Festival, Thailand's premier electronic music event, has announced its return for 2026, scheduled for October 2–3 at BITEC Bangna in Bangkok. The Phase 1 lineup features headliner ILLENIUM, known for hits like 'Good Things Fall Apart' and 'Takeaway'. Other acts include techno artists Adam Beyer and Chris Avantgarde, bass music duo Slander B2B Nghtmre, and Dutch duo W&amp;W. The lineup also showcases Argy, Ben Nicky, Ian Asher, Mary Droppinz, and Rivo. Tickets are available at 808festival.net, with General Admission Tier 2 priced at 3,350 baht.</w:t>
      </w:r>
      <w:r/>
    </w:p>
    <w:p>
      <w:pPr>
        <w:pStyle w:val="ListNumber"/>
        <w:spacing w:line="240" w:lineRule="auto"/>
        <w:ind w:left="720"/>
      </w:pPr>
      <w:r/>
      <w:hyperlink r:id="rId11">
        <w:r>
          <w:rPr>
            <w:color w:val="0000EE"/>
            <w:u w:val="single"/>
          </w:rPr>
          <w:t>https://edm-addicts.com/events/808-festival-2026</w:t>
        </w:r>
      </w:hyperlink>
      <w:r>
        <w:t xml:space="preserve"> - 808 Festival 2026 is set for October 2–3 in Bangkok, Thailand. The event is renowned for its diverse electronic music lineup, featuring genres from deep house to big room anthems. The festival is known for its high-quality production, including impressive sound systems and stage designs. It also highlights Thailand's local DJ talent alongside international acts. Tickets are available online at Ticketmelon, with multiple tiers including Early Bird and VIP packages. The festival is for attendees aged 18 and over, with valid ID required for entry.</w:t>
      </w:r>
      <w:r/>
    </w:p>
    <w:p>
      <w:pPr>
        <w:pStyle w:val="ListNumber"/>
        <w:spacing w:line="240" w:lineRule="auto"/>
        <w:ind w:left="720"/>
      </w:pPr>
      <w:r/>
      <w:hyperlink r:id="rId12">
        <w:r>
          <w:rPr>
            <w:color w:val="0000EE"/>
            <w:u w:val="single"/>
          </w:rPr>
          <w:t>https://travelerthailand.com/events/808-festival-2026</w:t>
        </w:r>
      </w:hyperlink>
      <w:r>
        <w:t xml:space="preserve"> - The 808 Festival 2026 is scheduled for October 2–3 in Bangkok, Thailand. Tickets are expected to go on sale soon, with options for monthly installment payments available through participating credit cards. Installment plans include 4 months for a minimum spend of THB 3,000, 6 months for THB 4,000, and 10 months for THB 5,000. Participating banks include SCB, UOB, Bangkok Bank, Kasikorn Bank, Bank of Ayudhya, Krungthai Bank, Krungsri First Choice, and TTB. All ticket purchases are final and non-refundable.</w:t>
      </w:r>
      <w:r/>
    </w:p>
    <w:p>
      <w:pPr>
        <w:pStyle w:val="ListNumber"/>
        <w:spacing w:line="240" w:lineRule="auto"/>
        <w:ind w:left="720"/>
      </w:pPr>
      <w:r/>
      <w:hyperlink r:id="rId13">
        <w:r>
          <w:rPr>
            <w:color w:val="0000EE"/>
            <w:u w:val="single"/>
          </w:rPr>
          <w:t>https://www.festivalabroad.com/festivals/808-festival</w:t>
        </w:r>
      </w:hyperlink>
      <w:r>
        <w:t xml:space="preserve"> - 808 Festival is one of Thailand's most prominent electronic dance music events, showcasing world-renowned DJs and immersive stage productions since 2013. Typically held in Bangkok each December, it has become a premier annual destination for EDM fans from across the region. The festival offers a diverse lineup featuring genres such as EDM, house, trance, big room, deep house, tech house, melodic house, and progressive house. The 2026 edition is scheduled for December 4–6 at BITEC (Bangkok International Trade &amp; Exhibition Centre) in Bangkok, Thailand.</w:t>
      </w:r>
      <w:r/>
    </w:p>
    <w:p>
      <w:pPr>
        <w:pStyle w:val="ListNumber"/>
        <w:spacing w:line="240" w:lineRule="auto"/>
        <w:ind w:left="720"/>
      </w:pPr>
      <w:r/>
      <w:hyperlink r:id="rId14">
        <w:r>
          <w:rPr>
            <w:color w:val="0000EE"/>
            <w:u w:val="single"/>
          </w:rPr>
          <w:t>https://www.festivalabroad.com/festivals/808-festival/planning</w:t>
        </w:r>
      </w:hyperlink>
      <w:r>
        <w:t xml:space="preserve"> - This comprehensive festival planning guide provides detailed information about transport logistics, accommodation options, weather preparation, venue-specific rules, and insider tips for attending 808 Festival 2026. The guide covers topics such as flights and airports, venue location and access, accommodation recommendations, permitted and prohibited items, age restrictions and entry requirements, weather and climate, and local tips. The 2026 edition of 808 Festival is scheduled for December 4–6 at BITEC (Bangkok International Trade &amp; Exhibition Centre) in Bangkok, Thailand.</w:t>
      </w:r>
      <w:r/>
    </w:p>
    <w:p>
      <w:pPr>
        <w:pStyle w:val="ListNumber"/>
        <w:spacing w:line="240" w:lineRule="auto"/>
        <w:ind w:left="720"/>
      </w:pPr>
      <w:r/>
      <w:hyperlink r:id="rId10">
        <w:r>
          <w:rPr>
            <w:color w:val="0000EE"/>
            <w:u w:val="single"/>
          </w:rPr>
          <w:t>https://edm-addicts.com/news/808-festival-2026-is-back</w:t>
        </w:r>
      </w:hyperlink>
      <w:r>
        <w:t xml:space="preserve"> - 808 Festival, Thailand's number one EDM festival, has announced its return for 2026, with the event set for October 2–3 in Bangkok. This earlier slot follows a successful 2025 edition and is eagerly anticipated by fans across Thailand and Asia. The 2025 festival featured a stacked, three-day lineup of global names including Charlotte de Witte, Dom Dolla, Reinier Zonneveld, Netsky, Sammy Virji, Lucas &amp; Steve, Massano, Pan-Pot, and Space 92. The 2025 edition landed at number 29 on DJ Mag's Top 100 Festivals 2025, up from the previous year.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thaiger.com/hot-news/events/808-festival-2026-bangkok-lineup" TargetMode="External"/><Relationship Id="rId10" Type="http://schemas.openxmlformats.org/officeDocument/2006/relationships/hyperlink" Target="https://edm-addicts.com/news/808-festival-2026-is-back" TargetMode="External"/><Relationship Id="rId11" Type="http://schemas.openxmlformats.org/officeDocument/2006/relationships/hyperlink" Target="https://edm-addicts.com/events/808-festival-2026" TargetMode="External"/><Relationship Id="rId12" Type="http://schemas.openxmlformats.org/officeDocument/2006/relationships/hyperlink" Target="https://travelerthailand.com/events/808-festival-2026" TargetMode="External"/><Relationship Id="rId13" Type="http://schemas.openxmlformats.org/officeDocument/2006/relationships/hyperlink" Target="https://www.festivalabroad.com/festivals/808-festival" TargetMode="External"/><Relationship Id="rId14" Type="http://schemas.openxmlformats.org/officeDocument/2006/relationships/hyperlink" Target="https://www.festivalabroad.com/festivals/808-festival/planning"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