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EDC Thailand 2026 moves to December with standout line-up and extended Phuket experience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EDC Thailand will return to Rhythm Park in Laguna Phuket from 18 to 20 December 2026, with Insomniac Events and Future Vibes Co., Ltd. announcing a line-up that places the festival firmly in the centre of Thailand’s peak-season travel calendar. The third edition is being positioned as the closing chapter of EDC’s 30th anniversary year, and the shift to December should make the event more appealing for travellers looking for cooler weather, holiday timing and a festival weekend that fits neatly into an end-of-year trip. According to the official EDC Thailand line-up page, tickets are already on sale.</w:t>
      </w:r>
      <w:r/>
    </w:p>
    <w:p>
      <w:r/>
      <w:r>
        <w:t>The confirmed bill stretches across six stages and mixes global headliners with names that will resonate strongly with electronic music fans planning a trip to Phuket. Among those announced are Martin Garrix, Charlotte de Witte, DJ Snake, Dom Dolla, Tiësto, Above &amp; Beyond, Andy C, Green Velvet B2B Steve Angello, Worship, Vintage Culture, CamelPhat, Jamie Jones, Subtronics, Boys Noize, VTSS, Loco Dice, Odd Mob and Paul Van Dyk, with more acts still to come. DJ Mag reported that the 2026 edition follows EDC Thailand’s debut in 2025, underlining how quickly the event has become a major date in the regional festival calendar.</w:t>
      </w:r>
      <w:r/>
    </w:p>
    <w:p>
      <w:r/>
      <w:r>
        <w:t>For travellers, the biggest draw may be the setting as much as the line-up. Phuket in December is generally one of the more comfortable times to visit, with drier conditions and a fuller holiday-season atmosphere than the hotter, wetter months. The organisers say the move is deliberate, framing the weekend as a destination event rather than a touring stop. For visitors, that means the festival is likely to slot into a broader island break rather than stand alone as a one-off night out.</w:t>
      </w:r>
      <w:r/>
    </w:p>
    <w:p>
      <w:r/>
      <w:r>
        <w:t>The stage design is also part of the appeal. EDC Thailand says kineticFIELD will host the biggest names under its signature fireworks-and-lasers spectacle, while circuitGROUNDS will lean into bass, drum and bass and harder sounds. neonGARDEN, hosted by Factory 93, is being billed as the place for house and techno, with stereoBLOOM covering everything from trance to tech house and bass, and BOOMBOX giving space to emerging local and regional acts. For festivalgoers deciding where to spend their nights, that spread suggests a weekend with enough variety to suit both mainstream headliners and more underground tastes.</w:t>
      </w:r>
      <w:r/>
    </w:p>
    <w:p>
      <w:r/>
      <w:r>
        <w:t>Beyond the gates, the event is being extended into a wider Phuket experience. Hotel EDC Thailand at Angsana Laguna Phuket is returning with resort-wide programming, including themed rooms, pool and beach parties, wellness sessions and shuttle transfers to Rhythm Park. The organisers also say Phuket Takeover Week will add official pre-parties, beach events and after-parties across the island, turning the festival into something closer to a full holiday circuit than a single venue-based show.</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2">
        <w:r>
          <w:rPr>
            <w:color w:val="0000EE"/>
            <w:u w:val="single"/>
          </w:rPr>
          <w:t>[4]</w:t>
        </w:r>
      </w:hyperlink>
      <w:r>
        <w:t xml:space="preserve">- Paragraph 3: </w:t>
      </w:r>
      <w:hyperlink r:id="rId9">
        <w:r>
          <w:rPr>
            <w:color w:val="0000EE"/>
            <w:u w:val="single"/>
          </w:rPr>
          <w:t>[1]</w:t>
        </w:r>
      </w:hyperlink>
      <w:r>
        <w:t xml:space="preserve">, </w:t>
      </w:r>
      <w:hyperlink r:id="rId12">
        <w:r>
          <w:rPr>
            <w:color w:val="0000EE"/>
            <w:u w:val="single"/>
          </w:rPr>
          <w:t>[4]</w:t>
        </w:r>
      </w:hyperlink>
      <w:r>
        <w:t xml:space="preserve">- Paragraph 4: </w:t>
      </w:r>
      <w:hyperlink r:id="rId9">
        <w:r>
          <w:rPr>
            <w:color w:val="0000EE"/>
            <w:u w:val="single"/>
          </w:rPr>
          <w:t>[1]</w:t>
        </w:r>
      </w:hyperlink>
      <w:r>
        <w:t xml:space="preserve">, </w:t>
      </w:r>
      <w:hyperlink r:id="rId10">
        <w:r>
          <w:rPr>
            <w:color w:val="0000EE"/>
            <w:u w:val="single"/>
          </w:rPr>
          <w:t>[2]</w:t>
        </w:r>
      </w:hyperlink>
      <w:r>
        <w:t xml:space="preserve">- Paragraph 5: </w:t>
      </w:r>
      <w:hyperlink r:id="rId9">
        <w:r>
          <w:rPr>
            <w:color w:val="0000EE"/>
            <w:u w:val="single"/>
          </w:rPr>
          <w:t>[1]</w:t>
        </w:r>
      </w:hyperlink>
      <w:r/>
    </w:p>
    <w:p>
      <w:r/>
      <w:r>
        <w:t xml:space="preserve">Source: </w:t>
      </w:r>
      <w:hyperlink r:id="rId13">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https://findyoursounds.com/edc-thailand-announces-artist-lineup-for-december-2026-edition/</w:t>
        </w:r>
      </w:hyperlink>
      <w:r>
        <w:t xml:space="preserve"> - Please view link - unable to able to access data</w:t>
      </w:r>
      <w:r/>
    </w:p>
    <w:p>
      <w:pPr>
        <w:pStyle w:val="ListNumber"/>
        <w:spacing w:line="240" w:lineRule="auto"/>
        <w:ind w:left="720"/>
      </w:pPr>
      <w:r/>
      <w:hyperlink r:id="rId10">
        <w:r>
          <w:rPr>
            <w:color w:val="0000EE"/>
            <w:u w:val="single"/>
          </w:rPr>
          <w:t>https://thailand.edc.com/lineup/</w:t>
        </w:r>
      </w:hyperlink>
      <w:r>
        <w:t xml:space="preserve"> - The official EDC Thailand 2026 lineup page lists the confirmed artists performing across six stages from December 18–20, 2026, at Rhythm Park, Laguna Phuket. The lineup includes Martin Garrix, Charlotte de Witte, DJ Snake, Dom Dolla, Tiësto, Above &amp; Beyond, Andy C, Green Velvet B2B Steve Angello, Worship, Vintage Culture, CamelPhat, Jamie Jones, Subtronics, Boys Noize, VTSS, Loco Dice, Odd Mob, and Paul Van Dyk, with more to be announced. The page also provides information on ticket sales and additional event details.</w:t>
      </w:r>
      <w:r/>
    </w:p>
    <w:p>
      <w:pPr>
        <w:pStyle w:val="ListNumber"/>
        <w:spacing w:line="240" w:lineRule="auto"/>
        <w:ind w:left="720"/>
      </w:pPr>
      <w:r/>
      <w:hyperlink r:id="rId11">
        <w:r>
          <w:rPr>
            <w:color w:val="0000EE"/>
            <w:u w:val="single"/>
          </w:rPr>
          <w:t>https://www.thenocturnaltimes.com/edc-thailand-announces-artist-lineup-for-december-2026-edition/</w:t>
        </w:r>
      </w:hyperlink>
      <w:r>
        <w:t xml:space="preserve"> - An article from The Nocturnal Times announces the artist lineup for EDC Thailand 2026, highlighting the event as the global grand finale of EDC's 30th Anniversary. The piece details the confirmed artists, including Martin Garrix, Charlotte de Witte, DJ Snake, Dom Dolla, Tiësto, Above &amp; Beyond, Andy C, Green Velvet B2B Steve Angello, Worship, Vintage Culture, CamelPhat, Jamie Jones, Subtronics, Boys Noize, VTSS, Loco Dice, Odd Mob, and Paul Van Dyk. It also mentions the event's return to Rhythm Park, Laguna Phuket, from December 18–20, 2026.</w:t>
      </w:r>
      <w:r/>
    </w:p>
    <w:p>
      <w:pPr>
        <w:pStyle w:val="ListNumber"/>
        <w:spacing w:line="240" w:lineRule="auto"/>
        <w:ind w:left="720"/>
      </w:pPr>
      <w:r/>
      <w:hyperlink r:id="rId12">
        <w:r>
          <w:rPr>
            <w:color w:val="0000EE"/>
            <w:u w:val="single"/>
          </w:rPr>
          <w:t>https://djmag.com/news/edc-thailand-2026-full-line-announced</w:t>
        </w:r>
      </w:hyperlink>
      <w:r>
        <w:t xml:space="preserve"> - DJ Mag reports on the full lineup announcement for EDC Thailand 2026, featuring artists such as Martin Garrix, Charlotte de Witte, DJ Snake, Dom Dolla, Tiësto, Above &amp; Beyond, Andy C, Green Velvet B2B Steve Angello, VTSS, and Paul Van Dyk. The article provides insights into the event's return to Rhythm Park, Laguna Phuket, from December 18–20, 2026, and mentions the festival's evolution over the years, including its debut in Thailand in 2025 and the 30th anniversary of the flagship Las Vegas event.</w:t>
      </w:r>
      <w:r/>
    </w:p>
    <w:p>
      <w:pPr>
        <w:pStyle w:val="ListNumber"/>
        <w:spacing w:line="240" w:lineRule="auto"/>
        <w:ind w:left="720"/>
      </w:pPr>
      <w:r/>
      <w:hyperlink r:id="rId14">
        <w:r>
          <w:rPr>
            <w:color w:val="0000EE"/>
            <w:u w:val="single"/>
          </w:rPr>
          <w:t>https://www.thatfestivalsite.com/article/Insomniac%20Announces%20EDC%20Thailand%202026%20Lineup</w:t>
        </w:r>
      </w:hyperlink>
      <w:r>
        <w:t xml:space="preserve"> - That Festival Site covers the announcement of the EDC Thailand 2026 lineup, highlighting the event's return to Rhythm Park, Laguna Phuket, from December 18–20, 2026. The article lists the confirmed artists, including Martin Garrix, Charlotte de Witte, DJ Snake, Dom Dolla, Tiësto, Above &amp; Beyond, Andy C, Green Velvet B2B Steve Angello, Vintage Culture, CamelPhat, Jamie Jones, Subtronics, Loco Dice, Odd Mob, and Paul Van Dyk. It also notes the festival's significance as the global grand finale of EDC's 30th Anniversary celebrations.</w:t>
      </w:r>
      <w:r/>
    </w:p>
    <w:p>
      <w:pPr>
        <w:pStyle w:val="ListNumber"/>
        <w:spacing w:line="240" w:lineRule="auto"/>
        <w:ind w:left="720"/>
      </w:pPr>
      <w:r/>
      <w:hyperlink r:id="rId15">
        <w:r>
          <w:rPr>
            <w:color w:val="0000EE"/>
            <w:u w:val="single"/>
          </w:rPr>
          <w:t>https://www.ravequarters.com/post/edc-thailand-announces-artist-lineup-for-december-2026-edition</w:t>
        </w:r>
      </w:hyperlink>
      <w:r>
        <w:t xml:space="preserve"> - Rave Quarters announces the artist lineup for EDC Thailand 2026, detailing the event's return to Rhythm Park, Laguna Phuket, from December 18–20, 2026. The article lists the confirmed artists, including Martin Garrix, Charlotte de Witte, DJ Snake, Dom Dolla, Tiësto, Above &amp; Beyond, Andy C, Green Velvet B2B Steve Angello, Worship, Vintage Culture, CamelPhat, Jamie Jones, Subtronics, Boys Noize, VTSS, Loco Dice, Odd Mob, and Paul Van Dyk. It also mentions the festival's role as the global grand finale of EDC's 30th Anniversary.</w:t>
      </w:r>
      <w:r/>
    </w:p>
    <w:p>
      <w:pPr>
        <w:pStyle w:val="ListNumber"/>
        <w:spacing w:line="240" w:lineRule="auto"/>
        <w:ind w:left="720"/>
      </w:pPr>
      <w:r/>
      <w:hyperlink r:id="rId16">
        <w:r>
          <w:rPr>
            <w:color w:val="0000EE"/>
            <w:u w:val="single"/>
          </w:rPr>
          <w:t>https://www.cultr.com/news/edc-thailand-2026-lineup-revealed/</w:t>
        </w:r>
      </w:hyperlink>
      <w:r>
        <w:t xml:space="preserve"> - CULTR reveals the EDC Thailand 2026 lineup, highlighting the event's return to Rhythm Park, Laguna Phuket, from December 18–20, 2026. The article lists the confirmed artists, including Martin Garrix, Charlotte de Witte, DJ Snake, Dom Dolla, Tiësto, Above &amp; Beyond, Andy C, Green Velvet B2B Steve Angello, Worship, Vintage Culture, CamelPhat, Jamie Jones, Subtronics, Boys Noize, VTSS, Loco Dice, Odd Mob, and Paul Van Dyk. It also discusses the festival's significance as the global grand finale of EDC's 30th Anniversary celebrations.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findyoursounds.com/edc-thailand-announces-artist-lineup-for-december-2026-edition/" TargetMode="External"/><Relationship Id="rId10" Type="http://schemas.openxmlformats.org/officeDocument/2006/relationships/hyperlink" Target="https://thailand.edc.com/lineup/" TargetMode="External"/><Relationship Id="rId11" Type="http://schemas.openxmlformats.org/officeDocument/2006/relationships/hyperlink" Target="https://www.thenocturnaltimes.com/edc-thailand-announces-artist-lineup-for-december-2026-edition/" TargetMode="External"/><Relationship Id="rId12" Type="http://schemas.openxmlformats.org/officeDocument/2006/relationships/hyperlink" Target="https://djmag.com/news/edc-thailand-2026-full-line-announced" TargetMode="External"/><Relationship Id="rId13" Type="http://schemas.openxmlformats.org/officeDocument/2006/relationships/hyperlink" Target="https://www.noahwire.com" TargetMode="External"/><Relationship Id="rId14" Type="http://schemas.openxmlformats.org/officeDocument/2006/relationships/hyperlink" Target="https://www.thatfestivalsite.com/article/Insomniac%20Announces%20EDC%20Thailand%202026%20Lineup" TargetMode="External"/><Relationship Id="rId15" Type="http://schemas.openxmlformats.org/officeDocument/2006/relationships/hyperlink" Target="https://www.ravequarters.com/post/edc-thailand-announces-artist-lineup-for-december-2026-edition" TargetMode="External"/><Relationship Id="rId16" Type="http://schemas.openxmlformats.org/officeDocument/2006/relationships/hyperlink" Target="https://www.cultr.com/news/edc-thailand-2026-lineup-reveale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