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faces disrupted travel plans as heavy rain and rough seas forecast across the country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heading across Thailand on Saturday should expect a wet day, with the Thai Meteorological Department warning of heavy rain in parts of the North, upper North-east, East and south-west coast, alongside rough seas in the upper Andaman Sea. According to The Thaiger and the Thai Meteorological Department, the main concern is not only short, sharp downpours but also the build-up of rainfall that can quickly turn roads, tracks and low-lying areas difficult to use.</w:t>
      </w:r>
      <w:r/>
    </w:p>
    <w:p>
      <w:r/>
      <w:r>
        <w:t>The weather pattern is being driven by a monsoon trough stretching across northern Thailand towards Laos and a low-pressure area over northern Vietnam, with a strong south-westerly monsoon affecting the Andaman Sea, the mainland and the Gulf. The Nation reported that officials are warning of flash floods and run-off in six provinces, including Phitsanulok, Phetchabun, Chanthaburi, Trat, Ranong and Phang Nga, especially near foothills, waterways and flood-prone ground.</w:t>
      </w:r>
      <w:r/>
    </w:p>
    <w:p>
      <w:r/>
      <w:r>
        <w:t>For visitors, the most practical takeaway is that beach and island plans on the west coast may be the most disrupted. The Thai Meteorological Department says waves in the upper Andaman could reach 2 to 3 metres and climb above 3 metres in thundery areas, while small boats have been told to stay ashore. On the east coast, including Trat and Chanthaburi, seas are also expected to be rougher than usual, with waves around 2 metres and higher in storms.</w:t>
      </w:r>
      <w:r/>
    </w:p>
    <w:p>
      <w:r/>
      <w:r>
        <w:t>Bangkok and surrounding provinces are not spared, with thunderstorms forecast over about 40% of the area. Temperatures remain hot and humid, but rain could arrive in bursts rather than a gentle all-day fall, which may affect commuting, sightseeing and transfers. For travellers, the safest approach is to build flexibility into the day, avoid river crossings and mountain roads during intense rain, and check local ferry and tour departures before setting out.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[3]</w:t>
        </w:r>
      </w:hyperlink>
      <w:r>
        <w:t xml:space="preserve">- Paragraph 2: </w:t>
      </w:r>
      <w:hyperlink r:id="rId11">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https://thethaiger.com/hot-news/weather/thailand-weather-forecast-august-16-heavy-rain-warning-for-four-regions</w:t>
        </w:r>
      </w:hyperlink>
      <w:r>
        <w:t xml:space="preserve"> - Please view link - unable to able to access data</w:t>
      </w:r>
      <w:r/>
    </w:p>
    <w:p>
      <w:pPr>
        <w:pStyle w:val="ListNumber"/>
        <w:spacing w:line="240" w:lineRule="auto"/>
        <w:ind w:left="720"/>
      </w:pPr>
      <w:r/>
      <w:hyperlink r:id="rId11">
        <w:r>
          <w:rPr>
            <w:color w:val="0000EE"/>
            <w:u w:val="single"/>
          </w:rPr>
          <w:t>https://www.nationthailand.com/news/general/40054090</w:t>
        </w:r>
      </w:hyperlink>
      <w:r>
        <w:t xml:space="preserve"> - The Thai Meteorological Department (TMD) has forecasted heavy rain across Thailand on Saturday, August 16, 2025, with flash flood risks in six provinces and rough seas in the Andaman and Gulf. The monsoon trough is affecting the North and Northeast, combined with a strengthening southwest monsoon over the Andaman Sea, Thailand, and the Gulf of Thailand. Residents in Phitsanulok, Phetchabun, Chanthaburi, Trat, Ranong, and Phang Nga are advised to be on high alert for heavy to very heavy rain and accumulated rainfall, which may trigger flash floods and run-off, especially in foothill areas, near waterways, and low-lying zones.</w:t>
      </w:r>
      <w:r/>
    </w:p>
    <w:p>
      <w:pPr>
        <w:pStyle w:val="ListNumber"/>
        <w:spacing w:line="240" w:lineRule="auto"/>
        <w:ind w:left="720"/>
      </w:pPr>
      <w:r/>
      <w:hyperlink r:id="rId10">
        <w:r>
          <w:rPr>
            <w:color w:val="0000EE"/>
            <w:u w:val="single"/>
          </w:rPr>
          <w:t>https://www.tmd.go.th/en/forecast/daily/160820241200</w:t>
        </w:r>
      </w:hyperlink>
      <w:r>
        <w:t xml:space="preserve"> - The Thai Meteorological Department (TMD) has issued a weather forecast for August 16, 2024, indicating that a moderate monsoon trough lies across the upper North and upper Laos into the low-pressure cell over upper Vietnam and the Tonkin Bay, while the southwest monsoon prevails over the Andaman Sea, Thailand, and the Gulf throughout the period. The TMD forecasts isolated heavy rains in the North, the upper Northeast, the Central region, including Bangkok and vicinity, and the East.</w:t>
      </w:r>
      <w:r/>
    </w:p>
    <w:p>
      <w:pPr>
        <w:pStyle w:val="ListNumber"/>
        <w:spacing w:line="240" w:lineRule="auto"/>
        <w:ind w:left="720"/>
      </w:pPr>
      <w:r/>
      <w:hyperlink r:id="rId12">
        <w:r>
          <w:rPr>
            <w:color w:val="0000EE"/>
            <w:u w:val="single"/>
          </w:rPr>
          <w:t>https://thethaiger.com/hot-news/weather/heavy-rainfall-forecast-for-45-thai-provinces-flash-flood-alert</w:t>
        </w:r>
      </w:hyperlink>
      <w:r>
        <w:t xml:space="preserve"> - The Thai Meteorological Department (TMD) has issued heavy rainfall warnings for 45 provinces in Thailand, with potential hazards including flash floods and runoff. The TMD forecasts heavy rainfall in the northern, northeastern, and eastern regions, advising residents to remain vigilant due to the risk of flash floods and water runoff, especially in hilly terrains and low-lying regions. A moderate monsoon trough is currently passing through the upper northern region of Thailand and northern Laos, extending into a low-pressure area over northern Vietnam and the Gulf of Tonkin.</w:t>
      </w:r>
      <w:r/>
    </w:p>
    <w:p>
      <w:pPr>
        <w:pStyle w:val="ListNumber"/>
        <w:spacing w:line="240" w:lineRule="auto"/>
        <w:ind w:left="720"/>
      </w:pPr>
      <w:r/>
      <w:hyperlink r:id="rId13">
        <w:r>
          <w:rPr>
            <w:color w:val="0000EE"/>
            <w:u w:val="single"/>
          </w:rPr>
          <w:t>https://www.pattayamail.com/thailandnews/heavy-rain-expected-in-multiple-regions-flash-flood-and-landslide-warnings-issued-468906</w:t>
        </w:r>
      </w:hyperlink>
      <w:r>
        <w:t xml:space="preserve"> - The Meteorological Department has issued a weather forecast for the next 24 hours, predicting heavy rainfall in parts of Northern, Northeastern, Central, Eastern, and Southern Thailand, including Bangkok and its vicinity. The forecast warns of potential flash floods and landslides, particularly in mountainous and low-lying areas near water sources. A moderate monsoon trough extends across the upper northern and northeastern regions of Thailand, connecting to a low-pressure system over northern Vietnam and the Gulf of Tonkin. Additionally, a southwest monsoon is affecting the Andaman Sea, Thailand, and the Gulf of Thailand, causing heavy rainfall in several areas.</w:t>
      </w:r>
      <w:r/>
    </w:p>
    <w:p>
      <w:pPr>
        <w:pStyle w:val="ListNumber"/>
        <w:spacing w:line="240" w:lineRule="auto"/>
        <w:ind w:left="720"/>
      </w:pPr>
      <w:r/>
      <w:hyperlink r:id="rId14">
        <w:r>
          <w:rPr>
            <w:color w:val="0000EE"/>
            <w:u w:val="single"/>
          </w:rPr>
          <w:t>https://www.pattayamail.com/thailandnews/heavy-rain-expected-in-northern-northeastern-and-eastern-regions-468831</w:t>
        </w:r>
      </w:hyperlink>
      <w:r>
        <w:t xml:space="preserve"> - The Meteorological Department has issued a warning for residents in Northern, Northeastern, and Eastern Thailand, where heavy rainfall is expected in some areas. Citizens in these regions are advised to be cautious of potential dangers from heavy rain and possible flash floods or landslides, especially in foothill areas near waterways and low-lying areas. This weather is due to a moderate monsoon trough passing over northern Thailand and upper Laos, extending to a low-pressure system over northern Vietnam and the Gulf of Tonkin. Additionally, a moderate southwest monsoon is prevailing over the Andaman Sea, Thailand, and the Gulf of Thailand.</w:t>
      </w:r>
      <w:r/>
    </w:p>
    <w:p>
      <w:pPr>
        <w:pStyle w:val="ListNumber"/>
        <w:spacing w:line="240" w:lineRule="auto"/>
        <w:ind w:left="720"/>
      </w:pPr>
      <w:r/>
      <w:hyperlink r:id="rId16">
        <w:r>
          <w:rPr>
            <w:color w:val="0000EE"/>
            <w:u w:val="single"/>
          </w:rPr>
          <w:t>https://www.nationthailand.com/news/general/40040904</w:t>
        </w:r>
      </w:hyperlink>
      <w:r>
        <w:t xml:space="preserve"> - The Thai Meteorological Department (TMD) has forecasted heavy to very heavy rains in Thailand from August 26-28, 2024, with isolated very heavy rains possible in the upper North, the upper Northeast, the East, and the South (west coast). The monsoon trough will move down to the North, the Northeast, and the upper Central regions. The southwest monsoon prevailing over the Andaman Sea, Thailand, and the Gulf will strengthen, and the low-pressure cell over upper Laos will move through the upper North of Thailand and Myanmar. People in these areas should beware of heavy to very heavy rains and accumulations that may cause flash flooding and overflows, especially along foothills near waterways and low-lying 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weather/thailand-weather-forecast-august-16-heavy-rain-warning-for-four-regions" TargetMode="External"/><Relationship Id="rId10" Type="http://schemas.openxmlformats.org/officeDocument/2006/relationships/hyperlink" Target="https://www.tmd.go.th/en/forecast/daily/160820241200" TargetMode="External"/><Relationship Id="rId11" Type="http://schemas.openxmlformats.org/officeDocument/2006/relationships/hyperlink" Target="https://www.nationthailand.com/news/general/40054090" TargetMode="External"/><Relationship Id="rId12" Type="http://schemas.openxmlformats.org/officeDocument/2006/relationships/hyperlink" Target="https://thethaiger.com/hot-news/weather/heavy-rainfall-forecast-for-45-thai-provinces-flash-flood-alert" TargetMode="External"/><Relationship Id="rId13" Type="http://schemas.openxmlformats.org/officeDocument/2006/relationships/hyperlink" Target="https://www.pattayamail.com/thailandnews/heavy-rain-expected-in-multiple-regions-flash-flood-and-landslide-warnings-issued-468906" TargetMode="External"/><Relationship Id="rId14" Type="http://schemas.openxmlformats.org/officeDocument/2006/relationships/hyperlink" Target="https://www.pattayamail.com/thailandnews/heavy-rain-expected-in-northern-northeastern-and-eastern-regions-468831" TargetMode="External"/><Relationship Id="rId15" Type="http://schemas.openxmlformats.org/officeDocument/2006/relationships/hyperlink" Target="https://www.noahwire.com" TargetMode="External"/><Relationship Id="rId16" Type="http://schemas.openxmlformats.org/officeDocument/2006/relationships/hyperlink" Target="https://www.nationthailand.com/news/general/400409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