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Royal Barge Procession rehearsals offer Bangkok visitors a preview of tradition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 visitors will have a rare chance this year to see one of Thailand’s most elaborate ceremonial traditions in motion, as the Royal Barge Procession returns to the Chao Phraya River on 6 November and a series of rehearsals begins from 17 August. For travellers in the capital, the draw is not only the final procession but the build-up: a months-long sequence of practice runs that should give multiple opportunities to catch the spectacle from riverfront viewpoints without needing a ticket. According to the Tourism Authority of Thailand, the best public viewing areas will be along both banks between Krung Thon Bridge and Wat Arun.</w:t>
      </w:r>
      <w:r/>
    </w:p>
    <w:p>
      <w:r/>
      <w:r>
        <w:t>The occasion is tied to the Royal Kathin Ceremony at Wat Arun Ratchawararam, held in honour of Queen Suthida’s 48th birthday anniversary. When the King presents Kathin robes to monks, the event blends Buddhist merit-making with royal pageantry, making it one of the most significant ceremonies in Thailand’s calendar. For visitors, that means the procession is more than a photo opportunity: it is a living display of royal and religious tradition that is still very much part of Thai public life.</w:t>
      </w:r>
      <w:r/>
    </w:p>
    <w:p>
      <w:r/>
      <w:r>
        <w:t>The scale is striking. The Navy says the procession will use 52 royal barges crewed by 2,200 personnel, arranged in five columns and three lines over a route that stretches for about 1,280 metres. Among the principal vessels are the gilded Suphannahong, the Anantanakkharat, Narai Song Suban King Rama IX and Anekkachatphutchong. The barges will set off from Wasukri Pier and pass familiar Bangkok landmarks including Phra Sumen Fort, Somdet Phra Pinklao Bridge, Siriraj Hospital and the Grand Palace before reaching Wat Arun.</w:t>
      </w:r>
      <w:r/>
    </w:p>
    <w:p>
      <w:r/>
      <w:r>
        <w:t>Preparation is already under way. Reuters-style reporting from Thai media says the Royal Thai Navy has been drilling oarsmen on land and in unit-level training before moving on to barges and river formations. The rehearsal calendar runs through August, September and October, with 10 minor rehearsals and two full-dress dress runs. For travellers planning a trip, the dates to note are 17, 20 and 27 August; 3, 8, 17 and 23 September; 2, 8 and 15 October; and full dress rehearsals on 21 and 28 October, all expected to start at about 14:30.</w:t>
      </w:r>
      <w:r/>
    </w:p>
    <w:p>
      <w:r/>
      <w:r>
        <w:t>For visitors, the practical appeal is simple: there is a long window to see the procession-building atmosphere without having to be in Bangkok on 6 November itself. Those who want the fullest view should arrive early and choose a riverside position between Krung Thon Bridge and Wat Arun, where the procession and rehearsals are expected to be visible. The Tourism Authority has also directed visitors to its contact centre for general travel information.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9">
        <w:r>
          <w:rPr>
            <w:color w:val="0000EE"/>
            <w:u w:val="single"/>
          </w:rPr>
          <w:t>[2]</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tnews.org/2026/08/thailand-invites-visitors-to-witness-the-royal-barge-procession-2026-and-rehearsals-on-bangkoks-chao-phraya-river/?utm_source=rss&amp;utm_medium=rss&amp;utm_campaign=thailand-invites-visitors-to-witness-the-royal-barge-procession-2026-and-rehearsals-on-bangkoks-chao-phraya-river</w:t>
        </w:r>
      </w:hyperlink>
      <w:r>
        <w:t xml:space="preserve"> - Please view link - unable to able to access data</w:t>
      </w:r>
      <w:r/>
    </w:p>
    <w:p>
      <w:pPr>
        <w:pStyle w:val="ListNumber"/>
        <w:spacing w:line="240" w:lineRule="auto"/>
        <w:ind w:left="720"/>
      </w:pPr>
      <w:r/>
      <w:hyperlink r:id="rId9">
        <w:r>
          <w:rPr>
            <w:color w:val="0000EE"/>
            <w:u w:val="single"/>
          </w:rPr>
          <w:t>https://www.tatnews.org/2026/08/thailand-invites-visitors-to-witness-the-royal-barge-procession-2026-and-rehearsals-on-bangkoks-chao-phraya-river/?utm_source=rss&amp;utm_medium=rss&amp;utm_campaign=thailand-invites-visitors-to-witness-the-royal-barge-procession-2026-and-rehearsals-on-bangkoks-chao-phraya-river</w:t>
        </w:r>
      </w:hyperlink>
      <w:r>
        <w:t xml:space="preserve"> - The Tourism Authority of Thailand (TAT) has announced that visitors and the public are invited to witness the Royal Barge Procession 2026 and its rehearsals along Bangkok's Chao Phraya River. The Royal Barge Procession is scheduled for 6 November 2026, coinciding with the Royal Kathin Ceremony at Wat Arun Ratchawararam, marking the auspicious occasion of Her Majesty Queen Suthida's 48th birthday. The procession will feature 52 royal barges manned by 2,200 Royal Thai Navy personnel, arranged in five columns and three lines, forming a procession approximately 1,280 metres long and 90 metres wide. The fleet includes four principal royal barges: Suphannahong (Golden Swan), Anantanakkharat (Multi-headed Naga), Narai Song Suban King Rama IX, and Anekkachatphutchong (Innumerable Naga Figures). The royal barges will depart from Wasukri Pier and proceed along the Chao Phraya River, passing landmarks such as Phra Sumen Fort, Somdet Phra Pinklao Bridge, Siriraj Hospital, the Grand Palace, and the Royal Thai Navy Auditorium before arriving at Wat Arun Ratchawararam. In preparation for the Royal Kathin Ceremony, the Royal Thai Navy will conduct 12 rehearsals from August to October, comprising 10 minor rehearsals and two full-dress rehearsals. Each rehearsal is expected to begin at approximately 14:30 Hrs. Members of the public and visitors can observe the rehearsals from viewing areas along both banks of the Chao Phraya River between Krung Thon Bridge and Wat Arun Ratchawararam. The same stretch of riverfront will also offer opportunities to witness the Royal Barge Procession on 6 November, providing visitors with multiple dates from August to November to observe this living piece of Thai royal heritage. For tourism information, contact the TAT Contact Centre at 1672 or follow @1672travelbuddy on Instagram, TikTok, LINE, and X.</w:t>
      </w:r>
      <w:r/>
    </w:p>
    <w:p>
      <w:pPr>
        <w:pStyle w:val="ListNumber"/>
        <w:spacing w:line="240" w:lineRule="auto"/>
        <w:ind w:left="720"/>
      </w:pPr>
      <w:r/>
      <w:hyperlink r:id="rId10">
        <w:r>
          <w:rPr>
            <w:color w:val="0000EE"/>
            <w:u w:val="single"/>
          </w:rPr>
          <w:t>https://www.nationthailand.com/news/general/40066129</w:t>
        </w:r>
      </w:hyperlink>
      <w:r>
        <w:t xml:space="preserve"> - The Royal Thai Navy is preparing for the upcoming Royal Barge Procession to Wat Arun on 6 November 2026, featuring 52 vessels and more than 2,200 personnel. Oarsmen are currently undergoing land-based rowing drills to familiarise themselves with the weight of the paddles, proper posture, and synchronised movement before moving on to practice on water. The next stages will include separate training sessions at different naval units, practice on actual barges, and formation drills on the river ahead of further rehearsals and full-dress rehearsals.</w:t>
      </w:r>
      <w:r/>
    </w:p>
    <w:p>
      <w:pPr>
        <w:pStyle w:val="ListNumber"/>
        <w:spacing w:line="240" w:lineRule="auto"/>
        <w:ind w:left="720"/>
      </w:pPr>
      <w:r/>
      <w:hyperlink r:id="rId11">
        <w:r>
          <w:rPr>
            <w:color w:val="0000EE"/>
            <w:u w:val="single"/>
          </w:rPr>
          <w:t>https://www.khaosodenglish.com/news/2026/03/10/navy-prepares-royal-barge-procession-for-kings-kathin-ceremony-marking-queens-48th-birthday/amp/</w:t>
        </w:r>
      </w:hyperlink>
      <w:r>
        <w:t xml:space="preserve"> - The Royal Thai Navy has launched a training programme for instructors of royal barge crews as preparations begin for a Royal Barge Procession scheduled for later this year. The programme marks the first step in preparing for the Royal Barge Procession accompanying the royal journey to present Kathin robes at Wat Arun Ratchawararam Ratchawaramahawihan on 6 November 2026. The ceremony will be held to honour the auspicious occasion of the fourth cycle (48th) birthday anniversary of Queen Suthida. A total of 162 personnel from 35 naval units assigned to operate royal barges are taking part in the training.</w:t>
      </w:r>
      <w:r/>
    </w:p>
    <w:p>
      <w:pPr>
        <w:pStyle w:val="ListNumber"/>
        <w:spacing w:line="240" w:lineRule="auto"/>
        <w:ind w:left="720"/>
      </w:pPr>
      <w:r/>
      <w:hyperlink r:id="rId12">
        <w:r>
          <w:rPr>
            <w:color w:val="0000EE"/>
            <w:u w:val="single"/>
          </w:rPr>
          <w:t>https://www.pattayamail.com/thailandnews/royal-thai-navy-inspects-preparations-for-upcoming-royal-barge-procession-in-bangkok-555062</w:t>
        </w:r>
      </w:hyperlink>
      <w:r>
        <w:t xml:space="preserve"> - Royal Thai Navy Commander Admiral Pairoj Fuangchan has inspected the training of oarsmen and preparations for the upcoming royal barge procession. The procession is scheduled to take place as part of the royal Kathin robe-offering ceremony, marking the 4th cycle (48th) birthday anniversary of Queen Suthida on June 3, 2026. The inspection was conducted at the Royal Barge Division of the Naval Transportation Department in Bangkok’s Bangkok Noi district. The Navy’s preparation plan focuses on personnel readiness, oarsmen training, the repair of royal barges, and pier preparations. The procession will feature a total of 52 royal barges arranged into five rows, spanning 1,200 meters in length and 90 meters in width. A total of 2,200 navy personnel will serve as crew members for the event.</w:t>
      </w:r>
      <w:r/>
    </w:p>
    <w:p>
      <w:pPr>
        <w:pStyle w:val="ListNumber"/>
        <w:spacing w:line="240" w:lineRule="auto"/>
        <w:ind w:left="720"/>
      </w:pPr>
      <w:r/>
      <w:hyperlink r:id="rId14">
        <w:r>
          <w:rPr>
            <w:color w:val="0000EE"/>
            <w:u w:val="single"/>
          </w:rPr>
          <w:t>https://www.thailand.go.th/issue-focus-detail/the-public-is-invited-to-watch-the-live-broadcast-of-the-royal-funeral-procession-of-her-royal-highness-princess-bajrakitiyabha</w:t>
        </w:r>
      </w:hyperlink>
      <w:r>
        <w:t xml:space="preserve"> - The public is invited to watch the live broadcast of the Royal Funeral Procession of Her Royal Highness Princess Bajrakitiyabha Narendiradebyavati Kromluangrajasarinisiribajra Mahavajrarajadhita from King Chulalongkorn Memorial Hospital to Piman Rattaya Throne Hall in the Grand Palace on 13 June 2026, starting at 3.45 p.m. at Facebook: NBT World.</w:t>
      </w:r>
      <w:r/>
    </w:p>
    <w:p>
      <w:pPr>
        <w:pStyle w:val="ListNumber"/>
        <w:spacing w:line="240" w:lineRule="auto"/>
        <w:ind w:left="720"/>
      </w:pPr>
      <w:r/>
      <w:hyperlink r:id="rId15">
        <w:r>
          <w:rPr>
            <w:color w:val="0000EE"/>
            <w:u w:val="single"/>
          </w:rPr>
          <w:t>https://www.youtube.com/watch?v=YGLJDQNnhTc</w:t>
        </w:r>
      </w:hyperlink>
      <w:r>
        <w:t xml:space="preserve"> - A full parade video of the Royal Barge Procession in Thailand, showcasing the grandeur and beauty of this unique ceremony held on the Chao Phraya River.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tnews.org/2026/08/thailand-invites-visitors-to-witness-the-royal-barge-procession-2026-and-rehearsals-on-bangkoks-chao-phraya-river/?utm_source=rss&amp;utm_medium=rss&amp;utm_campaign=thailand-invites-visitors-to-witness-the-royal-barge-procession-2026-and-rehearsals-on-bangkoks-chao-phraya-river" TargetMode="External"/><Relationship Id="rId10" Type="http://schemas.openxmlformats.org/officeDocument/2006/relationships/hyperlink" Target="https://www.nationthailand.com/news/general/40066129" TargetMode="External"/><Relationship Id="rId11" Type="http://schemas.openxmlformats.org/officeDocument/2006/relationships/hyperlink" Target="https://www.khaosodenglish.com/news/2026/03/10/navy-prepares-royal-barge-procession-for-kings-kathin-ceremony-marking-queens-48th-birthday/amp/" TargetMode="External"/><Relationship Id="rId12" Type="http://schemas.openxmlformats.org/officeDocument/2006/relationships/hyperlink" Target="https://www.pattayamail.com/thailandnews/royal-thai-navy-inspects-preparations-for-upcoming-royal-barge-procession-in-bangkok-555062" TargetMode="External"/><Relationship Id="rId13" Type="http://schemas.openxmlformats.org/officeDocument/2006/relationships/hyperlink" Target="https://www.noahwire.com" TargetMode="External"/><Relationship Id="rId14" Type="http://schemas.openxmlformats.org/officeDocument/2006/relationships/hyperlink" Target="https://www.thailand.go.th/issue-focus-detail/the-public-is-invited-to-watch-the-live-broadcast-of-the-royal-funeral-procession-of-her-royal-highness-princess-bajrakitiyabha" TargetMode="External"/><Relationship Id="rId15" Type="http://schemas.openxmlformats.org/officeDocument/2006/relationships/hyperlink" Target="https://www.youtube.com/watch?v=YGLJDQNnhT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