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Koh Samui surges in European search interest as Thailand's top summer destination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Koh Samui is enjoying another moment in the sun, with travel platform Agoda ranking the Thai island among the five Asian destinations most searched by European tourists for summer stays. In the same period, Bangkok took first place, Bali was second and Koh Samui came third, ahead of Tokyo and Pattaya, according to Agoda’s search data.</w:t>
      </w:r>
      <w:r/>
    </w:p>
    <w:p>
      <w:r/>
      <w:r>
        <w:t>For travellers, the finding reinforces what has long set Koh Samui apart: it is big enough to offer variety, but still compact enough to feel manageable. Travel+Leisure has also singled it out in its 2026 list of the world’s most beautiful islands, praising its white-sand beaches, forested interior and mix of luxury resorts, Buddhist temples and more modest beachfront stays.</w:t>
      </w:r>
      <w:r/>
    </w:p>
    <w:p>
      <w:r/>
      <w:r>
        <w:t>That balance is part of the island’s appeal. Koh Samui still has coconut groves, fishing villages and small bungalows along the coast, so visitors can still find a more relaxed tropical atmosphere alongside the higher-end hotels that now shape much of its accommodation offer. Its profile was also boosted by its appearance in the third season of "The White Lotus", which gave the island a wider global audience.</w:t>
      </w:r>
      <w:r/>
    </w:p>
    <w:p>
      <w:r/>
      <w:r>
        <w:t>The broader picture is good news for Thailand as a summer destination. Agoda said Thailand remained the most searched Asian market among European travellers for the second year running, while its wider travel insights suggest the country continues to draw visitors from across Asia as well. For holidaymakers planning a Thailand trip, that means Koh Samui remains one of the strongest choices for a beach break that combines easy resort comfort with enough local character to feel distinct.</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9">
        <w:r>
          <w:rPr>
            <w:color w:val="0000EE"/>
            <w:u w:val="single"/>
          </w:rPr>
          <w:t>[1]</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11">
        <w:r>
          <w:rPr>
            <w:color w:val="0000EE"/>
            <w:u w:val="single"/>
          </w:rPr>
          <w:t>[4]</w:t>
        </w:r>
      </w:hyperlink>
      <w:r>
        <w:t xml:space="preserve">, </w:t>
      </w:r>
      <w:hyperlink r:id="rId12">
        <w:r>
          <w:rPr>
            <w:color w:val="0000EE"/>
            <w:u w:val="single"/>
          </w:rPr>
          <w:t>[5]</w:t>
        </w:r>
      </w:hyperlink>
      <w:r/>
    </w:p>
    <w:p>
      <w:r/>
      <w:r>
        <w:t xml:space="preserve">Source: </w:t>
      </w:r>
      <w:hyperlink r:id="rId13">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https://e.vnexpress.net/news/travel/places/world-s-most-beautiful-island-named-among-asia-s-preferred-destinations-by-european-tourists-5108760.html</w:t>
        </w:r>
      </w:hyperlink>
      <w:r>
        <w:t xml:space="preserve"> - Please view link - unable to able to access data</w:t>
      </w:r>
      <w:r/>
    </w:p>
    <w:p>
      <w:pPr>
        <w:pStyle w:val="ListNumber"/>
        <w:spacing w:line="240" w:lineRule="auto"/>
        <w:ind w:left="720"/>
      </w:pPr>
      <w:r/>
      <w:hyperlink r:id="rId10">
        <w:r>
          <w:rPr>
            <w:color w:val="0000EE"/>
            <w:u w:val="single"/>
          </w:rPr>
          <w:t>https://www.travelandleisure.com/worlds-most-beautiful-islands-2026-7501234</w:t>
        </w:r>
      </w:hyperlink>
      <w:r>
        <w:t xml:space="preserve"> - Travel+Leisure's 2026 list of the world's most beautiful islands highlights destinations renowned for their natural beauty and unique charm. Koh Samui, Thailand's third-largest island, is celebrated for its pristine white sand beaches, lush tropical forests, and luxurious resorts. The island's rich cultural heritage, including sacred Buddhist temples, adds to its allure. Despite its growing reputation as a luxury destination, Koh Samui has managed to retain much of its original charm through its coconut groves, small beachfront bungalows, and coastal villages. The island gained international attention following its appearance in the third season of the acclaimed TV series 'The White Lotus.'</w:t>
      </w:r>
      <w:r/>
    </w:p>
    <w:p>
      <w:pPr>
        <w:pStyle w:val="ListNumber"/>
        <w:spacing w:line="240" w:lineRule="auto"/>
        <w:ind w:left="720"/>
      </w:pPr>
      <w:r/>
      <w:hyperlink r:id="rId14">
        <w:r>
          <w:rPr>
            <w:color w:val="0000EE"/>
            <w:u w:val="single"/>
          </w:rPr>
          <w:t>https://www.agoda.com/press/agoda-unveils-top-destinations-for-songkran-pattaya-leads-the-way-for-thai-travelers/</w:t>
        </w:r>
      </w:hyperlink>
      <w:r>
        <w:t xml:space="preserve"> - Agoda's 2025 report on Songkran travel trends reveals that Pattaya was the top domestic destination for Thai travelers during the Songkran festival, based on accommodation searches. Internationally, Pattaya ranked second, just behind Bangkok, as a preferred destination to celebrate Thailand’s iconic water festival. The report highlights the enduring appeal of Pattaya for both domestic and international visitors during the Songkran festivities.</w:t>
      </w:r>
      <w:r/>
    </w:p>
    <w:p>
      <w:pPr>
        <w:pStyle w:val="ListNumber"/>
        <w:spacing w:line="240" w:lineRule="auto"/>
        <w:ind w:left="720"/>
      </w:pPr>
      <w:r/>
      <w:hyperlink r:id="rId11">
        <w:r>
          <w:rPr>
            <w:color w:val="0000EE"/>
            <w:u w:val="single"/>
          </w:rPr>
          <w:t>https://www.agoda.com/press/agoda-unveils-europe-to-asia-summer-travel-trends-thailand-tops-the-charts-vietnam-joins-the-top-5/</w:t>
        </w:r>
      </w:hyperlink>
      <w:r>
        <w:t xml:space="preserve"> - Agoda's 2025 'Europe to Asia Summer Travel Trends' report indicates that Thailand remained the most searched Asian market by European travelers for the second consecutive year. The report highlights the enduring appeal of Thailand among European tourists, with destinations like Koh Samui contributing to this trend.</w:t>
      </w:r>
      <w:r/>
    </w:p>
    <w:p>
      <w:pPr>
        <w:pStyle w:val="ListNumber"/>
        <w:spacing w:line="240" w:lineRule="auto"/>
        <w:ind w:left="720"/>
      </w:pPr>
      <w:r/>
      <w:hyperlink r:id="rId12">
        <w:r>
          <w:rPr>
            <w:color w:val="0000EE"/>
            <w:u w:val="single"/>
          </w:rPr>
          <w:t>https://www.agoda.com/press/agoda-reveals-first-half-2026-travel-insights-thailand-draws-visitors-from-every-corner-of-asia-as-malaysia-south-korea-and-china-lead-the-way/</w:t>
        </w:r>
      </w:hyperlink>
      <w:r>
        <w:t xml:space="preserve"> - Agoda's 2026 travel insights reveal that Thailand attracted visitors from across Asia, with Malaysia, South Korea, and China leading the way. The report highlights the diverse appeal of Thailand's destinations, including Koh Samui, which continues to draw international travelers seeking its unique blend of natural beauty and cultural experiences.</w:t>
      </w:r>
      <w:r/>
    </w:p>
    <w:p>
      <w:pPr>
        <w:pStyle w:val="ListNumber"/>
        <w:spacing w:line="240" w:lineRule="auto"/>
        <w:ind w:left="720"/>
      </w:pPr>
      <w:r/>
      <w:hyperlink r:id="rId15">
        <w:r>
          <w:rPr>
            <w:color w:val="0000EE"/>
            <w:u w:val="single"/>
          </w:rPr>
          <w:t>https://www.agoda.com/press/agoda-revealed-thailands-popular-valentines-day-destinations/</w:t>
        </w:r>
      </w:hyperlink>
      <w:r>
        <w:t xml:space="preserve"> - Agoda's 2026 report on Thailand's popular Valentine's Day destinations shows that Surat Thani, which includes Koh Samui, experienced a significant increase in accommodation searches. This surge reflects rising interest among couples seeking a romantic escape to the island's picturesque beaches and serene environment.</w:t>
      </w:r>
      <w:r/>
    </w:p>
    <w:p>
      <w:pPr>
        <w:pStyle w:val="ListNumber"/>
        <w:spacing w:line="240" w:lineRule="auto"/>
        <w:ind w:left="720"/>
      </w:pPr>
      <w:r/>
      <w:hyperlink r:id="rId16">
        <w:r>
          <w:rPr>
            <w:color w:val="0000EE"/>
            <w:u w:val="single"/>
          </w:rPr>
          <w:t>https://www.agoda.com/press/agoda-reveals-5-most-booked-asian-destinations-in-the-first-half-of-2025/</w:t>
        </w:r>
      </w:hyperlink>
      <w:r>
        <w:t xml:space="preserve"> - Agoda's 2025 report on the most booked Asian destinations highlights Bangkok, Pattaya, and Phuket as the top three destinations. While Koh Samui is not explicitly mentioned, its proximity to these popular destinations and its appeal to travelers seeking Thailand's coastal experiences suggest its continued popularity among tourists.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vnexpress.net/news/travel/places/world-s-most-beautiful-island-named-among-asia-s-preferred-destinations-by-european-tourists-5108760.html" TargetMode="External"/><Relationship Id="rId10" Type="http://schemas.openxmlformats.org/officeDocument/2006/relationships/hyperlink" Target="https://www.travelandleisure.com/worlds-most-beautiful-islands-2026-7501234" TargetMode="External"/><Relationship Id="rId11" Type="http://schemas.openxmlformats.org/officeDocument/2006/relationships/hyperlink" Target="https://www.agoda.com/press/agoda-unveils-europe-to-asia-summer-travel-trends-thailand-tops-the-charts-vietnam-joins-the-top-5/" TargetMode="External"/><Relationship Id="rId12" Type="http://schemas.openxmlformats.org/officeDocument/2006/relationships/hyperlink" Target="https://www.agoda.com/press/agoda-reveals-first-half-2026-travel-insights-thailand-draws-visitors-from-every-corner-of-asia-as-malaysia-south-korea-and-china-lead-the-way/" TargetMode="External"/><Relationship Id="rId13" Type="http://schemas.openxmlformats.org/officeDocument/2006/relationships/hyperlink" Target="https://www.noahwire.com" TargetMode="External"/><Relationship Id="rId14" Type="http://schemas.openxmlformats.org/officeDocument/2006/relationships/hyperlink" Target="https://www.agoda.com/press/agoda-unveils-top-destinations-for-songkran-pattaya-leads-the-way-for-thai-travelers/" TargetMode="External"/><Relationship Id="rId15" Type="http://schemas.openxmlformats.org/officeDocument/2006/relationships/hyperlink" Target="https://www.agoda.com/press/agoda-revealed-thailands-popular-valentines-day-destinations/" TargetMode="External"/><Relationship Id="rId16" Type="http://schemas.openxmlformats.org/officeDocument/2006/relationships/hyperlink" Target="https://www.agoda.com/press/agoda-reveals-5-most-booked-asian-destinations-in-the-first-half-of-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