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Hidden Phuket beaches offer secluded escapes for couples seeking tranquillity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 couples who want Phuket without the party-strip pace, the island still has a handful of beaches that feel genuinely restful. The best options tend to be on the north-western side, where coves are quieter, access is less obvious and the pace is slower. That makes them better suited to long swims, sunset walks and low-key stays than to noisy beach clubs or all-day activity. The trade-off is that some of these places have limited facilities, so it helps to choose them with a bit of planning.</w:t>
      </w:r>
      <w:r/>
    </w:p>
    <w:p>
      <w:r/>
      <w:r>
        <w:t>Layan Beach is one of the calmest choices. Set at the northern end of Bang Tao, it has soft sand, sheltered water and a remote feel that appeals to travellers looking for privacy. According to Phuket.net, the bay is protected by Koh Kala, which helps keep the sea gentler, but the shallow water directly in front of Layan Beach Resort is not ideal for swimming. Couples who want to get in the water may need to walk further along towards Bang Tao, and a hire car is useful because the area is quiet and not especially rich in entertainment.</w:t>
      </w:r>
      <w:r/>
    </w:p>
    <w:p>
      <w:r/>
      <w:r>
        <w:t>Nai Thon Beach is another strong pick for a more secluded stay. Travel guides describe it as a green-framed bay with clear water, soft sand and a road that keeps casual day-trippers away. It is also one of the more practical quiet beaches for couples arriving by air, since it lies close to Phuket International Airport. Data from Phuket travel sites also show that Nai Thon sits within Sirinat National Park, where turtle nesting season runs from November to February, adding a valuable nature angle for visitors who want a beach that still feels protected rather than overbuilt. There are a few places to eat nearby, so it is a better all-round choice than some of the island’s more isolated coves.</w:t>
      </w:r>
      <w:r/>
    </w:p>
    <w:p>
      <w:r/>
      <w:r>
        <w:t>Banana Beach offers a more hidden, almost secretive experience. Reached by a short walk through tropical greenery, it rewards the extra effort with clear water and a sense of escape that is harder to find near Phuket’s better-known resorts. It suits couples who do not mind a little inconvenience in exchange for quieter surroundings and a more untouched look. The lack of easy access is part of the appeal, though it also means visitors should come prepared, as services are limited.</w:t>
      </w:r>
      <w:r/>
    </w:p>
    <w:p>
      <w:r/>
      <w:r>
        <w:t>Freedom Beach is the most surprising of the group because it sits close to Patong yet still manages to feel apart from it. Its white sand and turquoise water make it one of the prettiest beaches on the island, but its relative seclusion depends on limited access rather than distance. That makes timing important: according to local beach guides, arriving early offers the best chance of enjoying the beach at its quietest. For couples staying near Patong who still want a peaceful stretch of sand, it can be the easiest compromise between convenience and calm.</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2: </w:t>
      </w:r>
      <w:hyperlink r:id="rId10">
        <w:r>
          <w:rPr>
            <w:color w:val="0000EE"/>
            <w:u w:val="single"/>
          </w:rPr>
          <w:t>[2]</w:t>
        </w:r>
      </w:hyperlink>
      <w:r>
        <w:t xml:space="preserve">, </w:t>
      </w:r>
      <w:hyperlink r:id="rId14">
        <w:r>
          <w:rPr>
            <w:color w:val="0000EE"/>
            <w:u w:val="single"/>
          </w:rPr>
          <w:t>[6]</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5">
        <w:r>
          <w:rPr>
            <w:color w:val="0000EE"/>
            <w:u w:val="single"/>
          </w:rPr>
          <w:t>[7]</w:t>
        </w:r>
      </w:hyperlink>
      <w:r>
        <w:t xml:space="preserve">- Paragraph 4: </w:t>
      </w:r>
      <w:hyperlink r:id="rId9">
        <w:r>
          <w:rPr>
            <w:color w:val="0000EE"/>
            <w:u w:val="single"/>
          </w:rPr>
          <w:t>[1]</w:t>
        </w:r>
      </w:hyperlink>
      <w:r>
        <w:t xml:space="preserve">- Paragraph 5: </w:t>
      </w:r>
      <w:hyperlink r:id="rId9">
        <w:r>
          <w:rPr>
            <w:color w:val="0000EE"/>
            <w:u w:val="single"/>
          </w:rPr>
          <w:t>[1]</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https://www.thevacationgateway.com/quiet-beaches-in-phuket-for-couples-seeking-privacy-and-calm.html</w:t>
        </w:r>
      </w:hyperlink>
      <w:r>
        <w:t xml:space="preserve"> - Please view link - unable to able to access data</w:t>
      </w:r>
      <w:r/>
    </w:p>
    <w:p>
      <w:pPr>
        <w:pStyle w:val="ListNumber"/>
        <w:spacing w:line="240" w:lineRule="auto"/>
        <w:ind w:left="720"/>
      </w:pPr>
      <w:r/>
      <w:hyperlink r:id="rId10">
        <w:r>
          <w:rPr>
            <w:color w:val="0000EE"/>
            <w:u w:val="single"/>
          </w:rPr>
          <w:t>https://www.phuket.net/visit-phuket/about/destinations/layan-beach/</w:t>
        </w:r>
      </w:hyperlink>
      <w:r>
        <w:t xml:space="preserve"> - Layan Beach is a secluded bay located at the northern end of Bang Tao Beach in Phuket. Accessible via a winding road through the Laguna Phuket Golf Club, it offers a tranquil environment with soft golden sands and calm waters. The beach is sheltered by a small island, Koh Kala, which protects it from strong waves, making it ideal for relaxation. However, swimming directly in front of the Layan Beach Resort is not recommended due to shallow waters; guests often walk a few hundred metres to Bang Tao Beach for swimming. The area is remote, with limited entertainment options, so visitors are advised to rent a car for exploring nearby attractions.</w:t>
      </w:r>
      <w:r/>
    </w:p>
    <w:p>
      <w:pPr>
        <w:pStyle w:val="ListNumber"/>
        <w:spacing w:line="240" w:lineRule="auto"/>
        <w:ind w:left="720"/>
      </w:pPr>
      <w:r/>
      <w:hyperlink r:id="rId11">
        <w:r>
          <w:rPr>
            <w:color w:val="0000EE"/>
            <w:u w:val="single"/>
          </w:rPr>
          <w:t>https://welovephuket.com/beaches/nai-thon-beach/</w:t>
        </w:r>
      </w:hyperlink>
      <w:r>
        <w:t xml:space="preserve"> - Nai Thon Beach is a pristine bay situated between Phuket International Airport and Bang Tao Beach. Framed by green headlands and backed by jungle, it remains uncrowded even during peak season. The beach features clean white sand and transparent waters, offering excellent conditions for swimming and snorkeling, especially around the rocky headlands at both ends. The road leading to Nai Thon Beach winds through jungle hillside, deterring casual visitors and preserving its peaceful atmosphere. Nearby, the Pullman Phuket Arcadia Nai Thon Beach resort provides accommodation options for those seeking a more secluded experience.</w:t>
      </w:r>
      <w:r/>
    </w:p>
    <w:p>
      <w:pPr>
        <w:pStyle w:val="ListNumber"/>
        <w:spacing w:line="240" w:lineRule="auto"/>
        <w:ind w:left="720"/>
      </w:pPr>
      <w:r/>
      <w:hyperlink r:id="rId12">
        <w:r>
          <w:rPr>
            <w:color w:val="0000EE"/>
            <w:u w:val="single"/>
          </w:rPr>
          <w:t>https://www.phuket-travel-secrets.com/nai-thon-beach.html</w:t>
        </w:r>
      </w:hyperlink>
      <w:r>
        <w:t xml:space="preserve"> - Nai Thon Beach is a serene destination located on Phuket's northwest coast, approximately 10 minutes from Phuket International Airport. Unlike the bustling tourist hotspots, Nai Thon offers a peaceful escape with its soft golden sands, crystal-clear waters, and untouched natural beauty. The beach is part of the Sirinat National Park, established in 1981 to protect the Olive Ridley Sea Turtles that lay their eggs here from November to February. The area remains relatively undeveloped, providing a laid-back atmosphere perfect for relaxation and enjoying Phuket's natural beauty.</w:t>
      </w:r>
      <w:r/>
    </w:p>
    <w:p>
      <w:pPr>
        <w:pStyle w:val="ListNumber"/>
        <w:spacing w:line="240" w:lineRule="auto"/>
        <w:ind w:left="720"/>
      </w:pPr>
      <w:r/>
      <w:hyperlink r:id="rId13">
        <w:r>
          <w:rPr>
            <w:color w:val="0000EE"/>
            <w:u w:val="single"/>
          </w:rPr>
          <w:t>https://www.phuket.net/visit-phuket/about/destinations/nai-thon-beach/</w:t>
        </w:r>
      </w:hyperlink>
      <w:r>
        <w:t xml:space="preserve"> - Nai Thon Beach is a pristine stretch of sand located about 7 km south of Phuket International Airport. Part of the Sirinat Marine National Park, it offers a quiet retreat with a few sunbeds available for hire and small restaurants serving fresh seafood and local dishes. The beach is accessible via a winding road through jungle and rubber plantations, leading to a secluded cove with clear waters and gentle waves, making it ideal for swimming and relaxation.</w:t>
      </w:r>
      <w:r/>
    </w:p>
    <w:p>
      <w:pPr>
        <w:pStyle w:val="ListNumber"/>
        <w:spacing w:line="240" w:lineRule="auto"/>
        <w:ind w:left="720"/>
      </w:pPr>
      <w:r/>
      <w:hyperlink r:id="rId14">
        <w:r>
          <w:rPr>
            <w:color w:val="0000EE"/>
            <w:u w:val="single"/>
          </w:rPr>
          <w:t>https://www.phuket-travel-secrets.com/layan-beach.html</w:t>
        </w:r>
      </w:hyperlink>
      <w:r>
        <w:t xml:space="preserve"> - Layan Beach is a tranquil stretch of sand located at the northern end of Bang Tao Beach in Phuket. The beach is sheltered by a small island called Koh Kala, which protects it from strong waves, making it ideal for relaxation. The area is remote, with limited entertainment options, so visitors are advised to rent a car for exploring nearby attractions. The beach is part of the Sirinat National Park, offering a peaceful environment away from the crowds.</w:t>
      </w:r>
      <w:r/>
    </w:p>
    <w:p>
      <w:pPr>
        <w:pStyle w:val="ListNumber"/>
        <w:spacing w:line="240" w:lineRule="auto"/>
        <w:ind w:left="720"/>
      </w:pPr>
      <w:r/>
      <w:hyperlink r:id="rId15">
        <w:r>
          <w:rPr>
            <w:color w:val="0000EE"/>
            <w:u w:val="single"/>
          </w:rPr>
          <w:t>https://www.phuket-plaza.com/phuket-beaches/nai-thon-beach/</w:t>
        </w:r>
      </w:hyperlink>
      <w:r>
        <w:t xml:space="preserve"> - Nai Thon Beach is a quiet and secluded stretch of sand located between Bang Tao and Nai Yang beaches in Phuket. The beach is part of the Sirinat National Park, established in 1981 to protect the Olive Ridley Sea Turtles that lay their eggs here from November to February. The area remains relatively untouched, offering a peaceful environment with clear waters and gentle waves, making it ideal for swimming and snorkeling. There are a few restaurants serving excellent food, and the beach is well-maintained, providing a relaxing experience away from the crowds.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vacationgateway.com/quiet-beaches-in-phuket-for-couples-seeking-privacy-and-calm.html" TargetMode="External"/><Relationship Id="rId10" Type="http://schemas.openxmlformats.org/officeDocument/2006/relationships/hyperlink" Target="https://www.phuket.net/visit-phuket/about/destinations/layan-beach/" TargetMode="External"/><Relationship Id="rId11" Type="http://schemas.openxmlformats.org/officeDocument/2006/relationships/hyperlink" Target="https://welovephuket.com/beaches/nai-thon-beach/" TargetMode="External"/><Relationship Id="rId12" Type="http://schemas.openxmlformats.org/officeDocument/2006/relationships/hyperlink" Target="https://www.phuket-travel-secrets.com/nai-thon-beach.html" TargetMode="External"/><Relationship Id="rId13" Type="http://schemas.openxmlformats.org/officeDocument/2006/relationships/hyperlink" Target="https://www.phuket.net/visit-phuket/about/destinations/nai-thon-beach/" TargetMode="External"/><Relationship Id="rId14" Type="http://schemas.openxmlformats.org/officeDocument/2006/relationships/hyperlink" Target="https://www.phuket-travel-secrets.com/layan-beach.html" TargetMode="External"/><Relationship Id="rId15" Type="http://schemas.openxmlformats.org/officeDocument/2006/relationships/hyperlink" Target="https://www.phuket-plaza.com/phuket-beaches/nai-thon-beach/"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