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EDC Thailand 2026 to culminate global festival anniversary with island-wide musical experience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Thailand’s biggest electronic music draw is shaping up to be more than a festival weekend. EDC Thailand returns to Rhythm Park in Laguna Phuket from 18 to 20 December 2026, and organisers are positioning the third edition as the closing event in EDC’s global 30th anniversary celebrations. For travellers weighing where to spend a Thailand trip, that matters: this is a rare chance to pair a beach break with one of the year’s largest dance-music line-ups. Insomniac and its Thai partner have described the event as a major island-wide experience rather than a single-site concert, with Phuket’s peak-season timing adding to the appeal. </w:t>
      </w:r>
      <w:r/>
    </w:p>
    <w:p>
      <w:r/>
      <w:r>
        <w:t xml:space="preserve">What makes Phuket especially attractive is that the festival is built into the destination rather than bolted on to it. Rhythm Park sits in the Laguna Phuket area near Bang Tao Beach, so festivalgoers can expect warm evenings, resort access and a setting that makes the journey feel like part holiday, part rave. Local travel coverage says EDC has quickly become the island’s largest music event, and the move to December aligns it with the busy season, when international visitors are already heading to Phuket. </w:t>
      </w:r>
      <w:r/>
    </w:p>
    <w:p>
      <w:r/>
      <w:r>
        <w:t xml:space="preserve">The line-up is another reason to plan early. Organisers say the 2026 edition will be headlined by Martin Garrix, Charlotte de Witte, DJ Snake, Dom Dolla, Tiësto and Above &amp; Beyond, with Andy C, Green Velvet B2B Steve Angello, Vintage Culture, CamelPhat, Jamie Jones and Subtronics also on the bill. EDM.com reported that the event closes out EDC’s 30th anniversary run, which gives this year’s programme an added sense of finality and makes it unlikely to be repeated in quite the same form. </w:t>
      </w:r>
      <w:r/>
    </w:p>
    <w:p>
      <w:r/>
      <w:r>
        <w:t xml:space="preserve">Travellers who want the full experience will also find that the production is spread across six distinct stages. Alongside kineticFIELD and circuitGROUNDS, this edition includes Factory 93-hosted neonGARDEN, plus stereoBLOOM, bionicJUNGLE and BOOMBOX, the last of which is aimed at emerging Southeast Asian talent. That variety should make the festival easier to navigate for visitors with different tastes, from house and techno to harder bass sounds and trance. </w:t>
      </w:r>
      <w:r/>
    </w:p>
    <w:p>
      <w:r/>
      <w:r>
        <w:t xml:space="preserve">Accommodation is likely to be the practical pressure point. Insomniac’s Hotel EDC returns at Angsana Laguna Phuket and, according to the organisers, includes themed rooms, beach parties, wellness activities, pop-up sets and shuttle transport to Rhythm Park. For travellers, that translates into less logistical stress and a better chance of staying close to the action, but it also means rooms are likely to go quickly once demand builds around the December dates. </w:t>
      </w:r>
      <w:r/>
    </w:p>
    <w:p>
      <w:r/>
      <w:r>
        <w:t xml:space="preserve">The festival is also spreading beyond the main grounds. Organisers say Phuket Takeover Week will bring official parties, beach events and after-parties to venues across the island, though the full calendar has not yet been disclosed. For visitors, that is the real selling point: EDC Thailand is not just a ticketed event, but a reason to base a whole Thailand trip around Phuket, with a dense run of music, nightlife and resort downtime packed into three December days.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[4]</w:t>
        </w:r>
      </w:hyperlink>
      <w:r>
        <w:t xml:space="preserve">- Paragraph 6: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[6]</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https://edm.com/events/5-reasons-book-flight-phuket-edc-thailand-festival/</w:t>
        </w:r>
      </w:hyperlink>
      <w:r>
        <w:t xml:space="preserve"> - Please view link - unable to able to access data</w:t>
      </w:r>
      <w:r/>
    </w:p>
    <w:p>
      <w:pPr>
        <w:pStyle w:val="ListNumber"/>
        <w:spacing w:line="240" w:lineRule="auto"/>
        <w:ind w:left="720"/>
      </w:pPr>
      <w:r/>
      <w:hyperlink r:id="rId10">
        <w:r>
          <w:rPr>
            <w:color w:val="0000EE"/>
            <w:u w:val="single"/>
          </w:rPr>
          <w:t>https://www.thatfestivalsite.com/article/Insomniac%20Announces%20EDC%20Thailand%202026%20Lineup</w:t>
        </w:r>
      </w:hyperlink>
      <w:r>
        <w:t xml:space="preserve"> - Insomniac Events and Future Vibes Co., Ltd. have unveiled the artist lineup for EDC Thailand 2026, returning to Rhythm Park, Laguna Phuket across three nights on 18th, 19th, and 20th December, 2026. The lineup is a genuine statement of scale and range, headlined by Martin Garrix, Charlotte de Witte, DJ Snake, Dom Dolla, Tiësto, Above and Beyond, Andy C, Green Velvet B2B Steve Angello, Vintage Culture, CamelPhat, Jamie Jones, Subtronics, Loco Dice, Odd Mob, Paul Van Dyk, and many more across six purpose-built stages. Those stages include the iconic kineticFIELD, the bass-heavy circuitGROUNDS, Factory 93-hosted neonGARDEN, the eclectic stereoBLOOM, lush bionicJUNGLE, and BOOMBOX, a dedicated platform spotlighting emerging Southeast Asian talent. Stage takeovers add another layer of programming depth, with Bassrush Experience taking circuitGROUNDS on Friday, and stereoBLOOM hosting Insomniac Records on Friday, Dreamstate on Saturday, and Basscon on Sunday. Off-site, Hotel EDC Thailand returns at Angsana Laguna Phuket, and the newly expanded EDC Thailand Phuket Takeover Week will animate venues island-wide with official pre-parties, beach events, and after-parties throughout the week.</w:t>
      </w:r>
      <w:r/>
    </w:p>
    <w:p>
      <w:pPr>
        <w:pStyle w:val="ListNumber"/>
        <w:spacing w:line="240" w:lineRule="auto"/>
        <w:ind w:left="720"/>
      </w:pPr>
      <w:r/>
      <w:hyperlink r:id="rId12">
        <w:r>
          <w:rPr>
            <w:color w:val="0000EE"/>
            <w:u w:val="single"/>
          </w:rPr>
          <w:t>https://www.phuket101.net/edc-thailand-2026-phuket/</w:t>
        </w:r>
      </w:hyperlink>
      <w:r>
        <w:t xml:space="preserve"> - Electric Daisy Carnival (EDC) is one of the largest electronic music festivals in the world, and since 2025 it has called Phuket home for its Southeast Asian edition. The festival runs over three nights at Rhythm Park near Bang Tao Beach, with massive stages, art installations, carnival rides, fireworks, and dozens of international DJs across house, techno, trance, drum and bass, and hardstyle. EDC Thailand has quickly become the biggest music event on the island and one of the most significant in Asia. The next edition of EDC Thailand runs from 18 to 20 December 2026 at Rhythm Park in the Laguna Phuket area. This is the third year of the festival in Phuket, and the dates have moved from January to December, aligning with the peak tourist season when international visitors are already on the island. A Thai promoter, Billions EDC Co., Ltd., purchased the rights and invested over one billion baht to bring the brand to Phuket. Insomniac Events handles the production and stage design. The partnership has a five-year commitment, meaning EDC Thailand is expected to run in Phuket through at least 2029.</w:t>
      </w:r>
      <w:r/>
    </w:p>
    <w:p>
      <w:pPr>
        <w:pStyle w:val="ListNumber"/>
        <w:spacing w:line="240" w:lineRule="auto"/>
        <w:ind w:left="720"/>
      </w:pPr>
      <w:r/>
      <w:hyperlink r:id="rId13">
        <w:r>
          <w:rPr>
            <w:color w:val="0000EE"/>
            <w:u w:val="single"/>
          </w:rPr>
          <w:t>https://www.discoverythailand.com/events-edc-thailand-2026</w:t>
        </w:r>
      </w:hyperlink>
      <w:r>
        <w:t xml:space="preserve"> - EDC Thailand 2026 takes place from 16–18 January 2026 at Rhythm Park, Phuket, featuring massive new stages, immersive production, and a vibrant fusion of music, art, fashion, and culture for an unforgettable festival experience. The world-famous electronic music festival Electric Daisy Carnival (EDC Thailand 2026) is officially making its return from 16–18 January 2026 at Rhythm Park, Thalang District, Phuket, promising an experience that is bigger, louder, and more spectacular than ever. More than just a concert, EDC Thailand 2026 is a full-scale universe of music, lights, and art, transporting festivalgoers into a dreamlike world filled with energy and imagination. This year’s production has been massively upgraded with all-new stages, next-level sound and lighting, immersive visual installations, exciting new zones, and the highly anticipated “Hotel EDC”—a must-visit check-in spot for fashion lovers and party enthusiasts. Beyond the music, EDC Thailand 2026 is a celebration of culture and creativity, blending Music, Art, Fashion, and unique Thai-inspired elements to create unforgettable moments that are truly one of a kind. From Las Vegas to Phuket, EDC once again delivers limitless energy and pure festival magic. Whether you joined last year or are attending for the first time, EDC Thailand 2026 is an experience not to be missed.</w:t>
      </w:r>
      <w:r/>
    </w:p>
    <w:p>
      <w:pPr>
        <w:pStyle w:val="ListNumber"/>
        <w:spacing w:line="240" w:lineRule="auto"/>
        <w:ind w:left="720"/>
      </w:pPr>
      <w:r/>
      <w:hyperlink r:id="rId15">
        <w:r>
          <w:rPr>
            <w:color w:val="0000EE"/>
            <w:u w:val="single"/>
          </w:rPr>
          <w:t>https://www.festivaldust.com/festivals/edc-thailand-2026-phuketthailand</w:t>
        </w:r>
      </w:hyperlink>
      <w:r>
        <w:t xml:space="preserve"> - EDC Thailand 2026 Lineup. Jan 16th - Jan 18th · Phuket, Thailand. Lineup. Set Times. 112 Artists. All Days. All Stages. Image: 2HIGH2FALL. 2HIGH2FALL. Kinetic Field. Day 3. 3pm - 4pm. Image: 2SPADE. 2SPADE. Circuit Grounds. Day 1. 4:15pm - 5:15pm. Image: AFROJACK. AFROJACK. Kinetic Field. Day 3. 8pm - 9:15pm. Image: ALEX WU. ALEX WU. Boombox Stage. Day 1. 4:30pm - 6pm. Image: ALOK. ALOK. Kinetic Field. Day 2. 8:15pm - 9:30pm. Image: ALY$HIA. ALY$HIA. Kinetic Field. Day 1. 3pm - 4:15pm. Image: ANA ROVA. ANA ROVA. Bionic Jungle. Day 3. 3pm - 4:30pm. Image: ANGERFIST. ANGERFIST. Stereo Bloom. Day 3. 11pm - 12am. Image: ANGUS. ANGUS. Circuit Grounds. Day 3. 4pm - 5pm. Image: ANIME. ANIME. Stereo Bloom. Day 3. 10pm - 11pm. Image: ARGY. ARGY. Kinetic Field. Day 1. 6:40pm - 7:55pm. Image: ARMIN VAN BUUREN. ARMIN VAN BUUREN. Kinetic Field. Day 3. 10:30pm - 12am. Image: ASHLEYBABY. ASHLEYBABY. Boombox Stage. Day 2. 10pm - 11pm. Image: AXWELL B2B SEBASTIAN INGROSSO.</w:t>
      </w:r>
      <w:r/>
    </w:p>
    <w:p>
      <w:pPr>
        <w:pStyle w:val="ListNumber"/>
        <w:spacing w:line="240" w:lineRule="auto"/>
        <w:ind w:left="720"/>
      </w:pPr>
      <w:r/>
      <w:hyperlink r:id="rId11">
        <w:r>
          <w:rPr>
            <w:color w:val="0000EE"/>
            <w:u w:val="single"/>
          </w:rPr>
          <w:t>https://edm.com/events/edc-thailand-lineup-december-2026/</w:t>
        </w:r>
      </w:hyperlink>
      <w:r>
        <w:t xml:space="preserve"> - EDC Thailand will return to Phuket’s Rhythm Park for its third edition, positioning the festival as the closing event of EDC’s global 30th anniversary celebration. The lineup features Martin Garrix, Tiësto, Charlotte de Witte, DJ Snake, Dom Dolla, Above &amp; Beyond, Andy C, Vintage Culture and Subtronics, among others spread across six stages over three nights. It also includes a pair of EDM.com Class of 2025 members, ALLEYCVT and Max Styler.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dm.com/events/5-reasons-book-flight-phuket-edc-thailand-festival/" TargetMode="External"/><Relationship Id="rId10" Type="http://schemas.openxmlformats.org/officeDocument/2006/relationships/hyperlink" Target="https://www.thatfestivalsite.com/article/Insomniac%20Announces%20EDC%20Thailand%202026%20Lineup" TargetMode="External"/><Relationship Id="rId11" Type="http://schemas.openxmlformats.org/officeDocument/2006/relationships/hyperlink" Target="https://edm.com/events/edc-thailand-lineup-december-2026/" TargetMode="External"/><Relationship Id="rId12" Type="http://schemas.openxmlformats.org/officeDocument/2006/relationships/hyperlink" Target="https://www.phuket101.net/edc-thailand-2026-phuket/" TargetMode="External"/><Relationship Id="rId13" Type="http://schemas.openxmlformats.org/officeDocument/2006/relationships/hyperlink" Target="https://www.discoverythailand.com/events-edc-thailand-2026" TargetMode="External"/><Relationship Id="rId14" Type="http://schemas.openxmlformats.org/officeDocument/2006/relationships/hyperlink" Target="https://www.noahwire.com" TargetMode="External"/><Relationship Id="rId15" Type="http://schemas.openxmlformats.org/officeDocument/2006/relationships/hyperlink" Target="https://www.festivaldust.com/festivals/edc-thailand-2026-phuketthai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