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Sukhumvit's revitalised appeal for Bangkok visitors seeking convenience and local flavour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Sukhumvit remains one of Bangkok’s easiest areas to base yourself in, particularly if you are arriving in the city for the first time. The district’s biggest advantage is transport: the BTS Skytrain runs the length of Sukhumvit Road, while Asok also links directly with the MRT, giving travellers a straightforward way to move between shopping zones, business areas and key sights without relying entirely on taxis or road traffic. Guides to Bangkok’s transport network also note that the line reaches well beyond the central tourist belt, making it useful for repeat visitors who want to branch out as well as first-timers who simply want to keep the city manageable.</w:t>
      </w:r>
      <w:r/>
    </w:p>
    <w:p>
      <w:r/>
      <w:r>
        <w:t>What makes Sukhumvit especially appealing is that it does not feel like a single, uniform strip. Asoke is practical and well connected, Phrom Phong is known for its malls and restaurants, while Thong Lo and Ekkamai offer a more neighbourhood feel, with cafés, bars and a growing number of places to eat. For travellers, that means you can pick a base according to your style of trip: close to transit and shopping, or in an area where evenings feel a little more local and lived-in. The result is a part of Bangkok that works just as well for a short first visit as it does for a return trip focused on discovering somewhere new.</w:t>
      </w:r>
      <w:r/>
    </w:p>
    <w:p>
      <w:r/>
      <w:r>
        <w:t>Food and shopping are another reason Sukhumvit stays popular. Terminal 21 gives Asok an easy, everyday shopping option, while the Em District around Phrom Phong adds higher-end retail and plenty of dining choices. Away from the malls, the side streets are packed with Thai restaurants, international kitchens, bakeries, coffee shops and low-key local spots. For visitors who have already ticked off Bangkok’s headline attractions, this is where the city becomes easier to enjoy at a slower pace: less about sightseeing pressure, more about choosing where to eat, browse and linger.</w:t>
      </w:r>
      <w:r/>
    </w:p>
    <w:p>
      <w:r/>
      <w:r>
        <w:t>Sukhumvit also works well once the main daytime itinerary is over. After temple visits or market-hopping, travellers can return to a neighbourhood with massages, rooftop bars, cafés and nightlife close at hand. Those who know Bangkok already may appreciate the chance to settle into a familiar area and explore more selectively, whether that means wandering smaller sois or heading deeper into the cafés and restaurants that define the district’s newer, more everyday appeal. For many visitors, that combination of convenience and variety is what keeps Sukhumvit on the list.</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Paragraph 2: </w:t>
      </w:r>
      <w:hyperlink r:id="rId9">
        <w:r>
          <w:rPr>
            <w:color w:val="0000EE"/>
            <w:u w:val="single"/>
          </w:rPr>
          <w:t>[1]</w:t>
        </w:r>
      </w:hyperlink>
      <w:r>
        <w:t xml:space="preserve">, </w:t>
      </w:r>
      <w:hyperlink r:id="rId10">
        <w:r>
          <w:rPr>
            <w:color w:val="0000EE"/>
            <w:u w:val="single"/>
          </w:rPr>
          <w:t>[2]</w:t>
        </w:r>
      </w:hyperlink>
      <w:r>
        <w:t xml:space="preserve">, </w:t>
      </w:r>
      <w:hyperlink r:id="rId14">
        <w:r>
          <w:rPr>
            <w:color w:val="0000EE"/>
            <w:u w:val="single"/>
          </w:rPr>
          <w:t>[6]</w:t>
        </w:r>
      </w:hyperlink>
      <w:r>
        <w:t xml:space="preserve">- Paragraph 3: </w:t>
      </w:r>
      <w:hyperlink r:id="rId9">
        <w:r>
          <w:rPr>
            <w:color w:val="0000EE"/>
            <w:u w:val="single"/>
          </w:rPr>
          <w:t>[1]</w:t>
        </w:r>
      </w:hyperlink>
      <w:r>
        <w:t xml:space="preserve">, </w:t>
      </w:r>
      <w:hyperlink r:id="rId10">
        <w:r>
          <w:rPr>
            <w:color w:val="0000EE"/>
            <w:u w:val="single"/>
          </w:rPr>
          <w:t>[2]</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1">
        <w:r>
          <w:rPr>
            <w:color w:val="0000EE"/>
            <w:u w:val="single"/>
          </w:rPr>
          <w:t>[3]</w:t>
        </w:r>
      </w:hyperlink>
      <w:r>
        <w:t xml:space="preserve">, </w:t>
      </w:r>
      <w:hyperlink r:id="rId12">
        <w:r>
          <w:rPr>
            <w:color w:val="0000EE"/>
            <w:u w:val="single"/>
          </w:rPr>
          <w:t>[4]</w:t>
        </w:r>
      </w:hyperlink>
      <w:r/>
    </w:p>
    <w:p>
      <w:r/>
      <w:r>
        <w:t xml:space="preserve">Source: </w:t>
      </w:r>
      <w:hyperlink r:id="rId15">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https://www.thevacationgateway.com/what-makes-sukhumvit-ideal-for-first-time-and-repeat-visitors.html</w:t>
        </w:r>
      </w:hyperlink>
      <w:r>
        <w:t xml:space="preserve"> - Please view link - unable to able to access data</w:t>
      </w:r>
      <w:r/>
    </w:p>
    <w:p>
      <w:pPr>
        <w:pStyle w:val="ListNumber"/>
        <w:spacing w:line="240" w:lineRule="auto"/>
        <w:ind w:left="720"/>
      </w:pPr>
      <w:r/>
      <w:hyperlink r:id="rId10">
        <w:r>
          <w:rPr>
            <w:color w:val="0000EE"/>
            <w:u w:val="single"/>
          </w:rPr>
          <w:t>https://sukhumvitbangkok.com/</w:t>
        </w:r>
      </w:hyperlink>
      <w:r>
        <w:t xml:space="preserve"> - Sukhumvit Bangkok is a comprehensive guide to the Sukhumvit area, detailing its extensive public transport connections. The BTS Skytrain line runs along Sukhumvit Road, with stations such as Nana, Asok, Phrom Phong, Thong Lo, Ekkamai, Phra Khanong, and On Nut. Asok station is particularly convenient, as it directly connects to the MRT Sukhumvit Station, facilitating easy travel across Bangkok. For efficient travel, visitors can purchase a BTS One-Day Pass for unlimited travel on the BTS Skytrain during a single day, avoiding long queues at ticket machines. Additionally, the Ekkamai Bus Terminal, located at the intersection with Soi 63, offers buses and minivans to destinations in Eastern Thailand, including Rayong, Chonburi, Trat, Chanthaburi, and tourist spots like Pattaya, Sriracha, Sattahip, Koh Chang, and Koh Samet.</w:t>
      </w:r>
      <w:r/>
    </w:p>
    <w:p>
      <w:pPr>
        <w:pStyle w:val="ListNumber"/>
        <w:spacing w:line="240" w:lineRule="auto"/>
        <w:ind w:left="720"/>
      </w:pPr>
      <w:r/>
      <w:hyperlink r:id="rId11">
        <w:r>
          <w:rPr>
            <w:color w:val="0000EE"/>
            <w:u w:val="single"/>
          </w:rPr>
          <w:t>https://mrtbangkok.com/station/sukhumvit</w:t>
        </w:r>
      </w:hyperlink>
      <w:r>
        <w:t xml:space="preserve"> - Sukhumvit MRT Station is a key interchange in Bangkok's public transport system. It connects directly with the BTS Sukhumvit Line via the adjacent Asok BTS Station (Exit 3). Public buses are accessible at the Robinson Sukhumvit bus stop near Exit 3, serving routes to various destinations, including Paknam, ARL Hua Mak, Rama 3, Phasi Charoen, Ekkamai Bus Terminal, Bangna, Ramkhamhaeng Road, and Samut Prakan Crocodile Farm. The Saen Saep Express Boat service operates along the Saen Saep Canal, with the nearest stop at Asok Pier on Soi Sukhumvit 21 (Exit 1), providing quick access to Bangkok's old town.</w:t>
      </w:r>
      <w:r/>
    </w:p>
    <w:p>
      <w:pPr>
        <w:pStyle w:val="ListNumber"/>
        <w:spacing w:line="240" w:lineRule="auto"/>
        <w:ind w:left="720"/>
      </w:pPr>
      <w:r/>
      <w:hyperlink r:id="rId12">
        <w:r>
          <w:rPr>
            <w:color w:val="0000EE"/>
            <w:u w:val="single"/>
          </w:rPr>
          <w:t>https://whybangkok.com/transport/bts/sukhumvit-line-bts/</w:t>
        </w:r>
      </w:hyperlink>
      <w:r>
        <w:t xml:space="preserve"> - The BTS Sukhumvit Line is Bangkok's longest skytrain corridor, crossing major business, shopping, and residential districts. It serves 47 stations, including Siam, Chit Lom, Phloen Chit, Nana, Asok, Phrom Phong, Thong Lo, and Ekkamai. The line is fully elevated and spans approximately 69.07 km, making it a convenient mode of transport for both first-time and repeat visitors exploring Bangkok's diverse areas.</w:t>
      </w:r>
      <w:r/>
    </w:p>
    <w:p>
      <w:pPr>
        <w:pStyle w:val="ListNumber"/>
        <w:spacing w:line="240" w:lineRule="auto"/>
        <w:ind w:left="720"/>
      </w:pPr>
      <w:r/>
      <w:hyperlink r:id="rId13">
        <w:r>
          <w:rPr>
            <w:color w:val="0000EE"/>
            <w:u w:val="single"/>
          </w:rPr>
          <w:t>https://www.thaibk.com/relocation/transport/bts</w:t>
        </w:r>
      </w:hyperlink>
      <w:r>
        <w:t xml:space="preserve"> - Bangkok's BTS Skytrain system comprises three lines: the Sukhumvit Line (Light Green), Silom Line (Dark Green), and Gold Line. The Sukhumvit Line runs north-south through the main expat corridor, serving stations such as Mo Chit, Ari, Victory Monument, Phaya Thai, Siam, Nana, Asok, Phrom Phong, Thong Lo, On Nut, and Kheha. Siam station serves as the central hub where the Sukhumvit and Silom Lines intersect, facilitating easy transfers between lines without additional fares.</w:t>
      </w:r>
      <w:r/>
    </w:p>
    <w:p>
      <w:pPr>
        <w:pStyle w:val="ListNumber"/>
        <w:spacing w:line="240" w:lineRule="auto"/>
        <w:ind w:left="720"/>
      </w:pPr>
      <w:r/>
      <w:hyperlink r:id="rId14">
        <w:r>
          <w:rPr>
            <w:color w:val="0000EE"/>
            <w:u w:val="single"/>
          </w:rPr>
          <w:t>https://btsbangkok.com/station/phrom-phong</w:t>
        </w:r>
      </w:hyperlink>
      <w:r>
        <w:t xml:space="preserve"> - Phrom Phong BTS Station is a significant stop on the Sukhumvit Line, offering connections to various public bus routes. The station is situated near popular destinations like the EmQuartier shopping mall and the Emporium, providing easy access to retail and dining options. Buses from Phrom Phong serve routes to locations such as Paknam, Bangna, Ekkamai Bus Terminal, Siam Amazing Park, Udomsuk, Ramkhamhaeng Road, and Samut Prakan Crocodile Farm, enhancing the station's connectivity within Bangkok.</w:t>
      </w:r>
      <w:r/>
    </w:p>
    <w:p>
      <w:pPr>
        <w:pStyle w:val="ListNumber"/>
        <w:spacing w:line="240" w:lineRule="auto"/>
        <w:ind w:left="720"/>
      </w:pPr>
      <w:r/>
      <w:hyperlink r:id="rId16">
        <w:r>
          <w:rPr>
            <w:color w:val="0000EE"/>
            <w:u w:val="single"/>
          </w:rPr>
          <w:t>https://transitguide.org/bangkok-mass-transit-system-bts-skytrain/</w:t>
        </w:r>
      </w:hyperlink>
      <w:r>
        <w:t xml:space="preserve"> - The BTS Skytrain is Bangkok's most efficient and popular elevated rapid transit system, revolutionising urban transportation since its launch in 1999. The system comprises two main lines: the Sukhumvit Line (Light Green) and the Silom Line (Dark Green), intersecting at Siam Station, the network's central hub. The Sukhumvit Line runs from Mo Chit in the north to Kheha in the east, serving 32 stations and covering approximately 57 kilometres, connecting major districts, shopping centres, and tourist attractions across Bangkok.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vacationgateway.com/what-makes-sukhumvit-ideal-for-first-time-and-repeat-visitors.html" TargetMode="External"/><Relationship Id="rId10" Type="http://schemas.openxmlformats.org/officeDocument/2006/relationships/hyperlink" Target="https://sukhumvitbangkok.com/" TargetMode="External"/><Relationship Id="rId11" Type="http://schemas.openxmlformats.org/officeDocument/2006/relationships/hyperlink" Target="https://mrtbangkok.com/station/sukhumvit" TargetMode="External"/><Relationship Id="rId12" Type="http://schemas.openxmlformats.org/officeDocument/2006/relationships/hyperlink" Target="https://whybangkok.com/transport/bts/sukhumvit-line-bts/" TargetMode="External"/><Relationship Id="rId13" Type="http://schemas.openxmlformats.org/officeDocument/2006/relationships/hyperlink" Target="https://www.thaibk.com/relocation/transport/bts" TargetMode="External"/><Relationship Id="rId14" Type="http://schemas.openxmlformats.org/officeDocument/2006/relationships/hyperlink" Target="https://btsbangkok.com/station/phrom-phong" TargetMode="External"/><Relationship Id="rId15" Type="http://schemas.openxmlformats.org/officeDocument/2006/relationships/hyperlink" Target="https://www.noahwire.com" TargetMode="External"/><Relationship Id="rId16" Type="http://schemas.openxmlformats.org/officeDocument/2006/relationships/hyperlink" Target="https://transitguide.org/bangkok-mass-transit-system-bts-skytrai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