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Pattaya launches innovative sand art festival to diversify its 2026 event lineup</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Pattaya is adding a new free beachside event to its busy 2026 calendar with the first Pattaya Sand &amp; Art Festival, a late-August showcase that aims to give visitors a different reason to stop at the city’s main waterfront. According to Pattaya’s own event planning updates, the festival is being positioned as part of the city’s wider push to attract travellers with open-air experiences that mix leisure, art and nightlife, rather than relying only on its better-known beaches and entertainment strip.</w:t>
      </w:r>
      <w:r/>
    </w:p>
    <w:p>
      <w:r/>
      <w:r>
        <w:t>The festival is due to run from 27 to 31 August on Pattaya Beach, directly in front of Central Pattaya, making it easy to fold into a day at the seafront or an evening walk along the bay. Officials say the theme, "From One Grain, Endless Creativity", is intended to move beyond the usual sand sculpture format and instead present contemporary works combining sand with natural materials, design features and presentation technology. Visitors can expect installations, live sand art performances, workshops and hands-on activities aimed at all ages.</w:t>
      </w:r>
      <w:r/>
    </w:p>
    <w:p>
      <w:r/>
      <w:r>
        <w:t>For travellers, the most useful detail is that admission is free, with the best viewing time said to be between 7.30pm and 8.30pm, when the beach display is likely to be at its most atmospheric. Pattaya’s deputy mayor has also asked people attending to park at Central Pattaya to help reduce congestion, which suggests the city expects a decent crowd. As with most large seaside events in Pattaya, it would be wise to arrive early, plan for evening traffic and allow extra time if you are staying further along the coast.</w:t>
      </w:r>
      <w:r/>
    </w:p>
    <w:p>
      <w:r/>
      <w:r>
        <w:t>The new festival arrives in a year when Pattaya is leaning heavily on event-led tourism. In 2026 the city has already hosted or scheduled major free attractions including kite flying on the beach in February, the month-long Pattaya Music Festival across several coastal venues in March, Holi celebrations at Central Beach and Wan Lai Songkran festivities in April. For visitors planning a Thailand trip around festivals, Pattaya is clearly trying to offer a steady run of reasons to visit beyond peak beach season, and the sand art event adds a more family-friendly option to that mix.</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Paragraph 3: </w:t>
      </w:r>
      <w:hyperlink r:id="rId9">
        <w:r>
          <w:rPr>
            <w:color w:val="0000EE"/>
            <w:u w:val="single"/>
          </w:rPr>
          <w:t>[1]</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w:t>
      </w:r>
      <w:hyperlink r:id="rId13">
        <w:r>
          <w:rPr>
            <w:color w:val="0000EE"/>
            <w:u w:val="single"/>
          </w:rPr>
          <w:t>[4]</w:t>
        </w:r>
      </w:hyperlink>
      <w:r>
        <w:t xml:space="preserve">, </w:t>
      </w:r>
      <w:hyperlink r:id="rId14">
        <w:r>
          <w:rPr>
            <w:color w:val="0000EE"/>
            <w:u w:val="single"/>
          </w:rPr>
          <w:t>[5]</w:t>
        </w:r>
      </w:hyperlink>
      <w:r>
        <w:t xml:space="preserve">, </w:t>
      </w:r>
      <w:hyperlink r:id="rId15">
        <w:r>
          <w:rPr>
            <w:color w:val="0000EE"/>
            <w:u w:val="single"/>
          </w:rPr>
          <w:t>[6]</w:t>
        </w:r>
      </w:hyperlink>
      <w:r>
        <w:t xml:space="preserve">, </w:t>
      </w:r>
      <w:hyperlink r:id="rId11">
        <w:r>
          <w:rPr>
            <w:color w:val="0000EE"/>
            <w:u w:val="single"/>
          </w:rPr>
          <w:t>[7]</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https://pattayaunplugged.com/pattaya-prepares-for-first-ever-sand-art-festival-2026-at-the-end-of-this-month/</w:t>
        </w:r>
      </w:hyperlink>
      <w:r>
        <w:t xml:space="preserve"> - Please view link - unable to able to access data</w:t>
      </w:r>
      <w:r/>
    </w:p>
    <w:p>
      <w:pPr>
        <w:pStyle w:val="ListNumber"/>
        <w:spacing w:line="240" w:lineRule="auto"/>
        <w:ind w:left="720"/>
      </w:pPr>
      <w:r/>
      <w:hyperlink r:id="rId10">
        <w:r>
          <w:rPr>
            <w:color w:val="0000EE"/>
            <w:u w:val="single"/>
          </w:rPr>
          <w:t>https://www.discoverythailand.com/events-pattaya-international-kite-on-the-beach-2026</w:t>
        </w:r>
      </w:hyperlink>
      <w:r>
        <w:t xml:space="preserve"> - The Pattaya International KITE on the Beach 2026 is scheduled from February 25 to March 1, 2026, at Pattaya Beach, in front of Central Pattaya Shopping Center. This annual international kite festival invites visitors to experience a spectacular seaside celebration under the theme 'SKY PARADE OF HAPPINESS.' The event will feature the first-ever gathering in Thailand of world-class character kites, led by the charming MR.SUN, alongside iconic character kites from renowned global brands. The festival will showcase breathtaking kite performances from over 10 countries, creating a vibrant sky parade stretching more than 1 kilometer along Pattaya Beach. Thousands of colorful and imaginative kites will transform the coastline into a living canvas of happiness, creativity, and international culture. The event is free to attend and offers a joyful outdoor experience where art meets the ocean breeze, inviting everyone to let happiness take flight above Pattaya’s sky.</w:t>
      </w:r>
      <w:r/>
    </w:p>
    <w:p>
      <w:pPr>
        <w:pStyle w:val="ListNumber"/>
        <w:spacing w:line="240" w:lineRule="auto"/>
        <w:ind w:left="720"/>
      </w:pPr>
      <w:r/>
      <w:hyperlink r:id="rId12">
        <w:r>
          <w:rPr>
            <w:color w:val="0000EE"/>
            <w:u w:val="single"/>
          </w:rPr>
          <w:t>https://www.discoverythailand.com/events-pattaya-music-festival-2026</w:t>
        </w:r>
      </w:hyperlink>
      <w:r>
        <w:t xml:space="preserve"> - The Pattaya Music Festival 2026 is set to take place from March 6 to March 28, 2026, across Pattaya Beach, Jomtien Beach, Koh Larn, and Lan Pho Naklua Public Park in Chonburi. This free beachfront concert event features top Thai artists in T-POP, Rock, and Hip-Hop genres. The festival is scheduled to occur every Friday and Saturday throughout March 2026, transforming Pattaya’s iconic coastal destinations into vibrant stages filled with rhythm, energy, and ocean vibes. The event is free to attend and offers a unique opportunity to enjoy live performances from leading Thai artists across multiple genres, all set against the backdrop of sea breezes and crashing waves.</w:t>
      </w:r>
      <w:r/>
    </w:p>
    <w:p>
      <w:pPr>
        <w:pStyle w:val="ListNumber"/>
        <w:spacing w:line="240" w:lineRule="auto"/>
        <w:ind w:left="720"/>
      </w:pPr>
      <w:r/>
      <w:hyperlink r:id="rId13">
        <w:r>
          <w:rPr>
            <w:color w:val="0000EE"/>
            <w:u w:val="single"/>
          </w:rPr>
          <w:t>https://www.nationthailand.com/life/art-culture/40063730</w:t>
        </w:r>
      </w:hyperlink>
      <w:r>
        <w:t xml:space="preserve"> - The Holi Festival Pattaya 2026 is a free, three-day event running from March 13 to 15 on Central Beach. A collaboration between Pattaya City and the Thai-Indian Business Association, it blends traditional Indian culture with a modern beach party atmosphere. The festival features the throwing of safe, organic colour powders, along with distinct zones for religious observances and Indian cuisine. Entertainment is provided by a lineup of renowned Indian DJs and artists. The event is free to attend and offers a unique opportunity to experience the vibrant colours and cultural festivities of the Holi Festival by the sea.</w:t>
      </w:r>
      <w:r/>
    </w:p>
    <w:p>
      <w:pPr>
        <w:pStyle w:val="ListNumber"/>
        <w:spacing w:line="240" w:lineRule="auto"/>
        <w:ind w:left="720"/>
      </w:pPr>
      <w:r/>
      <w:hyperlink r:id="rId14">
        <w:r>
          <w:rPr>
            <w:color w:val="0000EE"/>
            <w:u w:val="single"/>
          </w:rPr>
          <w:t>https://www.discoverythailand.com/events-pattaya-wan-lai-songkran-festival-2026</w:t>
        </w:r>
      </w:hyperlink>
      <w:r>
        <w:t xml:space="preserve"> - The Pattaya Wan Lai Songkran Festival 2026 is scheduled from April 17 to 19, 2026, at Pattaya Beach, Chonburi. This iconic festival transforms Pattaya Beach into a vibrant destination where locals and international visitors gather to celebrate the Thai New Year with unforgettable experiences. Visitors can enjoy Thailand’s famous Wan Lai water celebrations along the longest beach party zone, featuring large-scale concerts, cultural festivities, and interactive activities throughout the event. The festival is free to attend and offers a unique opportunity to experience the traditional Thai New Year celebrations combined with modern entertainment.</w:t>
      </w:r>
      <w:r/>
    </w:p>
    <w:p>
      <w:pPr>
        <w:pStyle w:val="ListNumber"/>
        <w:spacing w:line="240" w:lineRule="auto"/>
        <w:ind w:left="720"/>
      </w:pPr>
      <w:r/>
      <w:hyperlink r:id="rId15">
        <w:r>
          <w:rPr>
            <w:color w:val="0000EE"/>
            <w:u w:val="single"/>
          </w:rPr>
          <w:t>https://www.pattayamail.com/latestnews/news/pattaya-turns-up-the-volume-as-music-festival-2026-takes-over-march-536637</w:t>
        </w:r>
      </w:hyperlink>
      <w:r>
        <w:t xml:space="preserve"> - Pattaya is gearing up for a full month of sound, sea, and celebration as the highly anticipated Pattaya Music Festival 2026 returns every Friday and Saturday throughout March, transforming beaches, islands, and public spaces into open-air concert arenas. The festival kicks off in the heart of the city at Pattaya Beach on March 6–7, before moving south to the laid-back shoreline of Jomtien Beach on March 13–14. Music lovers will then hop across the sea for an island-style weekend on Koh Larn on March 20–21, before the festival wraps up with a final burst of energy at Lan Pho Naklua Park on March 27–28. Known for blending big-name artists, rising stars, and stunning seaside settings, the Pattaya Music Festival has become one of Thailand’s most popular free music events. The 2026 edition promises packed crowds, sunset performances, and nights filled with rock, pop, and indie sounds echoing along the coast.</w:t>
      </w:r>
      <w:r/>
    </w:p>
    <w:p>
      <w:pPr>
        <w:pStyle w:val="ListNumber"/>
        <w:spacing w:line="240" w:lineRule="auto"/>
        <w:ind w:left="720"/>
      </w:pPr>
      <w:r/>
      <w:hyperlink r:id="rId11">
        <w:r>
          <w:rPr>
            <w:color w:val="0000EE"/>
            <w:u w:val="single"/>
          </w:rPr>
          <w:t>https://www.pattayafestivals.com/festivals</w:t>
        </w:r>
      </w:hyperlink>
      <w:r>
        <w:t xml:space="preserve"> - Discover all the amazing festivals and events happening in Pattaya, Thailand. From world-class music festivals to cultural celebrations, sporting events, and beach parties, this guide provides a comprehensive overview of Pattaya's festivals and events. The guide includes information on events such as the Pattaya Songkran (Wan Lai Festival) in April 2026, the Pattaya Pride Festival in June 2026, the Pattaya International Fireworks Festival in November 2026, the Wonderfruit Festival in December 2026, and the Tomorrowland Thailand 2026 in December 2026. Each event is accompanied by details on dates, locations, and a brief description, helping visitors plan their trips to Pattaya around these exciting events.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attayaunplugged.com/pattaya-prepares-for-first-ever-sand-art-festival-2026-at-the-end-of-this-month/" TargetMode="External"/><Relationship Id="rId10" Type="http://schemas.openxmlformats.org/officeDocument/2006/relationships/hyperlink" Target="https://www.discoverythailand.com/events-pattaya-international-kite-on-the-beach-2026" TargetMode="External"/><Relationship Id="rId11" Type="http://schemas.openxmlformats.org/officeDocument/2006/relationships/hyperlink" Target="https://www.pattayafestivals.com/festivals" TargetMode="External"/><Relationship Id="rId12" Type="http://schemas.openxmlformats.org/officeDocument/2006/relationships/hyperlink" Target="https://www.discoverythailand.com/events-pattaya-music-festival-2026" TargetMode="External"/><Relationship Id="rId13" Type="http://schemas.openxmlformats.org/officeDocument/2006/relationships/hyperlink" Target="https://www.nationthailand.com/life/art-culture/40063730" TargetMode="External"/><Relationship Id="rId14" Type="http://schemas.openxmlformats.org/officeDocument/2006/relationships/hyperlink" Target="https://www.discoverythailand.com/events-pattaya-wan-lai-songkran-festival-2026" TargetMode="External"/><Relationship Id="rId15" Type="http://schemas.openxmlformats.org/officeDocument/2006/relationships/hyperlink" Target="https://www.pattayamail.com/latestnews/news/pattaya-turns-up-the-volume-as-music-festival-2026-takes-over-march-536637"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