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Koh Tao’s new wreck dives enrich marine habitats and diversify adventure for divers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Koh Tao has long been one of Thailand’s most reliable islands for divers, but two deliberately sunk naval vessels are giving visitors something new to add to the itinerary. According to local dive-site information, the island now has the HTMS Sattakut, which was scuttled in 2011, and the newer HTMS Suphairin 313, sunk in September 2023. Together they give Koh Tao a rare combination of history, wreck-diving variety and marine life in one compact destination. </w:t>
      </w:r>
      <w:r/>
    </w:p>
    <w:p>
      <w:r/>
      <w:r>
        <w:t xml:space="preserve">For travellers, the appeal is straightforward: these are not just empty hulls on the seabed. The wrecks have become artificial reefs, drawing in schools of fish and encouraging coral growth. The Sattakut, a former US Navy vessel that later served with the Royal Thai Navy, sits at depths of roughly 18 to 30 metres and is already known for fish life, deck structures and the chance to practise wreck-diving skills. The newer Suphairin 313 rests upright near No Name Pinnacle in about 24 to 28 metres of water, with its highest point at 16 metres, making it an emerging site for divers who want to see a reef in the making. </w:t>
      </w:r>
      <w:r/>
    </w:p>
    <w:p>
      <w:r/>
      <w:r>
        <w:t xml:space="preserve">That gives Koh Tao an extra reason to stay on the map for both beginners and more experienced divers. The island already offers more than 20 dive sites, with depths ranging from about 10 to 40 metres, so the wrecks fit into a broader mix rather than replacing the classic reefs. For visitors planning a trip, that means a few extra choices: easy training dives, deeper wreck experiences and the chance to combine marine life with a more unusual underwater landmark. </w:t>
      </w:r>
      <w:r/>
    </w:p>
    <w:p>
      <w:r/>
      <w:r>
        <w:t xml:space="preserve">The conservation angle also matters. The island’s dive operators and local authorities have presented the programme as a way to balance tourism with marine habitat restoration, and the wrecks appear to be serving that purpose by providing structure for fish and coral. For travellers, the practical effect is a dive destination that feels a little different from the usual tropical reef break: part wildlife encounter, part underwater history lesson, and increasingly one of Koh Tao’s signature experiences.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w:t>
      </w:r>
      <w:hyperlink r:id="rId14">
        <w:r>
          <w:rPr>
            <w:color w:val="0000EE"/>
            <w:u w:val="single"/>
          </w:rPr>
          <w:t>[7]</w:t>
        </w:r>
      </w:hyperlink>
      <w:r>
        <w:t xml:space="preserve">- Paragraph 3: </w:t>
      </w:r>
      <w:hyperlink r:id="rId15">
        <w:r>
          <w:rPr>
            <w:color w:val="0000EE"/>
            <w:u w:val="single"/>
          </w:rPr>
          <w:t>[5]</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4">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https://www.thailand-business-news.com/press-release/322594-koh-tao-transforms-sunken-warships-into-new-dive-sites</w:t>
        </w:r>
      </w:hyperlink>
      <w:r>
        <w:t xml:space="preserve"> - Please view link - unable to able to access data</w:t>
      </w:r>
      <w:r/>
    </w:p>
    <w:p>
      <w:pPr>
        <w:pStyle w:val="ListNumber"/>
        <w:spacing w:line="240" w:lineRule="auto"/>
        <w:ind w:left="720"/>
      </w:pPr>
      <w:r/>
      <w:hyperlink r:id="rId10">
        <w:r>
          <w:rPr>
            <w:color w:val="0000EE"/>
            <w:u w:val="single"/>
          </w:rPr>
          <w:t>https://nangyuan.com/dive/sites/htms-suphairin/</w:t>
        </w:r>
      </w:hyperlink>
      <w:r>
        <w:t xml:space="preserve"> - HTMS Suphairin 313, a 44.9-meter Royal Thai Navy attack ship, was sunk on September 7, 2023, off Koh Tao. Resting upright on the seabed near No Name Pinnacle, it lies in 24 to 28 meters of water, with the highest point at 16 meters below the surface. This artificial reef offers divers the opportunity to explore a large, intact naval vessel in its early stages of becoming a thriving marine habitat, enhancing Koh Tao's appeal to diving enthusiasts.</w:t>
      </w:r>
      <w:r/>
    </w:p>
    <w:p>
      <w:pPr>
        <w:pStyle w:val="ListNumber"/>
        <w:spacing w:line="240" w:lineRule="auto"/>
        <w:ind w:left="720"/>
      </w:pPr>
      <w:r/>
      <w:hyperlink r:id="rId11">
        <w:r>
          <w:rPr>
            <w:color w:val="0000EE"/>
            <w:u w:val="single"/>
          </w:rPr>
          <w:t>https://www.blackturtledive.com/koh-tao-dive-sites/htms-sattakut/</w:t>
        </w:r>
      </w:hyperlink>
      <w:r>
        <w:t xml:space="preserve"> - HTMS Sattakut, a former US Navy World War II ship, was decommissioned and sunk in 2011 to create a premier wreck diving site off Koh Tao. Sitting at a maximum depth of 30 meters, the 49-meter-long ship is an ideal training ground for PADI Wreck Diver and Enriched Air Nitrox specialties. Divers can explore the ship’s cannons and bridge while observing large schools of Fusiliers and Snappers that use the structure as a sanctuary from currents.</w:t>
      </w:r>
      <w:r/>
    </w:p>
    <w:p>
      <w:pPr>
        <w:pStyle w:val="ListNumber"/>
        <w:spacing w:line="240" w:lineRule="auto"/>
        <w:ind w:left="720"/>
      </w:pPr>
      <w:r/>
      <w:hyperlink r:id="rId12">
        <w:r>
          <w:rPr>
            <w:color w:val="0000EE"/>
            <w:u w:val="single"/>
          </w:rPr>
          <w:t>https://kohtao.rocks/diving-in-koh-tao/sattakut-wreck/</w:t>
        </w:r>
      </w:hyperlink>
      <w:r>
        <w:t xml:space="preserve"> - The HTMS Sattakut wreck, located off Koh Tao, is a 49-meter-long ship lying at depths of 18 to 30 meters. It features guns, deck structures, and artificial reef life, making it suitable for advanced divers, wreck students, deep students, photographers, and wreck-curious fun divers. The site is home to marine life such as batfish, snappers, fusiliers, groupers, barracuda, trevally, lionfish, scorpionfish, and morays.</w:t>
      </w:r>
      <w:r/>
    </w:p>
    <w:p>
      <w:pPr>
        <w:pStyle w:val="ListNumber"/>
        <w:spacing w:line="240" w:lineRule="auto"/>
        <w:ind w:left="720"/>
      </w:pPr>
      <w:r/>
      <w:hyperlink r:id="rId15">
        <w:r>
          <w:rPr>
            <w:color w:val="0000EE"/>
            <w:u w:val="single"/>
          </w:rPr>
          <w:t>https://www.bansdivingresort.com/en/fun-diving/dive-sites/</w:t>
        </w:r>
      </w:hyperlink>
      <w:r>
        <w:t xml:space="preserve"> - Koh Tao boasts over 20 dive sites, with depths ranging from 10 to 40 meters, catering to all levels of divers. The HTMS Sattakut wreck, sunk in 2011 by the Royal Navy, is a 50-meter-long warship that served in the U.S. Navy during World War II. Marine life around Koh Tao includes boxfish, banner fish, various moray eels, scorpion fish, angel fish, clown fish, trigger fish, butterfly fish, sweet lips, different groupers, barracudas, and turtles.</w:t>
      </w:r>
      <w:r/>
    </w:p>
    <w:p>
      <w:pPr>
        <w:pStyle w:val="ListNumber"/>
        <w:spacing w:line="240" w:lineRule="auto"/>
        <w:ind w:left="720"/>
      </w:pPr>
      <w:r/>
      <w:hyperlink r:id="rId13">
        <w:r>
          <w:rPr>
            <w:color w:val="0000EE"/>
            <w:u w:val="single"/>
          </w:rPr>
          <w:t>https://www.blackturtledive.com/koh-tao-dive-sites/htms-suphairin-313/</w:t>
        </w:r>
      </w:hyperlink>
      <w:r>
        <w:t xml:space="preserve"> - HTMS Suphairin 313, a 44.9-meter Royal Thai Navy attack ship, was sunk off Koh Tao in September 2023. Resting upright on the seabed near No Name Pinnacle, it lies in 24 to 28 meters of water, with the highest point at 16 meters below the surface. This artificial reef offers divers the opportunity to explore a large, intact naval vessel in its early stages of becoming a thriving marine habitat, enhancing Koh Tao's appeal to diving enthusiasts.</w:t>
      </w:r>
      <w:r/>
    </w:p>
    <w:p>
      <w:pPr>
        <w:pStyle w:val="ListNumber"/>
        <w:spacing w:line="240" w:lineRule="auto"/>
        <w:ind w:left="720"/>
      </w:pPr>
      <w:r/>
      <w:hyperlink r:id="rId14">
        <w:r>
          <w:rPr>
            <w:color w:val="0000EE"/>
            <w:u w:val="single"/>
          </w:rPr>
          <w:t>https://underwateratlas.com/sites/htms-sattakut-koh-tao/</w:t>
        </w:r>
      </w:hyperlink>
      <w:r>
        <w:t xml:space="preserve"> - HTMS Sattakut, a Royal Thai Navy corvette, was deliberately scuttled in December 2011 to create an artificial reef off Koh Tao. Measuring 60 meters in length, the wreck sits upright on a sandy bottom at depths of up to 30 meters, making it accessible to Open Water certified divers while offering sufficient complexity for advanced wreck penetration training. The site has developed extensive hard and soft coral coverage, and the interior spaces have become nursery areas for juvenile fish species.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ailand-business-news.com/press-release/322594-koh-tao-transforms-sunken-warships-into-new-dive-sites" TargetMode="External"/><Relationship Id="rId10" Type="http://schemas.openxmlformats.org/officeDocument/2006/relationships/hyperlink" Target="https://nangyuan.com/dive/sites/htms-suphairin/" TargetMode="External"/><Relationship Id="rId11" Type="http://schemas.openxmlformats.org/officeDocument/2006/relationships/hyperlink" Target="https://www.blackturtledive.com/koh-tao-dive-sites/htms-sattakut/" TargetMode="External"/><Relationship Id="rId12" Type="http://schemas.openxmlformats.org/officeDocument/2006/relationships/hyperlink" Target="https://kohtao.rocks/diving-in-koh-tao/sattakut-wreck/" TargetMode="External"/><Relationship Id="rId13" Type="http://schemas.openxmlformats.org/officeDocument/2006/relationships/hyperlink" Target="https://www.blackturtledive.com/koh-tao-dive-sites/htms-suphairin-313/" TargetMode="External"/><Relationship Id="rId14" Type="http://schemas.openxmlformats.org/officeDocument/2006/relationships/hyperlink" Target="https://underwateratlas.com/sites/htms-sattakut-koh-tao/" TargetMode="External"/><Relationship Id="rId15" Type="http://schemas.openxmlformats.org/officeDocument/2006/relationships/hyperlink" Target="https://www.bansdivingresort.com/en/fun-diving/dive-sites/"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