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TransNusa launches direct Bangkok-Jakarta route, boosting regional connectivity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Bangkok has gained a new direct link to Jakarta as TransNusa began twice-daily flights between the two capitals on 6 August 2026, giving travellers a faster option for short breaks, business trips and onward connections across Thailand. The inaugural service landed at Suvarnabhumi Airport with 174 passengers on board, underlining immediate demand for a non-stop route between two of South-east Asia’s busiest cities.</w:t>
      </w:r>
      <w:r/>
    </w:p>
    <w:p>
      <w:r/>
      <w:r>
        <w:t>According to TransNusa, the schedule runs 14 times a week, with morning and afternoon departures designed to suit both leisure and corporate travel. The airline says fares are being introduced from IDR 2,999,000 one way, while the flight itself takes about three hours. Jakarta and Bangkok share the same time zone, which makes the trip especially straightforward for weekend visitors and travellers who want to avoid the hassle of transit stops.</w:t>
      </w:r>
      <w:r/>
    </w:p>
    <w:p>
      <w:r/>
      <w:r>
        <w:t>For visitors, the most practical benefit is flexibility. TransNusa says the service includes checked baggage, meals and a full cabin service, positioning the route as a more comfortable alternative to lower-frills regional flights. The carrier’s route page also notes that the direct connection links Soekarno-Hatta International Airport with Suvarnabhumi Airport, Thailand’s main international gateway, making it easier to reach central Bangkok or connect onwards within the country.</w:t>
      </w:r>
      <w:r/>
    </w:p>
    <w:p>
      <w:r/>
      <w:r>
        <w:t>Thailand’s tourism authorities see Indonesia as an important source market, and the new route reflects that. Tourism figures cited by the Tourism Authority of Thailand show 378,881 Indonesian arrivals between 1 January and 2 August 2026, with most travelling independently and many returning visitors. Bangkok remains the main draw, but Indonesians also travel to Phuket, Krabi, Chon Buri and Songkhla, often for food, shopping, spa visits and beach holidays.</w:t>
      </w:r>
      <w:r/>
    </w:p>
    <w:p>
      <w:r/>
      <w:r>
        <w:t>The launch also points to wider growth plans. According to TransNusa and Thailand’s tourism partners, a Bali-Phuket route is being considered for late 2026, which would further improve access to one of Thailand’s most popular holiday islands. For travellers, the broader trend is clear: more direct air links are making Thailand easier to reach for weekend escapes, family trips and multi-stop itineraries, especially from Indonesia’s large and increasingly mobile travel market.</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[1]</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1">
        <w:r>
          <w:rPr>
            <w:color w:val="0000EE"/>
            <w:u w:val="single"/>
          </w:rPr>
          <w:t>[3]</w:t>
        </w:r>
      </w:hyperlink>
      <w:r>
        <w:t xml:space="preserve">- Paragraph 4: </w:t>
      </w:r>
      <w:hyperlink r:id="rId9">
        <w:r>
          <w:rPr>
            <w:color w:val="0000EE"/>
            <w:u w:val="single"/>
          </w:rPr>
          <w:t>[1]</w:t>
        </w:r>
      </w:hyperlink>
      <w:r>
        <w:t xml:space="preserve">- Paragraph 5: </w:t>
      </w:r>
      <w:hyperlink r:id="rId9">
        <w:r>
          <w:rPr>
            <w:color w:val="0000EE"/>
            <w:u w:val="single"/>
          </w:rPr>
          <w:t>[1]</w:t>
        </w:r>
      </w:hyperlink>
      <w:r>
        <w:t xml:space="preserve">, </w:t>
      </w:r>
      <w:hyperlink r:id="rId10">
        <w:r>
          <w:rPr>
            <w:color w:val="0000EE"/>
            <w:u w:val="single"/>
          </w:rPr>
          <w:t>[2]</w:t>
        </w:r>
      </w:hyperlink>
      <w:r/>
    </w:p>
    <w:p>
      <w:r/>
      <w:r>
        <w:t xml:space="preserve">Source: </w:t>
      </w:r>
      <w:hyperlink r:id="rId12">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https://www.travelandtourworld.com/news/article/q4gzqq28lwhc/</w:t>
        </w:r>
      </w:hyperlink>
      <w:r>
        <w:t xml:space="preserve"> - Please view link - unable to able to access data</w:t>
      </w:r>
      <w:r/>
    </w:p>
    <w:p>
      <w:pPr>
        <w:pStyle w:val="ListNumber"/>
        <w:spacing w:line="240" w:lineRule="auto"/>
        <w:ind w:left="720"/>
      </w:pPr>
      <w:r/>
      <w:hyperlink r:id="rId10">
        <w:r>
          <w:rPr>
            <w:color w:val="0000EE"/>
            <w:u w:val="single"/>
          </w:rPr>
          <w:t>https://www.transnusa.co.id/en/news/bangkok-awaits-transnusa-opens-ticket-sales-for-new-jakartabangkok-route-with-twicedaily-flights</w:t>
        </w:r>
      </w:hyperlink>
      <w:r>
        <w:t xml:space="preserve"> - TransNusa Airlines has announced the launch of a new Jakarta–Bangkok route, commencing on August 6, 2026. The service will operate two daily flights, providing greater flexibility for both leisure and business travellers between Indonesia and Thailand. All flights will arrive at Suvarnabhumi Airport in Bangkok, Thailand's primary international gateway. The inaugural flight is scheduled to depart Jakarta at 08:20 WIB and arrive in Bangkok at 11:45 local time, with return services departing Bangkok at 12:30 local time and arriving in Jakarta at 15:55 WIB. The second daily flight will depart Jakarta at 16:30 WIB and arrive in Bangkok at 19:55 local time, with return flights departing Bangkok at 20:40 local time and arriving in Jakarta at 00:05 WIB the following day. To make this new route more accessible to travellers, TransNusa is offering competitive introductory fares starting from IDR 2,999,000 one-way. The launch of the Jakarta–Bangkok route is expected to further strengthen the growing tourism relationship between Indonesia and Thailand.</w:t>
      </w:r>
      <w:r/>
    </w:p>
    <w:p>
      <w:pPr>
        <w:pStyle w:val="ListNumber"/>
        <w:spacing w:line="240" w:lineRule="auto"/>
        <w:ind w:left="720"/>
      </w:pPr>
      <w:r/>
      <w:hyperlink r:id="rId11">
        <w:r>
          <w:rPr>
            <w:color w:val="0000EE"/>
            <w:u w:val="single"/>
          </w:rPr>
          <w:t>https://www.transnusa.co.id/en/explore-route/destinations/ticket-jakarta-to-bangkok</w:t>
        </w:r>
      </w:hyperlink>
      <w:r>
        <w:t xml:space="preserve"> - TransNusa Airlines has introduced a direct flight service between Jakarta (Soekarno-Hatta International Airport) and Bangkok (Suvarnabhumi Airport). This new route offers a premium service experience, providing passengers with proper meals, adequate legroom, checked baggage included, and cabin service designed for comfort. The flight duration is approximately three hours, and both Jakarta and Bangkok share the same time zone (UTC+7), eliminating jet lag concerns. The direct flight eliminates the need for connections, offering a straightforward journey between the two capitals.</w:t>
      </w:r>
      <w:r/>
    </w:p>
    <w:p>
      <w:pPr>
        <w:pStyle w:val="ListNumber"/>
        <w:spacing w:line="240" w:lineRule="auto"/>
        <w:ind w:left="720"/>
      </w:pPr>
      <w:r/>
      <w:hyperlink r:id="rId10">
        <w:r>
          <w:rPr>
            <w:color w:val="0000EE"/>
            <w:u w:val="single"/>
          </w:rPr>
          <w:t>https://www.transnusa.co.id/en/news/bangkok-awaits-transnusa-opens-ticket-sales-for-new-jakartabangkok-route-with-twicedaily-flights</w:t>
        </w:r>
      </w:hyperlink>
      <w:r>
        <w:t xml:space="preserve"> - TransNusa Airlines has announced the launch of a new Jakarta–Bangkok route, commencing on August 6, 2026. The service will operate two daily flights, providing greater flexibility for both leisure and business travellers between Indonesia and Thailand. All flights will arrive at Suvarnabhumi Airport in Bangkok, Thailand's primary international gateway. The inaugural flight is scheduled to depart Jakarta at 08:20 WIB and arrive in Bangkok at 11:45 local time, with return services departing Bangkok at 12:30 local time and arriving in Jakarta at 15:55 WIB. The second daily flight will depart Jakarta at 16:30 WIB and arrive in Bangkok at 19:55 local time, with return flights departing Bangkok at 20:40 local time and arriving in Jakarta at 00:05 WIB the following day. To make this new route more accessible to travellers, TransNusa is offering competitive introductory fares starting from IDR 2,999,000 one-way. The launch of the Jakarta–Bangkok route is expected to further strengthen the growing tourism relationship between Indonesia and Thailand.</w:t>
      </w:r>
      <w:r/>
    </w:p>
    <w:p>
      <w:pPr>
        <w:pStyle w:val="ListNumber"/>
        <w:spacing w:line="240" w:lineRule="auto"/>
        <w:ind w:left="720"/>
      </w:pPr>
      <w:r/>
      <w:hyperlink r:id="rId11">
        <w:r>
          <w:rPr>
            <w:color w:val="0000EE"/>
            <w:u w:val="single"/>
          </w:rPr>
          <w:t>https://www.transnusa.co.id/en/explore-route/destinations/ticket-jakarta-to-bangkok</w:t>
        </w:r>
      </w:hyperlink>
      <w:r>
        <w:t xml:space="preserve"> - TransNusa Airlines has introduced a direct flight service between Jakarta (Soekarno-Hatta International Airport) and Bangkok (Suvarnabhumi Airport). This new route offers a premium service experience, providing passengers with proper meals, adequate legroom, checked baggage included, and cabin service designed for comfort. The flight duration is approximately three hours, and both Jakarta and Bangkok share the same time zone (UTC+7), eliminating jet lag concerns. The direct flight eliminates the need for connections, offering a straightforward journey between the two capitals.</w:t>
      </w:r>
      <w:r/>
    </w:p>
    <w:p>
      <w:pPr>
        <w:pStyle w:val="ListNumber"/>
        <w:spacing w:line="240" w:lineRule="auto"/>
        <w:ind w:left="720"/>
      </w:pPr>
      <w:r/>
      <w:hyperlink r:id="rId10">
        <w:r>
          <w:rPr>
            <w:color w:val="0000EE"/>
            <w:u w:val="single"/>
          </w:rPr>
          <w:t>https://www.transnusa.co.id/en/news/bangkok-awaits-transnusa-opens-ticket-sales-for-new-jakartabangkok-route-with-twicedaily-flights</w:t>
        </w:r>
      </w:hyperlink>
      <w:r>
        <w:t xml:space="preserve"> - TransNusa Airlines has announced the launch of a new Jakarta–Bangkok route, commencing on August 6, 2026. The service will operate two daily flights, providing greater flexibility for both leisure and business travellers between Indonesia and Thailand. All flights will arrive at Suvarnabhumi Airport in Bangkok, Thailand's primary international gateway. The inaugural flight is scheduled to depart Jakarta at 08:20 WIB and arrive in Bangkok at 11:45 local time, with return services departing Bangkok at 12:30 local time and arriving in Jakarta at 15:55 WIB. The second daily flight will depart Jakarta at 16:30 WIB and arrive in Bangkok at 19:55 local time, with return flights departing Bangkok at 20:40 local time and arriving in Jakarta at 00:05 WIB the following day. To make this new route more accessible to travellers, TransNusa is offering competitive introductory fares starting from IDR 2,999,000 one-way. The launch of the Jakarta–Bangkok route is expected to further strengthen the growing tourism relationship between Indonesia and Thailand.</w:t>
      </w:r>
      <w:r/>
    </w:p>
    <w:p>
      <w:pPr>
        <w:pStyle w:val="ListNumber"/>
        <w:spacing w:line="240" w:lineRule="auto"/>
        <w:ind w:left="720"/>
      </w:pPr>
      <w:r/>
      <w:hyperlink r:id="rId11">
        <w:r>
          <w:rPr>
            <w:color w:val="0000EE"/>
            <w:u w:val="single"/>
          </w:rPr>
          <w:t>https://www.transnusa.co.id/en/explore-route/destinations/ticket-jakarta-to-bangkok</w:t>
        </w:r>
      </w:hyperlink>
      <w:r>
        <w:t xml:space="preserve"> - TransNusa Airlines has introduced a direct flight service between Jakarta (Soekarno-Hatta International Airport) and Bangkok (Suvarnabhumi Airport). This new route offers a premium service experience, providing passengers with proper meals, adequate legroom, checked baggage included, and cabin service designed for comfort. The flight duration is approximately three hours, and both Jakarta and Bangkok share the same time zone (UTC+7), eliminating jet lag concerns. The direct flight eliminates the need for connections, offering a straightforward journey between the two capitals.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q4gzqq28lwhc/" TargetMode="External"/><Relationship Id="rId10" Type="http://schemas.openxmlformats.org/officeDocument/2006/relationships/hyperlink" Target="https://www.transnusa.co.id/en/news/bangkok-awaits-transnusa-opens-ticket-sales-for-new-jakartabangkok-route-with-twicedaily-flights" TargetMode="External"/><Relationship Id="rId11" Type="http://schemas.openxmlformats.org/officeDocument/2006/relationships/hyperlink" Target="https://www.transnusa.co.id/en/explore-route/destinations/ticket-jakarta-to-bangkok" TargetMode="External"/><Relationship Id="rId12"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