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 Quoc defies seasonal stereotypes as 2026 travel hit with year-round appeal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 Quoc is drawing attention as a year-round escape rather than just a dry-season beach break. Expedia has placed the Vietnamese island among its 10 best islands to visit in 2026, and the appeal is clear even in the wet months: showers are usually short, the air is cooler, and visitor numbers are lower, making the island feel easier and more relaxed to explore.</w:t>
      </w:r>
      <w:r/>
    </w:p>
    <w:p>
      <w:r/>
      <w:r>
        <w:t>For travellers, the rainy season, which runs broadly from May to October, does not necessarily mean lost days. Lonely Planet notes that Phu Quoc’s weather pattern is typically defined by brief downpours broken up by sunshine, while travel guides from BestPrice Travel and Phu Quoc Pointer say the period can also bring rougher seas, fewer crowds and softer prices. That makes it a strong option for visitors who value calmer beaches and better-value stays over perfect sunbathing weather.</w:t>
      </w:r>
      <w:r/>
    </w:p>
    <w:p>
      <w:r/>
      <w:r>
        <w:t>The island’s beaches still do much of the heavy lifting. Kem Beach and Sao Beach remain major draws for their pale sand and clear water, and the rain can leave the forests greener and the island feeling fresher. But Phu Quoc is not only about shoreline time. When showers pass through, travellers can shift to cable car rides, indoor attractions and resort downtime without losing a full day to the weather.</w:t>
      </w:r>
      <w:r/>
    </w:p>
    <w:p>
      <w:r/>
      <w:r>
        <w:t>On Hon Thom, the cable car offers wide views over the An Thoi archipelago, while Aquatopia Water Park and Exotica Village give families and mixed-age groups more to do beyond the beach. In the south, Sunset Town has become a popular evening stop, with Kiss Bridge, light shows and regular fireworks helping extend the day after rain has cleared. For visitors planning a trip to Thailand and nearby island destinations, Phu Quoc stands out as the kind of place where a passing shower is more of a pause than a setback.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https://e.vnexpress.net/news/travel/why-phu-quoc-remains-a-top-destination-even-in-the-rainy-season-5105373.html</w:t>
        </w:r>
      </w:hyperlink>
      <w:r>
        <w:t xml:space="preserve"> - Please view link - unable to able to access data</w:t>
      </w:r>
      <w:r/>
    </w:p>
    <w:p>
      <w:pPr>
        <w:pStyle w:val="ListNumber"/>
        <w:spacing w:line="240" w:lineRule="auto"/>
        <w:ind w:left="720"/>
      </w:pPr>
      <w:r/>
      <w:hyperlink r:id="rId10">
        <w:r>
          <w:rPr>
            <w:color w:val="0000EE"/>
            <w:u w:val="single"/>
          </w:rPr>
          <w:t>https://www.lonelyplanet.com/articles/guide-to-phu-quoc</w:t>
        </w:r>
      </w:hyperlink>
      <w:r>
        <w:t xml:space="preserve"> - Lonely Planet provides a comprehensive guide to Phu Quoc, detailing its two distinct seasons: the dry season from November to April, ideal for beach activities and exploration, and the rainy season from May to October, characterised by frequent, brief showers interspersed with sunny spells. The guide offers insights into the island's attractions, accommodations, and practical tips for visitors during both seasons.</w:t>
      </w:r>
      <w:r/>
    </w:p>
    <w:p>
      <w:pPr>
        <w:pStyle w:val="ListNumber"/>
        <w:spacing w:line="240" w:lineRule="auto"/>
        <w:ind w:left="720"/>
      </w:pPr>
      <w:r/>
      <w:hyperlink r:id="rId12">
        <w:r>
          <w:rPr>
            <w:color w:val="0000EE"/>
            <w:u w:val="single"/>
          </w:rPr>
          <w:t>https://www.bestpricetravel.com/travel-guide/phu-quoc-rainy-season-2851.html</w:t>
        </w:r>
      </w:hyperlink>
      <w:r>
        <w:t xml:space="preserve"> - BestPrice Travel discusses the rainy season in Phu Quoc, highlighting that it lasts from May to October, bringing frequent showers and rough seas. Despite the weather, the island offers a peaceful atmosphere with fewer tourists and lower prices. The article provides tips for travellers, including flexible planning, carrying waterproof gear, and choosing suitable indoor activities during rain.</w:t>
      </w:r>
      <w:r/>
    </w:p>
    <w:p>
      <w:pPr>
        <w:pStyle w:val="ListNumber"/>
        <w:spacing w:line="240" w:lineRule="auto"/>
        <w:ind w:left="720"/>
      </w:pPr>
      <w:r/>
      <w:hyperlink r:id="rId13">
        <w:r>
          <w:rPr>
            <w:color w:val="0000EE"/>
            <w:u w:val="single"/>
          </w:rPr>
          <w:t>https://www.phuquocpointer.com/guides/best-time-to-visit-phu-quoc/</w:t>
        </w:r>
      </w:hyperlink>
      <w:r>
        <w:t xml:space="preserve"> - Phu Quoc Pointer outlines the best times to visit Phu Quoc, noting the dry season from November to April and the wet season from May to October. The article discusses the advantages of visiting during the wet season, such as lower prices and fewer crowds, while also mentioning potential challenges like rough seas and occasional storms.</w:t>
      </w:r>
      <w:r/>
    </w:p>
    <w:p>
      <w:pPr>
        <w:pStyle w:val="ListNumber"/>
        <w:spacing w:line="240" w:lineRule="auto"/>
        <w:ind w:left="720"/>
      </w:pPr>
      <w:r/>
      <w:hyperlink r:id="rId14">
        <w:r>
          <w:rPr>
            <w:color w:val="0000EE"/>
            <w:u w:val="single"/>
          </w:rPr>
          <w:t>https://www.traveldojo.com/phu-quoc-island/</w:t>
        </w:r>
      </w:hyperlink>
      <w:r>
        <w:t xml:space="preserve"> - TravelDojo provides a travel guide to Phu Quoc, detailing the best times to visit, including the cool, drier months from November to February, the hotter months of March and April, and the rainy season from May to October. The guide offers insights into the island's climate, activities, and practical tips for each season.</w:t>
      </w:r>
      <w:r/>
    </w:p>
    <w:p>
      <w:pPr>
        <w:pStyle w:val="ListNumber"/>
        <w:spacing w:line="240" w:lineRule="auto"/>
        <w:ind w:left="720"/>
      </w:pPr>
      <w:r/>
      <w:hyperlink r:id="rId11">
        <w:r>
          <w:rPr>
            <w:color w:val="0000EE"/>
            <w:u w:val="single"/>
          </w:rPr>
          <w:t>https://www.visitphuquoc.com.vn/en/discover-phu-quocs-rainy-season-a-uniquely-fascinating-experience-5629</w:t>
        </w:r>
      </w:hyperlink>
      <w:r>
        <w:t xml:space="preserve"> - Visit Phu Quoc discusses the island's rainy season, which lasts from May to October, bringing light rains that refresh the sea, greenery, and air. The article highlights the unique experiences available during this time, including fewer tourists and a more relaxed atmosphere, making it an ideal time for budget travellers.</w:t>
      </w:r>
      <w:r/>
    </w:p>
    <w:p>
      <w:pPr>
        <w:pStyle w:val="ListNumber"/>
        <w:spacing w:line="240" w:lineRule="auto"/>
        <w:ind w:left="720"/>
      </w:pPr>
      <w:r/>
      <w:hyperlink r:id="rId16">
        <w:r>
          <w:rPr>
            <w:color w:val="0000EE"/>
            <w:u w:val="single"/>
          </w:rPr>
          <w:t>https://www.phuquocgo.vn/en/phu-quoc-travel-guide-a-z/</w:t>
        </w:r>
      </w:hyperlink>
      <w:r>
        <w:t xml:space="preserve"> - Phu Quoc Go offers a comprehensive travel guide to Phu Quoc, detailing the characteristics of both the dry season (November–April) and the rainy season (May–October). The guide provides practical tips for travellers, including the best times to visit, activities to enjoy, and advice on navigating the island's weather patterns.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nexpress.net/news/travel/why-phu-quoc-remains-a-top-destination-even-in-the-rainy-season-5105373.html" TargetMode="External"/><Relationship Id="rId10" Type="http://schemas.openxmlformats.org/officeDocument/2006/relationships/hyperlink" Target="https://www.lonelyplanet.com/articles/guide-to-phu-quoc" TargetMode="External"/><Relationship Id="rId11" Type="http://schemas.openxmlformats.org/officeDocument/2006/relationships/hyperlink" Target="https://www.visitphuquoc.com.vn/en/discover-phu-quocs-rainy-season-a-uniquely-fascinating-experience-5629" TargetMode="External"/><Relationship Id="rId12" Type="http://schemas.openxmlformats.org/officeDocument/2006/relationships/hyperlink" Target="https://www.bestpricetravel.com/travel-guide/phu-quoc-rainy-season-2851.html" TargetMode="External"/><Relationship Id="rId13" Type="http://schemas.openxmlformats.org/officeDocument/2006/relationships/hyperlink" Target="https://www.phuquocpointer.com/guides/best-time-to-visit-phu-quoc/" TargetMode="External"/><Relationship Id="rId14" Type="http://schemas.openxmlformats.org/officeDocument/2006/relationships/hyperlink" Target="https://www.traveldojo.com/phu-quoc-island/" TargetMode="External"/><Relationship Id="rId15" Type="http://schemas.openxmlformats.org/officeDocument/2006/relationships/hyperlink" Target="https://www.noahwire.com" TargetMode="External"/><Relationship Id="rId16" Type="http://schemas.openxmlformats.org/officeDocument/2006/relationships/hyperlink" Target="https://www.phuquocgo.vn/en/phu-quoc-travel-guide-a-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