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Phi Phi Islands regain appeal with renewed focus on marine conservation and accessible travel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Phi Phi Island is drawing travellers back for the same reason it has long stood out on Thailand’s Andaman coast: striking limestone cliffs, bright water and easy access to snorkelling, diving and boat trips. According to travel coverage of the destination, the best-known pair in the archipelago are Phi Phi Don and Phi Phi Leh, both of which anchor the island group’s appeal for short breaks and island-hopping itineraries.</w:t>
      </w:r>
      <w:r/>
    </w:p>
    <w:p>
      <w:r/>
      <w:r>
        <w:t>For visitors planning a trip, the practical draw is that Phi Phi is straightforward to reach from both Phuket and Krabi, with scheduled ferries and faster speedboat options available. Phuket-based travel information says the ferry crossing typically takes about 90 minutes, making the island one of the easier tropical escapes for travellers already in southern Thailand.</w:t>
      </w:r>
      <w:r/>
    </w:p>
    <w:p>
      <w:r/>
      <w:r>
        <w:t>The strongest conditions for marine activities usually run from November to April, when visibility is best for snorkelling and scuba diving, according to local activity guides and Tourism Authority of Thailand information. That matters for travellers deciding when to go: this is the period most likely to deliver clearer water, calmer sea conditions and the best chance of seeing the reefs and marine life that make Phi Phi a favourite for first-time and repeat visitors alike.</w:t>
      </w:r>
      <w:r/>
    </w:p>
    <w:p>
      <w:r/>
      <w:r>
        <w:t>There are also signs that conservation is shaping the visitor experience more directly. The Thaiger reported that snorkelling and scuba diving have resumed at designated sites inside Hat Noppharat Thara–Mu Ko Phi Phi National Park after a year-long pause linked to coral bleaching, with park authorities urging visitors to follow marine protection rules. For travellers, that means Phi Phi remains appealing, but the experience is increasingly tied to responsible behaviour , especially if the islands are to stay as attractive as they look in photographs.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Paragraph 3: </w:t>
      </w:r>
      <w:hyperlink r:id="rId12">
        <w:r>
          <w:rPr>
            <w:color w:val="0000EE"/>
            <w:u w:val="single"/>
          </w:rPr>
          <w:t>[3]</w:t>
        </w:r>
      </w:hyperlink>
      <w:r>
        <w:t xml:space="preserve">, </w:t>
      </w:r>
      <w:hyperlink r:id="rId11">
        <w:r>
          <w:rPr>
            <w:color w:val="0000EE"/>
            <w:u w:val="single"/>
          </w:rPr>
          <w:t>[4]</w:t>
        </w:r>
      </w:hyperlink>
      <w:r>
        <w:t xml:space="preserve">- Paragraph 4: </w:t>
      </w:r>
      <w:hyperlink r:id="rId13">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https://www.travelandtourworld.com/news/article/40dgbftbfbux/</w:t>
        </w:r>
      </w:hyperlink>
      <w:r>
        <w:t xml:space="preserve"> - Please view link - unable to able to access data</w:t>
      </w:r>
      <w:r/>
    </w:p>
    <w:p>
      <w:pPr>
        <w:pStyle w:val="ListNumber"/>
        <w:spacing w:line="240" w:lineRule="auto"/>
        <w:ind w:left="720"/>
      </w:pPr>
      <w:r/>
      <w:hyperlink r:id="rId10">
        <w:r>
          <w:rPr>
            <w:color w:val="0000EE"/>
            <w:u w:val="single"/>
          </w:rPr>
          <w:t>https://www.phuket.net/visit-phuket/about/islands/phi-phi-island/</w:t>
        </w:r>
      </w:hyperlink>
      <w:r>
        <w:t xml:space="preserve"> - Phi Phi Island, located in Krabi Province, Thailand, is renowned for its crystal-clear waters and limestone cliffs. Visitors can engage in activities such as snorkelling, scuba diving, and kayaking. The island is accessible via daily scheduled passenger ferry services from Phuket and Krabi, with journey times of approximately 90 minutes. Return tickets are flexible, allowing for any return trip. Speedboat options are also available for a faster journey. (</w:t>
      </w:r>
      <w:hyperlink r:id="rId15">
        <w:r>
          <w:rPr>
            <w:color w:val="0000EE"/>
            <w:u w:val="single"/>
          </w:rPr>
          <w:t>phuket.net</w:t>
        </w:r>
      </w:hyperlink>
      <w:r>
        <w:t>)</w:t>
      </w:r>
      <w:r/>
    </w:p>
    <w:p>
      <w:pPr>
        <w:pStyle w:val="ListNumber"/>
        <w:spacing w:line="240" w:lineRule="auto"/>
        <w:ind w:left="720"/>
      </w:pPr>
      <w:r/>
      <w:hyperlink r:id="rId12">
        <w:r>
          <w:rPr>
            <w:color w:val="0000EE"/>
            <w:u w:val="single"/>
          </w:rPr>
          <w:t>https://phi-phi-islands.com/phi-phi-activities/</w:t>
        </w:r>
      </w:hyperlink>
      <w:r>
        <w:t xml:space="preserve"> - Ko Phi Phi offers a variety of activities for visitors, including island hopping, snorkelling, and diving. Half-day and full-day tours are available, with full-day tours providing more stops and longer snorkelling time. The best snorkelling areas include Shark Point, Loh Sama Bay, and Ao Tonsai outer reefs. Scuba diving is suitable for both beginners and certified divers, with visibility best from November to April. (</w:t>
      </w:r>
      <w:hyperlink r:id="rId16">
        <w:r>
          <w:rPr>
            <w:color w:val="0000EE"/>
            <w:u w:val="single"/>
          </w:rPr>
          <w:t>phi-phi-islands.com</w:t>
        </w:r>
      </w:hyperlink>
      <w:r>
        <w:t>)</w:t>
      </w:r>
      <w:r/>
    </w:p>
    <w:p>
      <w:pPr>
        <w:pStyle w:val="ListNumber"/>
        <w:spacing w:line="240" w:lineRule="auto"/>
        <w:ind w:left="720"/>
      </w:pPr>
      <w:r/>
      <w:hyperlink r:id="rId11">
        <w:r>
          <w:rPr>
            <w:color w:val="0000EE"/>
            <w:u w:val="single"/>
          </w:rPr>
          <w:t>https://www.tourismthailand.org/Destinations/Provinces/Ko-Phi-Phi/359</w:t>
        </w:r>
      </w:hyperlink>
      <w:r>
        <w:t xml:space="preserve"> - The Tourism Authority of Thailand provides information on Ko Phi Phi, highlighting its exotic marine life, including docile leopard sharks. Snorkelling and diving are popular activities, with the best time to visit being between November and April. Visitors are advised to respect local customs regarding appropriate attire and to ensure their scuba diving instructor is fully accredited. (</w:t>
      </w:r>
      <w:hyperlink r:id="rId17">
        <w:r>
          <w:rPr>
            <w:color w:val="0000EE"/>
            <w:u w:val="single"/>
          </w:rPr>
          <w:t>tourismthailand.org</w:t>
        </w:r>
      </w:hyperlink>
      <w:r>
        <w:t>)</w:t>
      </w:r>
      <w:r/>
    </w:p>
    <w:p>
      <w:pPr>
        <w:pStyle w:val="ListNumber"/>
        <w:spacing w:line="240" w:lineRule="auto"/>
        <w:ind w:left="720"/>
      </w:pPr>
      <w:r/>
      <w:hyperlink r:id="rId18">
        <w:r>
          <w:rPr>
            <w:color w:val="0000EE"/>
            <w:u w:val="single"/>
          </w:rPr>
          <w:t>https://www.blueviewdivers.com/padi-dive-centre/</w:t>
        </w:r>
      </w:hyperlink>
      <w:r>
        <w:t xml:space="preserve"> - Blue View Divers, located at Viewpoint Resort on Phi Phi Island, is a PADI 5-Star Eco Dive Centre. They offer personalized diving experiences with a focus on responsible tourism. The centre is situated just 10 minutes from town, overlooking Loh Dalum Bay, providing stunning views, especially at sunset. (</w:t>
      </w:r>
      <w:hyperlink r:id="rId19">
        <w:r>
          <w:rPr>
            <w:color w:val="0000EE"/>
            <w:u w:val="single"/>
          </w:rPr>
          <w:t>blueviewdivers.com</w:t>
        </w:r>
      </w:hyperlink>
      <w:r>
        <w:t>)</w:t>
      </w:r>
      <w:r/>
    </w:p>
    <w:p>
      <w:pPr>
        <w:pStyle w:val="ListNumber"/>
        <w:spacing w:line="240" w:lineRule="auto"/>
        <w:ind w:left="720"/>
      </w:pPr>
      <w:r/>
      <w:hyperlink r:id="rId13">
        <w:r>
          <w:rPr>
            <w:color w:val="0000EE"/>
            <w:u w:val="single"/>
          </w:rPr>
          <w:t>https://thethaiger.com/news/national/phi-phi-islands-reopen-snorkelling-and-diving-after-coral-recovery</w:t>
        </w:r>
      </w:hyperlink>
      <w:r>
        <w:t xml:space="preserve"> - After a year-long ban due to severe coral bleaching, snorkelling and scuba diving have officially resumed at 10 designated sites within the Hat Noppharat Thara–Mu Ko Phi Phi National Park in Krabi. The decision follows promising signs of coral reef recovery, with park authorities urging visitors to adhere to marine conservation rules. (</w:t>
      </w:r>
      <w:hyperlink r:id="rId20">
        <w:r>
          <w:rPr>
            <w:color w:val="0000EE"/>
            <w:u w:val="single"/>
          </w:rPr>
          <w:t>thethaiger.com</w:t>
        </w:r>
      </w:hyperlink>
      <w:r>
        <w:t>)</w:t>
      </w:r>
      <w:r/>
    </w:p>
    <w:p>
      <w:pPr>
        <w:pStyle w:val="ListNumber"/>
        <w:spacing w:line="240" w:lineRule="auto"/>
        <w:ind w:left="720"/>
      </w:pPr>
      <w:r/>
      <w:hyperlink r:id="rId21">
        <w:r>
          <w:rPr>
            <w:color w:val="0000EE"/>
            <w:u w:val="single"/>
          </w:rPr>
          <w:t>https://phiphipirate.com/en/about/tour-activities</w:t>
        </w:r>
      </w:hyperlink>
      <w:r>
        <w:t xml:space="preserve"> - Phi Phi Pirate Boat offers a thrilling boat tour around the Phi Phi Islands, featuring activities such as kayaking, snorkelling, and stand-up paddleboarding. The tour allows visitors to explore hidden beaches, caves, and lagoons, providing a unique way to experience the natural beauty of the islands. (</w:t>
      </w:r>
      <w:hyperlink r:id="rId22">
        <w:r>
          <w:rPr>
            <w:color w:val="0000EE"/>
            <w:u w:val="single"/>
          </w:rPr>
          <w:t>phiphipirate.com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40dgbftbfbux/" TargetMode="External"/><Relationship Id="rId10" Type="http://schemas.openxmlformats.org/officeDocument/2006/relationships/hyperlink" Target="https://www.phuket.net/visit-phuket/about/islands/phi-phi-island/" TargetMode="External"/><Relationship Id="rId11" Type="http://schemas.openxmlformats.org/officeDocument/2006/relationships/hyperlink" Target="https://www.tourismthailand.org/Destinations/Provinces/Ko-Phi-Phi/359" TargetMode="External"/><Relationship Id="rId12" Type="http://schemas.openxmlformats.org/officeDocument/2006/relationships/hyperlink" Target="https://phi-phi-islands.com/phi-phi-activities/" TargetMode="External"/><Relationship Id="rId13" Type="http://schemas.openxmlformats.org/officeDocument/2006/relationships/hyperlink" Target="https://thethaiger.com/news/national/phi-phi-islands-reopen-snorkelling-and-diving-after-coral-recovery" TargetMode="External"/><Relationship Id="rId14" Type="http://schemas.openxmlformats.org/officeDocument/2006/relationships/hyperlink" Target="https://www.noahwire.com" TargetMode="External"/><Relationship Id="rId15" Type="http://schemas.openxmlformats.org/officeDocument/2006/relationships/hyperlink" Target="https://www.phuket.net/visit-phuket/about/islands/phi-phi-island/?utm_source=openai" TargetMode="External"/><Relationship Id="rId16" Type="http://schemas.openxmlformats.org/officeDocument/2006/relationships/hyperlink" Target="https://phi-phi-islands.com/phi-phi-activities/?utm_source=openai" TargetMode="External"/><Relationship Id="rId17" Type="http://schemas.openxmlformats.org/officeDocument/2006/relationships/hyperlink" Target="https://www.tourismthailand.org/Destinations/Provinces/Ko-Phi-Phi/359?utm_source=openai" TargetMode="External"/><Relationship Id="rId18" Type="http://schemas.openxmlformats.org/officeDocument/2006/relationships/hyperlink" Target="https://www.blueviewdivers.com/padi-dive-centre/" TargetMode="External"/><Relationship Id="rId19" Type="http://schemas.openxmlformats.org/officeDocument/2006/relationships/hyperlink" Target="https://www.blueviewdivers.com/padi-dive-centre/?utm_source=openai" TargetMode="External"/><Relationship Id="rId20" Type="http://schemas.openxmlformats.org/officeDocument/2006/relationships/hyperlink" Target="https://thethaiger.com/news/national/phi-phi-islands-reopen-snorkelling-and-diving-after-coral-recovery?utm_source=openai" TargetMode="External"/><Relationship Id="rId21" Type="http://schemas.openxmlformats.org/officeDocument/2006/relationships/hyperlink" Target="https://phiphipirate.com/en/about/tour-activities" TargetMode="External"/><Relationship Id="rId22" Type="http://schemas.openxmlformats.org/officeDocument/2006/relationships/hyperlink" Target="https://phiphipirate.com/en/about/tour-activiti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