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Khao Lak’s hidden treasures: how Marriott Vacation Club opens up a wider world beyond the beach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Marriott Vacation Club Khao Lak Beach Resort is best treated as a calm base rather than the whole experience. According to Marriott, the property sits on a secluded stretch of Khuk Khak Beach in Phang Nga and shares access to facilities next door at JW Marriott Khao Lak Resort &amp; Spa, including a long pool and spa, but the real appeal for many travellers is how easily they can step beyond the sand and into the wider Khao Lak area. </w:t>
      </w:r>
      <w:r/>
    </w:p>
    <w:p>
      <w:r/>
      <w:r>
        <w:t xml:space="preserve">That matters because the resort is only a few minutes north of Khao Lak’s main township, with most nearby sights reachable in a short taxi or private-driver ride. In practical terms, that makes day trips to markets, waterfalls, memorials and conservation sites far less daunting than they might first appear, especially for families or first-time visitors who want variety without long transfers. </w:t>
      </w:r>
      <w:r/>
    </w:p>
    <w:p>
      <w:r/>
      <w:r>
        <w:t xml:space="preserve">For an easy first outing, head to Khuk Khak Fresh Market or Bang Niang Market. These are the simplest ways to see everyday life beyond the resort gates, and they work well for travellers who want quick bites, fruit, snacks and a little local bustle without committing to a full excursion. Even better, they can fit neatly around beach time or an early dinner back at the hotel. </w:t>
      </w:r>
      <w:r/>
    </w:p>
    <w:p>
      <w:r/>
      <w:r>
        <w:t xml:space="preserve">If you want a stronger sense of place, Takua Pa Old Town is one of the most rewarding half-day trips from the resort. Its old shophouses, shrines and coffee stops offer a quieter, more historic side of southern Thailand, and the journey is short enough that you can browse, eat and return before the evening rush. </w:t>
      </w:r>
      <w:r/>
    </w:p>
    <w:p>
      <w:r/>
      <w:r>
        <w:t xml:space="preserve">Nature lovers have plenty of options too. Waterfalls such as Lampi and Sai Rung are among the most appealing escapes when the coast feels too hot or too familiar, and they are especially worthwhile in or just after the rainy season, when flows are stronger. These are not extreme hikes, but they do reward sensible footwear, a flexible schedule and a willingness to combine several stops into one outing. </w:t>
      </w:r>
      <w:r/>
    </w:p>
    <w:p>
      <w:r/>
      <w:r>
        <w:t xml:space="preserve">Khao Lak also suits travellers who prefer gentler wildlife experiences. The Sea Turtle Conservation Center near Thai Mueang is a low-key but meaningful stop, and several local operators pair it with a waterfall or beach visit to make the driving worthwhile. Similar logic applies to mangrove canoe trips and bamboo-raft outings inland, which are more about quiet observation than adrenaline. </w:t>
      </w:r>
      <w:r/>
    </w:p>
    <w:p>
      <w:r/>
      <w:r>
        <w:t xml:space="preserve">Elephant experiences remain a major draw, but they need careful vetting. The Khaolak Ethical Elephant Sanctuary-style visits described by local guides generally focus on observation, feeding and walking alongside the animals rather than riding or performances, which is the right approach for travellers who care about welfare as much as the photo opportunity. It is still worth checking current reviews and policies before booking, since “ethical” is often used loosely in Thailand. </w:t>
      </w:r>
      <w:r/>
    </w:p>
    <w:p>
      <w:r/>
      <w:r>
        <w:t xml:space="preserve">Khao Lak also asks visitors to reckon with its past. Boat 813 in Bang Niang and the memorial at Ban Nam Khem offer sobering context to the area’s calm beaches, reminding travellers that the landscape they see today was shaped by the 2004 tsunami. These are best visited respectfully and without rushing. </w:t>
      </w:r>
      <w:r/>
    </w:p>
    <w:p>
      <w:r/>
      <w:r>
        <w:t xml:space="preserve">For more active travellers, cycling routes, kayak trips and easy jungle walks add variety without requiring specialist fitness. The roads around Khuk Khak and Khao Lak are straightforward enough for short rides, while sheltered inland waterways are well suited to slow paddling and wildlife spotting. In other words, you do not need to be chasing extreme adventure to make the most of the area. </w:t>
      </w:r>
      <w:r/>
    </w:p>
    <w:p>
      <w:r/>
      <w:r>
        <w:t xml:space="preserve">The main practical point is that staying at Marriott Vacation Club Khao Lak Beach Resort opens up a much wider holiday than the beachfront alone suggests. Because the resort is close to town and easy to describe to local drivers, most travellers can mix markets, nature, history and conservation into a stay with very little planning. That makes Khao Lak especially appealing for families and couples who want a quiet base but still expect a full, varied trip.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Paragraph 2: </w:t>
      </w:r>
      <w:hyperlink r:id="rId10">
        <w:r>
          <w:rPr>
            <w:color w:val="0000EE"/>
            <w:u w:val="single"/>
          </w:rPr>
          <w:t>[3]</w:t>
        </w:r>
      </w:hyperlink>
      <w:r>
        <w:t xml:space="preserve">- Paragraph 3: </w:t>
      </w:r>
      <w:hyperlink r:id="rId9">
        <w:r>
          <w:rPr>
            <w:color w:val="0000EE"/>
            <w:u w:val="single"/>
          </w:rPr>
          <w:t>[1]</w:t>
        </w:r>
      </w:hyperlink>
      <w:r>
        <w:t xml:space="preserve">- Paragraph 4: </w:t>
      </w:r>
      <w:hyperlink r:id="rId9">
        <w:r>
          <w:rPr>
            <w:color w:val="0000EE"/>
            <w:u w:val="single"/>
          </w:rPr>
          <w:t>[1]</w:t>
        </w:r>
      </w:hyperlink>
      <w:r>
        <w:t xml:space="preserve">- Paragraph 5: </w:t>
      </w:r>
      <w:hyperlink r:id="rId9">
        <w:r>
          <w:rPr>
            <w:color w:val="0000EE"/>
            <w:u w:val="single"/>
          </w:rPr>
          <w:t>[1]</w:t>
        </w:r>
      </w:hyperlink>
      <w:r>
        <w:t xml:space="preserve">- Paragraph 6: </w:t>
      </w:r>
      <w:hyperlink r:id="rId9">
        <w:r>
          <w:rPr>
            <w:color w:val="0000EE"/>
            <w:u w:val="single"/>
          </w:rPr>
          <w:t>[1]</w:t>
        </w:r>
      </w:hyperlink>
      <w:r>
        <w:t xml:space="preserve">- Paragraph 7: </w:t>
      </w:r>
      <w:hyperlink r:id="rId9">
        <w:r>
          <w:rPr>
            <w:color w:val="0000EE"/>
            <w:u w:val="single"/>
          </w:rPr>
          <w:t>[1]</w:t>
        </w:r>
      </w:hyperlink>
      <w:r>
        <w:t xml:space="preserve">- Paragraph 8: </w:t>
      </w:r>
      <w:hyperlink r:id="rId9">
        <w:r>
          <w:rPr>
            <w:color w:val="0000EE"/>
            <w:u w:val="single"/>
          </w:rPr>
          <w:t>[1]</w:t>
        </w:r>
      </w:hyperlink>
      <w:r>
        <w:t xml:space="preserve">- Paragraph 9: </w:t>
      </w:r>
      <w:hyperlink r:id="rId9">
        <w:r>
          <w:rPr>
            <w:color w:val="0000EE"/>
            <w:u w:val="single"/>
          </w:rPr>
          <w:t>[1]</w:t>
        </w:r>
      </w:hyperlink>
      <w:r>
        <w:t xml:space="preserve">- Paragraph 10: </w:t>
      </w:r>
      <w:hyperlink r:id="rId9">
        <w:r>
          <w:rPr>
            <w:color w:val="0000EE"/>
            <w:u w:val="single"/>
          </w:rPr>
          <w:t>[1]</w:t>
        </w:r>
      </w:hyperlink>
      <w:r/>
    </w:p>
    <w:p>
      <w:r/>
      <w:r>
        <w:t xml:space="preserve">Source: </w:t>
      </w:r>
      <w:hyperlink r:id="rId11">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https://www.thetraveler.org/what-to-do-near-marriott-vacation-club-khao-lak-beyond-the-beach/</w:t>
        </w:r>
      </w:hyperlink>
      <w:r>
        <w:t xml:space="preserve"> - Please view link - unable to able to access data</w:t>
      </w:r>
      <w:r/>
    </w:p>
    <w:p>
      <w:pPr>
        <w:pStyle w:val="ListNumber"/>
        <w:spacing w:line="240" w:lineRule="auto"/>
        <w:ind w:left="720"/>
      </w:pPr>
      <w:r/>
      <w:hyperlink r:id="rId10">
        <w:r>
          <w:rPr>
            <w:color w:val="0000EE"/>
            <w:u w:val="single"/>
          </w:rPr>
          <w:t>https://www.marriott.com/en-us/hotels/hktkv-marriott-vacation-club-khao-lak-beach-resort/overview/</w:t>
        </w:r>
      </w:hyperlink>
      <w:r>
        <w:t xml:space="preserve"> - Marriott Vacation Club Khao Lak Beach Resort is situated along a secluded stretch of Khuk Khak Beach in Phang Nga, Thailand. The resort offers spacious two-bedroom apartments ideal for family getaways, with access to amenities at the adjacent JW Marriott Khao Lak Resort &amp; Spa, including a 2.4 km swimming pool, Quan Spa, and various dining options. The resort's address is 43/17 Moo 3, Khuk Khak, Takua Pa District, Phang Nga, Thailand, 82220.</w:t>
      </w:r>
      <w:r/>
    </w:p>
    <w:p>
      <w:pPr>
        <w:pStyle w:val="ListNumber"/>
        <w:spacing w:line="240" w:lineRule="auto"/>
        <w:ind w:left="720"/>
      </w:pPr>
      <w:r/>
      <w:hyperlink r:id="rId10">
        <w:r>
          <w:rPr>
            <w:color w:val="0000EE"/>
            <w:u w:val="single"/>
          </w:rPr>
          <w:t>https://www.marriott.com/en-us/hotels/hktkv-marriott-vacation-club-khao-lak-beach-resort/overview/</w:t>
        </w:r>
      </w:hyperlink>
      <w:r>
        <w:t xml:space="preserve"> - Marriott Vacation Club Khao Lak Beach Resort is located on Khuk Khak Beach, a few minutes north of Khao Lak's main township. The resort shares the beachfront area with JW Marriott Khao Lak Resort &amp; Spa, making it easier for guests to describe their location to local drivers or tour operators. The address is 43/17 Moo 3, Khuk Khak, Takua Pa District, Phang Nga, Thailand, 82220.</w:t>
      </w:r>
      <w:r/>
    </w:p>
    <w:p>
      <w:pPr>
        <w:pStyle w:val="ListNumber"/>
        <w:spacing w:line="240" w:lineRule="auto"/>
        <w:ind w:left="720"/>
      </w:pPr>
      <w:r/>
      <w:hyperlink r:id="rId10">
        <w:r>
          <w:rPr>
            <w:color w:val="0000EE"/>
            <w:u w:val="single"/>
          </w:rPr>
          <w:t>https://www.marriott.com/en-us/hotels/hktkv-marriott-vacation-club-khao-lak-beach-resort/overview/</w:t>
        </w:r>
      </w:hyperlink>
      <w:r>
        <w:t xml:space="preserve"> - Marriott Vacation Club Khao Lak Beach Resort is situated along a secluded stretch of Khuk Khak Beach in Phang Nga, Thailand. The resort offers spacious two-bedroom apartments ideal for family getaways, with access to amenities at the adjacent JW Marriott Khao Lak Resort &amp; Spa, including a 2.4 km swimming pool, Quan Spa, and various dining options. The resort's address is 43/17 Moo 3, Khuk Khak, Takua Pa District, Phang Nga, Thailand, 82220.</w:t>
      </w:r>
      <w:r/>
    </w:p>
    <w:p>
      <w:pPr>
        <w:pStyle w:val="ListNumber"/>
        <w:spacing w:line="240" w:lineRule="auto"/>
        <w:ind w:left="720"/>
      </w:pPr>
      <w:r/>
      <w:hyperlink r:id="rId10">
        <w:r>
          <w:rPr>
            <w:color w:val="0000EE"/>
            <w:u w:val="single"/>
          </w:rPr>
          <w:t>https://www.marriott.com/en-us/hotels/hktkv-marriott-vacation-club-khao-lak-beach-resort/overview/</w:t>
        </w:r>
      </w:hyperlink>
      <w:r>
        <w:t xml:space="preserve"> - Marriott Vacation Club Khao Lak Beach Resort is located on Khuk Khak Beach, a few minutes north of Khao Lak's main township. The resort shares the beachfront area with JW Marriott Khao Lak Resort &amp; Spa, making it easier for guests to describe their location to local drivers or tour operators. The address is 43/17 Moo 3, Khuk Khak, Takua Pa District, Phang Nga, Thailand, 82220.</w:t>
      </w:r>
      <w:r/>
    </w:p>
    <w:p>
      <w:pPr>
        <w:pStyle w:val="ListNumber"/>
        <w:spacing w:line="240" w:lineRule="auto"/>
        <w:ind w:left="720"/>
      </w:pPr>
      <w:r/>
      <w:hyperlink r:id="rId10">
        <w:r>
          <w:rPr>
            <w:color w:val="0000EE"/>
            <w:u w:val="single"/>
          </w:rPr>
          <w:t>https://www.marriott.com/en-us/hotels/hktkv-marriott-vacation-club-khao-lak-beach-resort/overview/</w:t>
        </w:r>
      </w:hyperlink>
      <w:r>
        <w:t xml:space="preserve"> - Marriott Vacation Club Khao Lak Beach Resort is situated along a secluded stretch of Khuk Khak Beach in Phang Nga, Thailand. The resort offers spacious two-bedroom apartments ideal for family getaways, with access to amenities at the adjacent JW Marriott Khao Lak Resort &amp; Spa, including a 2.4 km swimming pool, Quan Spa, and various dining options. The resort's address is 43/17 Moo 3, Khuk Khak, Takua Pa District, Phang Nga, Thailand, 82220.</w:t>
      </w:r>
      <w:r/>
    </w:p>
    <w:p>
      <w:pPr>
        <w:pStyle w:val="ListNumber"/>
        <w:spacing w:line="240" w:lineRule="auto"/>
        <w:ind w:left="720"/>
      </w:pPr>
      <w:r/>
      <w:hyperlink r:id="rId10">
        <w:r>
          <w:rPr>
            <w:color w:val="0000EE"/>
            <w:u w:val="single"/>
          </w:rPr>
          <w:t>https://www.marriott.com/en-us/hotels/hktkv-marriott-vacation-club-khao-lak-beach-resort/overview/</w:t>
        </w:r>
      </w:hyperlink>
      <w:r>
        <w:t xml:space="preserve"> - Marriott Vacation Club Khao Lak Beach Resort is located on Khuk Khak Beach, a few minutes north of Khao Lak's main township. The resort shares the beachfront area with JW Marriott Khao Lak Resort &amp; Spa, making it easier for guests to describe their location to local drivers or tour operators. The address is 43/17 Moo 3, Khuk Khak, Takua Pa District, Phang Nga, Thailand, 82220.</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traveler.org/what-to-do-near-marriott-vacation-club-khao-lak-beyond-the-beach/" TargetMode="External"/><Relationship Id="rId10" Type="http://schemas.openxmlformats.org/officeDocument/2006/relationships/hyperlink" Target="https://www.marriott.com/en-us/hotels/hktkv-marriott-vacation-club-khao-lak-beach-resort/overview/" TargetMode="External"/><Relationship Id="rId11"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