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Visama Explorer Nan redefines slow travel with intimate eco-luxury in northern Thailand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Visama Explorer Nan is leaning into a quieter side of Thailand, presenting its small tented camp in Nan Province as a place for travellers who want mountain scenery, local culture and a slower rhythm than the country’s better-known resort hubs. Set in Ban Wen village in Bo Kluea district, the property sits in a rural pocket around a 2.5-hour drive from Nan city, with the province also reachable by a short flight from Bangkok before a scenic onward transfer through temples, viewpoints and highland landscapes. </w:t>
      </w:r>
      <w:r/>
    </w:p>
    <w:p>
      <w:r/>
      <w:r>
        <w:t xml:space="preserve">The camp is built around just eight safari-style tents, each set up as an air-conditioned suite with plush bedding and ensuite bathrooms, according to Visama’s own description. That limited inventory gives the property an intimate feel and makes it more suited to couples, small families and independent travellers than to large groups. The setting is a strong part of the appeal: guests are close to mountains, forests and village life, with the surrounding area offering an easy base for exploring northern Thailand’s heritage and scenery. </w:t>
      </w:r>
      <w:r/>
    </w:p>
    <w:p>
      <w:r/>
      <w:r>
        <w:t xml:space="preserve">For visitors, the draw is not only the accommodation but also what sits around it. Suggested outings include Wat Phumin in Nan city, known for its murals and prayer hall, plus visits into the hills around Bo Kluea with a local guide. Nearby attractions such as Sapan waterfall add to the appeal for travellers who want a trip that mixes gentle adventure with culture. Other activity listings mention cycling excursions, temple visits, village stops and even tree-planting programmes, underlining the camp’s emphasis on participation rather than passive stay-only travel. </w:t>
      </w:r>
      <w:r/>
    </w:p>
    <w:p>
      <w:r/>
      <w:r>
        <w:t xml:space="preserve">Back at the property, the experience is shaped around food and atmosphere. Breaking Travel News reported that The Ambalama acts as a social hub, where guests can gather for an outdoor heritage film screening beside a fire pit, with drinks served from a converted Second World War US Army jeep. The kitchen also highlights northern Thai dishes such as khao soi, geng hang lay, fern salad and a range of chilli pastes, which should particularly suit travellers looking to sample regional cooking without leaving the camp. </w:t>
      </w:r>
      <w:r/>
    </w:p>
    <w:p>
      <w:r/>
      <w:r>
        <w:t xml:space="preserve">Visama also frames the camp as a model for regenerative travel, using what it calls the 4Cs: conservation, community, culture and responsible commerce. The property says it uses locally sourced materials where possible, supports village enterprises and works with local artisans and staff, while its gardens are planted with tropical species that reinforce the sense of place. It is currently taking bookings through 15 October 2026, and says the best time to visit is from November to February, when skies are clearer and nights can drop to about 10C. For travellers, that makes Visama Explorer Nan less a conventional hotel than a destination-led stay built around nature, food and northern Thai character.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[4]</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5">
        <w:r>
          <w:rPr>
            <w:color w:val="0000EE"/>
            <w:u w:val="single"/>
          </w:rPr>
          <w:t>[3]</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https://moderncampground.com/asia/thailand/visama-explorer-nan-expands-glamping-offer-in-northern-thailand/</w:t>
        </w:r>
      </w:hyperlink>
      <w:r>
        <w:t xml:space="preserve"> - Please view link - unable to able to access data</w:t>
      </w:r>
      <w:r/>
    </w:p>
    <w:p>
      <w:pPr>
        <w:pStyle w:val="ListNumber"/>
        <w:spacing w:line="240" w:lineRule="auto"/>
        <w:ind w:left="720"/>
      </w:pPr>
      <w:r/>
      <w:hyperlink r:id="rId10">
        <w:r>
          <w:rPr>
            <w:color w:val="0000EE"/>
            <w:u w:val="single"/>
          </w:rPr>
          <w:t>https://visamatentedcamps.com/en/nan/</w:t>
        </w:r>
      </w:hyperlink>
      <w:r>
        <w:t xml:space="preserve"> - Visama Explorer Nan is an eco-luxury tented camp located in the village of Ban Wen, Bo Kluea district, Nan Province, Thailand. The camp comprises eight safari-style tents, each featuring air conditioning, plush bedding, and ensuite bathrooms. Positioned in a secluded valley, it offers guests access to surrounding mountains, forests, and local villages, providing an intimate base for exploring the region's natural beauty and cultural heritage. The camp operates year-round, with seasonal offers varying by season, and recommends November through February for cooler conditions and clearer skies.</w:t>
      </w:r>
      <w:r/>
    </w:p>
    <w:p>
      <w:pPr>
        <w:pStyle w:val="ListNumber"/>
        <w:spacing w:line="240" w:lineRule="auto"/>
        <w:ind w:left="720"/>
      </w:pPr>
      <w:r/>
      <w:hyperlink r:id="rId15">
        <w:r>
          <w:rPr>
            <w:color w:val="0000EE"/>
            <w:u w:val="single"/>
          </w:rPr>
          <w:t>https://remthailand.asia/visama-explorer-nan-redefining-eco-luxury-in-northern-thailand-opening-on-1st-december-2025/</w:t>
        </w:r>
      </w:hyperlink>
      <w:r>
        <w:t xml:space="preserve"> - Visama Explorer Nan, an eco-luxury tented camp in Nan Province, Thailand, opened on 1st December 2025. The camp features eight high-comfort tented units set amidst rice fields and mountains, offering a serene rural setting. Each tent is equipped with air conditioning, plush bedding, and ensuite bathrooms. The property emphasizes regenerative travel through its '4Cs' philosophy: conservation, community, culture, and responsible commerce, aiming to provide guests with an immersive experience in Northern Thailand's natural and cultural landscapes.</w:t>
      </w:r>
      <w:r/>
    </w:p>
    <w:p>
      <w:pPr>
        <w:pStyle w:val="ListNumber"/>
        <w:spacing w:line="240" w:lineRule="auto"/>
        <w:ind w:left="720"/>
      </w:pPr>
      <w:r/>
      <w:hyperlink r:id="rId11">
        <w:r>
          <w:rPr>
            <w:color w:val="0000EE"/>
            <w:u w:val="single"/>
          </w:rPr>
          <w:t>https://go2-thailand.com/blog/visama-explorer-nan-eco-glamping-tented-camp-2026/</w:t>
        </w:r>
      </w:hyperlink>
      <w:r>
        <w:t xml:space="preserve"> - Visama Explorer Nan, an eco-luxury tented camp in Northern Thailand's Nan Province, officially opened on 23 February 2026. The camp comprises eight spacious safari-style tented suites, each covering 36 square metres with an additional 12 square metre covered veranda. Located approximately 30 minutes north of Bo Kluea district, the camp offers guests access to the surrounding mountains and river valleys. Activities include cycling excursions, visits to local temples and villages, and tree planting programmes, emphasizing the camp's commitment to regenerative tourism and community engagement.</w:t>
      </w:r>
      <w:r/>
    </w:p>
    <w:p>
      <w:pPr>
        <w:pStyle w:val="ListNumber"/>
        <w:spacing w:line="240" w:lineRule="auto"/>
        <w:ind w:left="720"/>
      </w:pPr>
      <w:r/>
      <w:hyperlink r:id="rId14">
        <w:r>
          <w:rPr>
            <w:color w:val="0000EE"/>
            <w:u w:val="single"/>
          </w:rPr>
          <w:t>https://www.ttrweekly.com/site/2025/09/new-eco-lux-tented-camp-in-north-thailand/</w:t>
        </w:r>
      </w:hyperlink>
      <w:r>
        <w:t xml:space="preserve"> - Visama Explorer Nan, an eco-luxury tented camp in Nan Province, Thailand, is open for bookings ahead of its official debut on 1 December 2025. The camp comprises eight high-comfort tented units set in a serene rural setting surrounded by rice fields and mountains. Inspired by the Sri Lankan tradition of resting places for travellers, the camp's Ambalama serves as a gathering spot for nightly conversations or open-air cinema shows by the fireplace, accompanied by a bar service with crafted cocktails.</w:t>
      </w:r>
      <w:r/>
    </w:p>
    <w:p>
      <w:pPr>
        <w:pStyle w:val="ListNumber"/>
        <w:spacing w:line="240" w:lineRule="auto"/>
        <w:ind w:left="720"/>
      </w:pPr>
      <w:r/>
      <w:hyperlink r:id="rId13">
        <w:r>
          <w:rPr>
            <w:color w:val="0000EE"/>
            <w:u w:val="single"/>
          </w:rPr>
          <w:t>https://www.wherewildthingsroam.com/new-tented-camp-opens-in-northern-thailand/</w:t>
        </w:r>
      </w:hyperlink>
      <w:r>
        <w:t xml:space="preserve"> - Visama Explorer Nan, an eco-luxury tented camp in Northern Thailand's Nan Province, officially welcomed its first guests on 23 February 2026. Developed by VHG Hospitality Asia, the property emphasizes regenerative tourism through its '4Cs' philosophy: conservation, community, culture, and responsible commerce. The camp is designed to work closely with local staff, artisans, and suppliers, encouraging guests to engage with the surrounding environment and communities, offering an immersive experience in Northern Thailand's natural and cultural landscapes.</w:t>
      </w:r>
      <w:r/>
    </w:p>
    <w:p>
      <w:pPr>
        <w:pStyle w:val="ListNumber"/>
        <w:spacing w:line="240" w:lineRule="auto"/>
        <w:ind w:left="720"/>
      </w:pPr>
      <w:r/>
      <w:hyperlink r:id="rId12">
        <w:r>
          <w:rPr>
            <w:color w:val="0000EE"/>
            <w:u w:val="single"/>
          </w:rPr>
          <w:t>https://www.atj.com/2026/06/04/atj-visama-explorer-nan</w:t>
        </w:r>
      </w:hyperlink>
      <w:r>
        <w:t xml:space="preserve"> - Visama Explorer Nan, an exclusive eco-luxury tented camp in Northern Thailand's Nan Province, features eight boutique tents nestled into a private mountain valley. The camp offers an intimate, crowd-free alternative to Chiang Mai and Chiang Rai, pairing immersive Lanna and Tai Lue cultural experiences with high-end comfort. The region is known for its untouched natural beauty and authentic cultural experiences, making it an exceptional destination for travellers seeking a unique and serene retreat.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oderncampground.com/asia/thailand/visama-explorer-nan-expands-glamping-offer-in-northern-thailand/" TargetMode="External"/><Relationship Id="rId10" Type="http://schemas.openxmlformats.org/officeDocument/2006/relationships/hyperlink" Target="https://visamatentedcamps.com/en/nan/" TargetMode="External"/><Relationship Id="rId11" Type="http://schemas.openxmlformats.org/officeDocument/2006/relationships/hyperlink" Target="https://go2-thailand.com/blog/visama-explorer-nan-eco-glamping-tented-camp-2026/" TargetMode="External"/><Relationship Id="rId12" Type="http://schemas.openxmlformats.org/officeDocument/2006/relationships/hyperlink" Target="https://www.atj.com/2026/06/04/atj-visama-explorer-nan" TargetMode="External"/><Relationship Id="rId13" Type="http://schemas.openxmlformats.org/officeDocument/2006/relationships/hyperlink" Target="https://www.wherewildthingsroam.com/new-tented-camp-opens-in-northern-thailand/" TargetMode="External"/><Relationship Id="rId14" Type="http://schemas.openxmlformats.org/officeDocument/2006/relationships/hyperlink" Target="https://www.ttrweekly.com/site/2025/09/new-eco-lux-tented-camp-in-north-thailand/" TargetMode="External"/><Relationship Id="rId15" Type="http://schemas.openxmlformats.org/officeDocument/2006/relationships/hyperlink" Target="https://remthailand.asia/visama-explorer-nan-redefining-eco-luxury-in-northern-thailand-opening-on-1st-december-2025/"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