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Visama Explorer Nan offers an immersive eco-glamping experience in northern Thailand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seeking a gentler, more atmospheric alternative to Thailand’s better-known resort scenes, Visama Explorer Nan is emerging as one of the country’s most appealing tented stays. Set in a highland valley in Nan province, in the far north of the country, the camp has just eight safari-style tents, giving it an intimate feel that suits couples, families with one child and independent travellers who want nature, heritage and a slower pace rather than a conventional hotel break.</w:t>
      </w:r>
      <w:r/>
    </w:p>
    <w:p>
      <w:r/>
      <w:r>
        <w:t>The setting is part of the draw. According to the property and recent travel coverage, Visama Explorer Nan sits in Ban Wen village, in Bo Kluea district, around a two-and-a-half-hour drive north of Nan city. Visitors usually arrive via Bangkok, with daily flights into Nan followed by a scenic transfer through hills, temples and viewpoints. The journey is long enough to feel like an escape, and for many guests that is very much the point.</w:t>
      </w:r>
      <w:r/>
    </w:p>
    <w:p>
      <w:r/>
      <w:r>
        <w:t>The tents are designed for comfort as well as atmosphere. Each safari-style suite offers air conditioning, an ensuite bathroom, generous space and a private veranda, while the camp is framed by mountains, forests and river valleys. The property says its approach is rooted in the 4Cs of conservation, community, culture and responsible commerce, with local materials, local furnishings and village participation central to the experience. Open year-round, it is said to be at its best from November to February, when the air is cooler and the skies are clearer.</w:t>
      </w:r>
      <w:r/>
    </w:p>
    <w:p>
      <w:r/>
      <w:r>
        <w:t>For travellers, the appeal lies in what can be done from this base. The camp recommends a visit to Wat Phumin in Nan city, known for its murals and four-Buddha prayer hall, and excursions into the hills around Bo Kluea, including Sapan waterfall. Time at the camp itself can include an outdoor evening at The Ambalama, where guests watch a heritage film by a fire pit and order drinks from a converted World War Two US Army jeep bar. The food leans firmly into northern Thai cooking, with khao soi, geng hang lay, fern salad and chilli pastes among the signature dishes. A 4D/3N immersion package is also being offered, bundling guided sightseeing with cultural stops such as a museum, gallery, cotton weaving centre, silver workshop, waterfalls and salt well sites.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w:t>
      </w:r>
      <w:hyperlink r:id="rId15">
        <w:r>
          <w:rPr>
            <w:color w:val="0000EE"/>
            <w:u w:val="single"/>
          </w:rPr>
          <w:t>[6]</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w:t>
      </w:r>
      <w:hyperlink r:id="rId11">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https://www.breakingtravelnews.com/news/article/the-asia-pacific-glamping-experience-of-the-month-september-2026/</w:t>
        </w:r>
      </w:hyperlink>
      <w:r>
        <w:t xml:space="preserve"> - Please view link - unable to able to access data</w:t>
      </w:r>
      <w:r/>
    </w:p>
    <w:p>
      <w:pPr>
        <w:pStyle w:val="ListNumber"/>
        <w:spacing w:line="240" w:lineRule="auto"/>
        <w:ind w:left="720"/>
      </w:pPr>
      <w:r/>
      <w:hyperlink r:id="rId10">
        <w:r>
          <w:rPr>
            <w:color w:val="0000EE"/>
            <w:u w:val="single"/>
          </w:rPr>
          <w:t>https://visamatentedcamps.com/en/nan/</w:t>
        </w:r>
      </w:hyperlink>
      <w:r>
        <w:t xml:space="preserve"> - Visama Explorer Nan is an eco-luxury tented camp located in the highland valley of Nan Province, northern Thailand. The camp comprises eight safari-style tents, each featuring spacious, air-conditioned suites with private verandas. Guests can explore the surrounding mountains, forests, and villages, immersing themselves in the local culture and traditions. The camp operates year-round, with peak season from November to February, offering cooler weather and clear skies. For bookings and more information, visit their official website.</w:t>
      </w:r>
      <w:r/>
    </w:p>
    <w:p>
      <w:pPr>
        <w:pStyle w:val="ListNumber"/>
        <w:spacing w:line="240" w:lineRule="auto"/>
        <w:ind w:left="720"/>
      </w:pPr>
      <w:r/>
      <w:hyperlink r:id="rId13">
        <w:r>
          <w:rPr>
            <w:color w:val="0000EE"/>
            <w:u w:val="single"/>
          </w:rPr>
          <w:t>https://www.timeout.com/thailand/hotels/visama-explorer</w:t>
        </w:r>
      </w:hyperlink>
      <w:r>
        <w:t xml:space="preserve"> - Visama Explorer Nan, situated deep in Nan province, offers an intimate eco-luxury glamping experience. The camp provides a promotion through mid-August, where booking two consecutive nights includes breakfast, set dinner, minibar, archery, and mountain bikes. Transfers from the airport pass by Wat Phumin's famed Lanna murals, an art gallery, cotton weaving and silver-making workshops, a mountain viewpoint at 1,715 metres, and stops for local cocoa and kanom jeen noodles served with curries. Activities include dawn forest treks, campfire evenings, temple blessings, and cycling through a private valley.</w:t>
      </w:r>
      <w:r/>
    </w:p>
    <w:p>
      <w:pPr>
        <w:pStyle w:val="ListNumber"/>
        <w:spacing w:line="240" w:lineRule="auto"/>
        <w:ind w:left="720"/>
      </w:pPr>
      <w:r/>
      <w:hyperlink r:id="rId11">
        <w:r>
          <w:rPr>
            <w:color w:val="0000EE"/>
            <w:u w:val="single"/>
          </w:rPr>
          <w:t>https://go2-thailand.com/blog/visama-explorer-nan-eco-glamping-tented-camp-2026/</w:t>
        </w:r>
      </w:hyperlink>
      <w:r>
        <w:t xml:space="preserve"> - Visama Explorer Nan, an eco-luxury tented camp in northern Thailand's Nan province, opened on 23 February 2026. The camp features eight spacious safari-style tented suites, each covering 36 square metres with an additional 12 square metre covered veranda. Inside, guests find air conditioning, plush bedding, and ensuite bathrooms. The camp is located about 30 minutes north of Bo Kluea district, surrounded by mountains and river valleys. Activities include cycling excursions, visits to local temples and villages, and cultural workshops connecting visitors with Nan's heritage and traditions.</w:t>
      </w:r>
      <w:r/>
    </w:p>
    <w:p>
      <w:pPr>
        <w:pStyle w:val="ListNumber"/>
        <w:spacing w:line="240" w:lineRule="auto"/>
        <w:ind w:left="720"/>
      </w:pPr>
      <w:r/>
      <w:hyperlink r:id="rId14">
        <w:r>
          <w:rPr>
            <w:color w:val="0000EE"/>
            <w:u w:val="single"/>
          </w:rPr>
          <w:t>https://remthailand.asia/visama-explorer-nan-redefining-eco-luxury-in-northern-thailand-opening-on-1st-december-2025/</w:t>
        </w:r>
      </w:hyperlink>
      <w:r>
        <w:t xml:space="preserve"> - Visama Explorer Nan, an eco-luxury tented camp in northern Thailand's Nan province, is open for booking ahead of its official debut on 1 December 2025. The property comprises eight high-comfort tented units in a serene rural setting surrounded by rice fields and mountains. The camp is the latest project by VHG Hospitality Asia, part of YAANA Ventures, known for its commitment to regenerative travel through the 4Cs: conservation, community, culture, and responsible commerce.</w:t>
      </w:r>
      <w:r/>
    </w:p>
    <w:p>
      <w:pPr>
        <w:pStyle w:val="ListNumber"/>
        <w:spacing w:line="240" w:lineRule="auto"/>
        <w:ind w:left="720"/>
      </w:pPr>
      <w:r/>
      <w:hyperlink r:id="rId15">
        <w:r>
          <w:rPr>
            <w:color w:val="0000EE"/>
            <w:u w:val="single"/>
          </w:rPr>
          <w:t>https://www.ttrweekly.com/site/2025/09/new-eco-lux-tented-camp-in-north-thailand/</w:t>
        </w:r>
      </w:hyperlink>
      <w:r>
        <w:t xml:space="preserve"> - Visama Explorer Nan, an eco-luxury tented camp in Nan province, northern Thailand, is open for bookings ahead of its official debut on 1 December 2025. The resort comprises eight high-comfort tented units in a serene rural setting surrounded by rice fields and mountains. The camp is the latest project by VHG Hospitality Asia, part of YAANA Ventures, known for its commitment to regenerative travel through the 4Cs: conservation, community, culture, and responsible commerce.</w:t>
      </w:r>
      <w:r/>
    </w:p>
    <w:p>
      <w:pPr>
        <w:pStyle w:val="ListNumber"/>
        <w:spacing w:line="240" w:lineRule="auto"/>
        <w:ind w:left="720"/>
      </w:pPr>
      <w:r/>
      <w:hyperlink r:id="rId12">
        <w:r>
          <w:rPr>
            <w:color w:val="0000EE"/>
            <w:u w:val="single"/>
          </w:rPr>
          <w:t>https://www.ttrweekly.com/site/2026/02/new-tented-camp-in-northern-thailand-opens/</w:t>
        </w:r>
      </w:hyperlink>
      <w:r>
        <w:t xml:space="preserve"> - Visama Explorer Nan Tented Camp, located in a scenic hillside setting in northern Thailand, is now open, offering a two-night stay for THB6970, including dinner and breakfast for two. The new responsible tourism project with eight four-star tents officially opened its doors to its first guests on 23 February, following a grand opening party for travel trade guests from 20 to 22 February. The new ecolodge, the latest project by VHG Hospitality Asia, has been conceived, developed and inspired by the company’s commitment to the 4Cs of regenerative travel: conservation, community, culture and responsible commerce.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the-asia-pacific-glamping-experience-of-the-month-september-2026/" TargetMode="External"/><Relationship Id="rId10" Type="http://schemas.openxmlformats.org/officeDocument/2006/relationships/hyperlink" Target="https://visamatentedcamps.com/en/nan/" TargetMode="External"/><Relationship Id="rId11" Type="http://schemas.openxmlformats.org/officeDocument/2006/relationships/hyperlink" Target="https://go2-thailand.com/blog/visama-explorer-nan-eco-glamping-tented-camp-2026/" TargetMode="External"/><Relationship Id="rId12" Type="http://schemas.openxmlformats.org/officeDocument/2006/relationships/hyperlink" Target="https://www.ttrweekly.com/site/2026/02/new-tented-camp-in-northern-thailand-opens/" TargetMode="External"/><Relationship Id="rId13" Type="http://schemas.openxmlformats.org/officeDocument/2006/relationships/hyperlink" Target="https://www.timeout.com/thailand/hotels/visama-explorer" TargetMode="External"/><Relationship Id="rId14" Type="http://schemas.openxmlformats.org/officeDocument/2006/relationships/hyperlink" Target="https://remthailand.asia/visama-explorer-nan-redefining-eco-luxury-in-northern-thailand-opening-on-1st-december-2025/" TargetMode="External"/><Relationship Id="rId15" Type="http://schemas.openxmlformats.org/officeDocument/2006/relationships/hyperlink" Target="https://www.ttrweekly.com/site/2025/09/new-eco-lux-tented-camp-in-north-thailan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