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Skypark Celeste in Phuket offers a quiet alternative with independent, apartment-style stays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Skypark Celeste in northern Phuket offers something a little different from the island’s usual resort formula: a compact, apartment-style stay aimed at travellers who want more independence than a standard hotel room provides. According to the Sunday Post, the property sits in Bang Tao, an area that is quieter than Phuket’s better-known party strips yet still close enough to the beach and the island’s wider leisure scene to make a short break feel easy rather than exhausting. The setting is also notably fresh, with the adjacent building still being completed, giving the impression of a development that is very new to the market. </w:t>
      </w:r>
      <w:r/>
    </w:p>
    <w:p>
      <w:r/>
      <w:r>
        <w:t xml:space="preserve">Banyan Group Residences describes Skypark Celeste as a blend of hotel and residence, and that is the clearest way to think about it as a place to stay. The units are simple rather than spacious, but they do include a small kitchen, a pull-out sofa-bed, and practical extras such as an ironing board and iron. For couples or solo travellers, that may be enough for a comfortable short visit; families can fit, but only with a sense of compromise. The development also has a manicured garden with children’s play equipment, which makes it more appealing to guests travelling with younger children than a purely city-style apartment block would be. </w:t>
      </w:r>
      <w:r/>
    </w:p>
    <w:p>
      <w:r/>
      <w:r>
        <w:t xml:space="preserve">What helps the property stand out is its sense of calm. Banyan Group says Skypark Celeste sits near a golf course, and the Sunday Post noted that the outlook feels restful rather than busy. That will suit guests who are happy to trade immediate access to restaurants and shops for a quieter base. The same is true of the service model: communication is largely handled through WhatsApp, which the reporter found quick and efficient, although the lack of face-to-face interaction will not suit everyone. For some travellers, that minimal-contact approach will feel modern and convenient; for others, it may seem impersonal. </w:t>
      </w:r>
      <w:r/>
    </w:p>
    <w:p>
      <w:r/>
      <w:r>
        <w:t xml:space="preserve">Dining and location are the main practical considerations. The property is not surrounded by much in the way of walkable eating options, and in Phuket’s heat even modest distances can feel longer than they look on a map. As a result, services such as Grab become especially useful for guests who do not want to rely on taxis or self-catering. That makes Skypark Celeste better suited to travellers who value privacy, a tidy new build and the option of cooking lightly, rather than those looking for a full-service beach resort. For the right guest, though, it offers a quiet, reasonably priced base in one of Phuket’s more relaxed corners, with a rooftop pool and enough independence to make a short stay feel more like living locally.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Paragraph 4: </w:t>
      </w:r>
      <w:hyperlink r:id="rId10">
        <w:r>
          <w:rPr>
            <w:color w:val="0000EE"/>
            <w:u w:val="single"/>
          </w:rPr>
          <w:t>[7]</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https://www.sundaypost.com/fp/a-home-from-home-stay-at-skypark-celeste-in-phuket-thailand/</w:t>
        </w:r>
      </w:hyperlink>
      <w:r>
        <w:t xml:space="preserve"> - Please view link - unable to able to access data</w:t>
      </w:r>
      <w:r/>
    </w:p>
    <w:p>
      <w:pPr>
        <w:pStyle w:val="ListNumber"/>
        <w:spacing w:line="240" w:lineRule="auto"/>
        <w:ind w:left="720"/>
      </w:pPr>
      <w:r/>
      <w:hyperlink r:id="rId10">
        <w:r>
          <w:rPr>
            <w:color w:val="0000EE"/>
            <w:u w:val="single"/>
          </w:rPr>
          <w:t>https://www.banyangroupresidences.com/thailand/phuket/skypark-celeste-laguna-phuket</w:t>
        </w:r>
      </w:hyperlink>
      <w:r>
        <w:t xml:space="preserve"> - Skypark Celeste is a new accommodation in Bang Tao, northern Phuket, offering a mix between hotel and residence. The property features a small functional kitchen, a pull-out sofa-bed, and a wardrobe with an ironing board and iron. The complex includes a rooftop pool and a garden with children's play equipment. The property is located near a golf course, providing guests with a tranquil environment. The accommodation is available for booking through the Banyan Group Residences website.</w:t>
      </w:r>
      <w:r/>
    </w:p>
    <w:p>
      <w:pPr>
        <w:pStyle w:val="ListNumber"/>
        <w:spacing w:line="240" w:lineRule="auto"/>
        <w:ind w:left="720"/>
      </w:pPr>
      <w:r/>
      <w:hyperlink r:id="rId10">
        <w:r>
          <w:rPr>
            <w:color w:val="0000EE"/>
            <w:u w:val="single"/>
          </w:rPr>
          <w:t>https://www.banyangroupresidences.com/thailand/phuket/skypark-celeste-laguna-phuket</w:t>
        </w:r>
      </w:hyperlink>
      <w:r>
        <w:t xml:space="preserve"> - Skypark Celeste is a new accommodation in Bang Tao, northern Phuket, offering a mix between hotel and residence. The property features a small functional kitchen, a pull-out sofa-bed, and a wardrobe with an ironing board and iron. The complex includes a rooftop pool and a garden with children's play equipment. The property is located near a golf course, providing guests with a tranquil environment. The accommodation is available for booking through the Banyan Group Residences website.</w:t>
      </w:r>
      <w:r/>
    </w:p>
    <w:p>
      <w:pPr>
        <w:pStyle w:val="ListNumber"/>
        <w:spacing w:line="240" w:lineRule="auto"/>
        <w:ind w:left="720"/>
      </w:pPr>
      <w:r/>
      <w:hyperlink r:id="rId10">
        <w:r>
          <w:rPr>
            <w:color w:val="0000EE"/>
            <w:u w:val="single"/>
          </w:rPr>
          <w:t>https://www.banyangroupresidences.com/thailand/phuket/skypark-celeste-laguna-phuket</w:t>
        </w:r>
      </w:hyperlink>
      <w:r>
        <w:t xml:space="preserve"> - Skypark Celeste is a new accommodation in Bang Tao, northern Phuket, offering a mix between hotel and residence. The property features a small functional kitchen, a pull-out sofa-bed, and a wardrobe with an ironing board and iron. The complex includes a rooftop pool and a garden with children's play equipment. The property is located near a golf course, providing guests with a tranquil environment. The accommodation is available for booking through the Banyan Group Residences website.</w:t>
      </w:r>
      <w:r/>
    </w:p>
    <w:p>
      <w:pPr>
        <w:pStyle w:val="ListNumber"/>
        <w:spacing w:line="240" w:lineRule="auto"/>
        <w:ind w:left="720"/>
      </w:pPr>
      <w:r/>
      <w:hyperlink r:id="rId10">
        <w:r>
          <w:rPr>
            <w:color w:val="0000EE"/>
            <w:u w:val="single"/>
          </w:rPr>
          <w:t>https://www.banyangroupresidences.com/thailand/phuket/skypark-celeste-laguna-phuket</w:t>
        </w:r>
      </w:hyperlink>
      <w:r>
        <w:t xml:space="preserve"> - Skypark Celeste is a new accommodation in Bang Tao, northern Phuket, offering a mix between hotel and residence. The property features a small functional kitchen, a pull-out sofa-bed, and a wardrobe with an ironing board and iron. The complex includes a rooftop pool and a garden with children's play equipment. The property is located near a golf course, providing guests with a tranquil environment. The accommodation is available for booking through the Banyan Group Residences website.</w:t>
      </w:r>
      <w:r/>
    </w:p>
    <w:p>
      <w:pPr>
        <w:pStyle w:val="ListNumber"/>
        <w:spacing w:line="240" w:lineRule="auto"/>
        <w:ind w:left="720"/>
      </w:pPr>
      <w:r/>
      <w:hyperlink r:id="rId10">
        <w:r>
          <w:rPr>
            <w:color w:val="0000EE"/>
            <w:u w:val="single"/>
          </w:rPr>
          <w:t>https://www.banyangroupresidences.com/thailand/phuket/skypark-celeste-laguna-phuket</w:t>
        </w:r>
      </w:hyperlink>
      <w:r>
        <w:t xml:space="preserve"> - Skypark Celeste is a new accommodation in Bang Tao, northern Phuket, offering a mix between hotel and residence. The property features a small functional kitchen, a pull-out sofa-bed, and a wardrobe with an ironing board and iron. The complex includes a rooftop pool and a garden with children's play equipment. The property is located near a golf course, providing guests with a tranquil environment. The accommodation is available for booking through the Banyan Group Residences website.</w:t>
      </w:r>
      <w:r/>
    </w:p>
    <w:p>
      <w:pPr>
        <w:pStyle w:val="ListNumber"/>
        <w:spacing w:line="240" w:lineRule="auto"/>
        <w:ind w:left="720"/>
      </w:pPr>
      <w:r/>
      <w:hyperlink r:id="rId10">
        <w:r>
          <w:rPr>
            <w:color w:val="0000EE"/>
            <w:u w:val="single"/>
          </w:rPr>
          <w:t>https://www.banyangroupresidences.com/thailand/phuket/skypark-celeste-laguna-phuket</w:t>
        </w:r>
      </w:hyperlink>
      <w:r>
        <w:t xml:space="preserve"> - Skypark Celeste is a new accommodation in Bang Tao, northern Phuket, offering a mix between hotel and residence. The property features a small functional kitchen, a pull-out sofa-bed, and a wardrobe with an ironing board and iron. The complex includes a rooftop pool and a garden with children's play equipment. The property is located near a golf course, providing guests with a tranquil environment. The accommodation is available for booking through the Banyan Group Residences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undaypost.com/fp/a-home-from-home-stay-at-skypark-celeste-in-phuket-thailand/" TargetMode="External"/><Relationship Id="rId10" Type="http://schemas.openxmlformats.org/officeDocument/2006/relationships/hyperlink" Target="https://www.banyangroupresidences.com/thailand/phuket/skypark-celeste-laguna-phuket"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