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Waldorf Astoria Bangkok enhances luxury stay with IRIS digital guest services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Waldorf Astoria Bangkok has added a digital layer to its guest experience, introducing IRIS-powered in-room ordering and a mobile guest directory across all 171 of its luxury rooms. The hotel, in Bangkok’s Ratchaprasong district, is using the system to give travellers quicker access to practical information, from dining and spa services to local recommendations, while keeping the overall stay polished and personal, according to the announcement and IRIS’s own product description.</w:t>
      </w:r>
      <w:r/>
    </w:p>
    <w:p>
      <w:r/>
      <w:r>
        <w:t>For guests, the main appeal is convenience. Instead of relying on printed directories and room-service menus, visitors can scan a QR code in the room and browse hotel services, view restaurant and spa information, and place in-room dining orders from their own devices without downloading an app. IRIS says the platform is designed to be fully branded and Hilton-approved, so the digital experience still feels consistent with the hotel’s luxury identity.</w:t>
      </w:r>
      <w:r/>
    </w:p>
    <w:p>
      <w:r/>
      <w:r>
        <w:t>The new system also makes meal ordering more useful for travellers. Hospitality Upgrade reported that the menus include photography, ingredient details, allergen information and customisation options, with breakfast pre-ordering available for added flexibility. The hotel has also linked the ordering platform to its Oracle MICROS point-of-sale system, which should help reduce errors and speed up service.</w:t>
      </w:r>
      <w:r/>
    </w:p>
    <w:p>
      <w:r/>
      <w:r>
        <w:t>Paweena Waraha, hotel manager at Waldorf Astoria Bangkok, said the aim was to combine convenience with the kind of attentive service luxury guests expect. For visitors, that means less time spent searching for information and more time enjoying the hotel’s signature strengths: refined design, high-end dining and a central Bangkok location that puts shops, restaurants and city sights within easy reach. IRIS chief revenue officer Marcus Bird said the platform is intended to support, rather than replace, human service.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[2]</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[4]</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ights.ehotelier.com/suppliers/2026/09/02/waldorf-astoria-bangkok-elevates-luxury-guest-experiences-with-iris-digital-ordering-and-guest-directory/?utm_source=rss&amp;utm_medium=rss&amp;utm_campaign=waldorf-astoria-bangkok-elevates-luxury-guest-experiences-with-iris-digital-ordering-and-guest-directory</w:t>
        </w:r>
      </w:hyperlink>
      <w:r>
        <w:t xml:space="preserve"> - Please view link - unable to able to access data</w:t>
      </w:r>
      <w:r/>
    </w:p>
    <w:p>
      <w:pPr>
        <w:pStyle w:val="ListNumber"/>
        <w:spacing w:line="240" w:lineRule="auto"/>
        <w:ind w:left="720"/>
      </w:pPr>
      <w:r/>
      <w:hyperlink r:id="rId10">
        <w:r>
          <w:rPr>
            <w:color w:val="0000EE"/>
            <w:u w:val="single"/>
          </w:rPr>
          <w:t>https://www.iris.net/articles/waldorf-astoria-bangkok-partners-with-iris-for-seamless-digital-guest-experience</w:t>
        </w:r>
      </w:hyperlink>
      <w:r>
        <w:t xml:space="preserve"> - IRIS, a global leader in digital F&amp;B ordering and guest experience solutions for hotels, has been selected by Waldorf Astoria Bangkok to power its digital guest experience. The Hilton-approved platform offers a Digital Guest Directory and Mobile Ordering for in-room dining across all 171 luxury guestrooms. This initiative aims to provide guests with convenient access to hotel information, F&amp;B ordering, spa services, and local recommendations, enhancing their stay with a seamless and personalised experience.</w:t>
      </w:r>
      <w:r/>
    </w:p>
    <w:p>
      <w:pPr>
        <w:pStyle w:val="ListNumber"/>
        <w:spacing w:line="240" w:lineRule="auto"/>
        <w:ind w:left="720"/>
      </w:pPr>
      <w:r/>
      <w:hyperlink r:id="rId11">
        <w:r>
          <w:rPr>
            <w:color w:val="0000EE"/>
            <w:u w:val="single"/>
          </w:rPr>
          <w:t>https://www.iris.net/hilton-directory-mobile-ordering</w:t>
        </w:r>
      </w:hyperlink>
      <w:r>
        <w:t xml:space="preserve"> - IRIS offers Mobile F&amp;B Ordering and Digital Guest Directory solutions tailored for Hilton hotels, including Focus Service, Full Service, Luxury, and Lifestyle brands. These solutions provide a central hub where guests can access hotel information, browse menus, order F&amp;B, request services, and pay directly from their own devices without the need to download an app. The platform is fully branded and Hilton-approved, aiming to boost revenue and free up staff time.</w:t>
      </w:r>
      <w:r/>
    </w:p>
    <w:p>
      <w:pPr>
        <w:pStyle w:val="ListNumber"/>
        <w:spacing w:line="240" w:lineRule="auto"/>
        <w:ind w:left="720"/>
      </w:pPr>
      <w:r/>
      <w:hyperlink r:id="rId13">
        <w:r>
          <w:rPr>
            <w:color w:val="0000EE"/>
            <w:u w:val="single"/>
          </w:rPr>
          <w:t>https://www.hospitalityupgrade.com/News/News-Article-Details/ArticleID/12435</w:t>
        </w:r>
      </w:hyperlink>
      <w:r>
        <w:t xml:space="preserve"> - Waldorf Astoria Bangkok has launched a Hilton-approved digital guest directory and in-room mobile ordering powered by IRIS across its 171 luxury rooms. The platform integrates with Oracle MICROS POS to streamline orders, provide visually rich menus with allergen details and breakfast pre-ordering, and replace printed materials to enable real-time updates and support sustainability goals. This initiative enhances the guest experience by offering convenient access to hotel information and services.</w:t>
      </w:r>
      <w:r/>
    </w:p>
    <w:p>
      <w:pPr>
        <w:pStyle w:val="ListNumber"/>
        <w:spacing w:line="240" w:lineRule="auto"/>
        <w:ind w:left="720"/>
      </w:pPr>
      <w:r/>
      <w:hyperlink r:id="rId12">
        <w:r>
          <w:rPr>
            <w:color w:val="0000EE"/>
            <w:u w:val="single"/>
          </w:rPr>
          <w:t>https://hoteltechnologynews.com/2026/08/why-most-hotel-guest-directories-are-outdated-and-how-to-improve-them/</w:t>
        </w:r>
      </w:hyperlink>
      <w:r>
        <w:t xml:space="preserve"> - The article discusses the limitations of traditional hotel guest directories, highlighting that guests now expect instant access to information via their mobile devices. It emphasises the need for hotels to adopt digital solutions to meet these expectations, improve guest engagement, and support sustainability goals by reducing reliance on printed materials. The piece also mentions Waldorf Astoria Bangkok's partnership with IRIS to implement a digital guest directory and mobile ordering system.</w:t>
      </w:r>
      <w:r/>
    </w:p>
    <w:p>
      <w:pPr>
        <w:pStyle w:val="ListNumber"/>
        <w:spacing w:line="240" w:lineRule="auto"/>
        <w:ind w:left="720"/>
      </w:pPr>
      <w:r/>
      <w:hyperlink r:id="rId15">
        <w:r>
          <w:rPr>
            <w:color w:val="0000EE"/>
            <w:u w:val="single"/>
          </w:rPr>
          <w:t>https://www.hotel-online.com/categories/guest-experience</w:t>
        </w:r>
      </w:hyperlink>
      <w:r>
        <w:t xml:space="preserve"> - This category on Hotel Online features articles related to guest experience in the hospitality industry. It includes topics such as Waldorf Astoria Bangkok's implementation of IRIS digital ordering and guest directory, as well as discussions on eliminating customer churn, improving hotel guest directories, and supporting multi-property hotel groups. The content aims to provide insights and updates on innovations and best practices in enhancing guest experiences.</w:t>
      </w:r>
      <w:r/>
    </w:p>
    <w:p>
      <w:pPr>
        <w:pStyle w:val="ListNumber"/>
        <w:spacing w:line="240" w:lineRule="auto"/>
        <w:ind w:left="720"/>
      </w:pPr>
      <w:r/>
      <w:hyperlink r:id="rId16">
        <w:r>
          <w:rPr>
            <w:color w:val="0000EE"/>
            <w:u w:val="single"/>
          </w:rPr>
          <w:t>https://www.iris.net/articles/category/News</w:t>
        </w:r>
      </w:hyperlink>
      <w:r>
        <w:t xml:space="preserve"> - The News section on IRIS's website provides updates and articles related to digital solutions in the hospitality industry. It includes news about Waldorf Astoria Bangkok's partnership with IRIS to create a seamless digital guest experience across its 171 luxury guestrooms. The section also features discussions on outdated hotel guest directories and how to improve them, highlighting the importance of digital transformation in enhancing guest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ights.ehotelier.com/suppliers/2026/09/02/waldorf-astoria-bangkok-elevates-luxury-guest-experiences-with-iris-digital-ordering-and-guest-directory/?utm_source=rss&amp;utm_medium=rss&amp;utm_campaign=waldorf-astoria-bangkok-elevates-luxury-guest-experiences-with-iris-digital-ordering-and-guest-directory" TargetMode="External"/><Relationship Id="rId10" Type="http://schemas.openxmlformats.org/officeDocument/2006/relationships/hyperlink" Target="https://www.iris.net/articles/waldorf-astoria-bangkok-partners-with-iris-for-seamless-digital-guest-experience" TargetMode="External"/><Relationship Id="rId11" Type="http://schemas.openxmlformats.org/officeDocument/2006/relationships/hyperlink" Target="https://www.iris.net/hilton-directory-mobile-ordering" TargetMode="External"/><Relationship Id="rId12" Type="http://schemas.openxmlformats.org/officeDocument/2006/relationships/hyperlink" Target="https://hoteltechnologynews.com/2026/08/why-most-hotel-guest-directories-are-outdated-and-how-to-improve-them/" TargetMode="External"/><Relationship Id="rId13" Type="http://schemas.openxmlformats.org/officeDocument/2006/relationships/hyperlink" Target="https://www.hospitalityupgrade.com/News/News-Article-Details/ArticleID/12435" TargetMode="External"/><Relationship Id="rId14" Type="http://schemas.openxmlformats.org/officeDocument/2006/relationships/hyperlink" Target="https://www.noahwire.com" TargetMode="External"/><Relationship Id="rId15" Type="http://schemas.openxmlformats.org/officeDocument/2006/relationships/hyperlink" Target="https://www.hotel-online.com/categories/guest-experience" TargetMode="External"/><Relationship Id="rId16" Type="http://schemas.openxmlformats.org/officeDocument/2006/relationships/hyperlink" Target="https://www.iris.net/articles/category/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