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Sens Hotel Bangkok Kubon offers a community-centric stay with retail and wellness integrated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SENS Hotel Bangkok Kubon is pitching itself as more than a place to sleep: it sits inside JAS Green Village Kubon, a mixed-use complex in north-east Bangkok that combines a hotel with shops, restaurants, wellness services and sports facilities. For travellers, the appeal is straightforward: a stay that places you within a self-contained neighbourhood rather than a stand-alone hotel, with everyday conveniences, dining and leisure all close at hand.</w:t>
      </w:r>
      <w:r/>
    </w:p>
    <w:p>
      <w:r/>
      <w:r>
        <w:t>The property has 77 premium budget rooms, aiming to give cost-conscious guests something a little more polished than a basic city stopover. According to the hotel’s own room details, accommodation includes options with community or garden views, while some Superior rooms come with a private balcony. In-room features include free Wi-Fi, a refrigerator, cable television, tea and coffee-making facilities, a hair dryer and individually controlled air conditioning.</w:t>
      </w:r>
      <w:r/>
    </w:p>
    <w:p>
      <w:r/>
      <w:r>
        <w:t>What sets the development apart is the surrounding mix of facilities. JAS Asset says the wider site includes more than 200 shops, beauty clinics, a sports club with pickleball and badminton courts, and green spaces designed to make the complex feel like a social hub as much as a retail destination. Healthcare is also built into the offer, with SENERA Physical Therapy Clinic and Vasu Pain Management Clinic among the services on site. The company says this approach is intended to suit families, children and older adults alike.</w:t>
      </w:r>
      <w:r/>
    </w:p>
    <w:p>
      <w:r/>
      <w:r>
        <w:t>For visitors to Bangkok who do not need to stay in the city centre, the location may be the main draw. The hotel is in the Bang Chan area of Khlong Sam Wa district, with easy access to local shopping and attractions including Fashion Island and Safari World, while Don Mueang and Suvarnabhumi airports are both reachable by road. Hotel listings also point to a swimming pool, fitness centre and yoga room, reinforcing its resort-style positioning for guests looking for a quieter base with wellness options.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[6]</w:t>
        </w:r>
      </w:hyperlink>
      <w:r>
        <w:t xml:space="preserve">, </w:t>
      </w:r>
      <w:hyperlink r:id="rId12">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13">
        <w:r>
          <w:rPr>
            <w:color w:val="0000EE"/>
            <w:u w:val="single"/>
          </w:rPr>
          <w:t>[7]</w:t>
        </w:r>
      </w:hyperlink>
      <w:r>
        <w:t xml:space="preserve">, </w:t>
      </w:r>
      <w:hyperlink r:id="rId12">
        <w:r>
          <w:rPr>
            <w:color w:val="0000EE"/>
            <w:u w:val="single"/>
          </w:rPr>
          <w:t>[4]</w:t>
        </w:r>
      </w:hyperlink>
      <w:r>
        <w:t xml:space="preserve">, </w:t>
      </w:r>
      <w:hyperlink r:id="rId14">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https://www.traveldailymedia.com/sens-hotel-bangkok-kubon-redefines-community-living/</w:t>
        </w:r>
      </w:hyperlink>
      <w:r>
        <w:t xml:space="preserve"> - Please view link - unable to able to access data</w:t>
      </w:r>
      <w:r/>
    </w:p>
    <w:p>
      <w:pPr>
        <w:pStyle w:val="ListNumber"/>
        <w:spacing w:line="240" w:lineRule="auto"/>
        <w:ind w:left="720"/>
      </w:pPr>
      <w:r/>
      <w:hyperlink r:id="rId9">
        <w:r>
          <w:rPr>
            <w:color w:val="0000EE"/>
            <w:u w:val="single"/>
          </w:rPr>
          <w:t>https://www.traveldailymedia.com/sens-hotel-bangkok-kubon-redefines-community-living/</w:t>
        </w:r>
      </w:hyperlink>
      <w:r>
        <w:t xml:space="preserve"> - SENS Hotel Bangkok Kubon, a new venture by JAS Asset Public Company Limited, is revolutionising hospitality by integrating accommodation with wellness, healthcare, and community facilities. Situated within JAS Green Village Kubon, the hotel is part of a comprehensive Mixed-Use Community Mall, featuring 77 premium budget rooms and over 200 shops, sports facilities, and green spaces. The development aims to meet evolving community expectations, offering more than just a shopping destination. JAS Asset's experience in operating community malls has revealed a demand for spaces where people can socialise, create memories, and build relationships. This philosophy is evident in the diverse facilities at JAS Green Village Kubon, which include restaurants, beauty clinics, and a sports club with pickleball and badminton courts. Healthcare services are also a key component, with SENERA Physical Therapy Clinic and Vasu Pain Management Clinic providing specialised care. The clinics focus on non-surgical treatments for conditions like office syndrome and sports injuries. JAS Asset envisions its community developments as "living spaces" where families can spend time, children can learn, and older adults can receive care. The company is leveraging data-driven management to enhance services and tenant offerings, aiming to create a seamless customer journey across the mall, wellness centre, and hotel. Chief Operating Officer Chin Pitak Norathepkitti emphasised the importance of safety and service standards, stating that the goal is to make the JAS Mixed-Use Community Mall a welcoming environment for all generations.</w:t>
      </w:r>
      <w:r/>
    </w:p>
    <w:p>
      <w:pPr>
        <w:pStyle w:val="ListNumber"/>
        <w:spacing w:line="240" w:lineRule="auto"/>
        <w:ind w:left="720"/>
      </w:pPr>
      <w:r/>
      <w:hyperlink r:id="rId10">
        <w:r>
          <w:rPr>
            <w:color w:val="0000EE"/>
            <w:u w:val="single"/>
          </w:rPr>
          <w:t>https://travelmao.com/sens-hotel-bangkok-kubon-blends-lodging-with-wellness-and-retail</w:t>
        </w:r>
      </w:hyperlink>
      <w:r>
        <w:t xml:space="preserve"> - SENS Hotel Bangkok Kubon, part of JAS Green Village Kubon, offers 77 premium budget rooms alongside wellness clinics, sports facilities, and over 200 shops. The mixed-use development targets multi-generational community living with data-driven management. JAS Asset Public Company Limited has opened SENS Hotel Bangkok Kubon, a hospitality venture that embeds accommodation within a broader community ecosystem. Located in the JAS Green Village Kubon mixed-use development in Bangkok's Kubon area, the hotel is designed to serve not just overnight guests but also the surrounding neighborhood, reflecting a shift toward integrated living spaces in Thai real estate. The property features 77 premium budget rooms, a segment that continues to gain traction among cost-conscious travelers seeking quality. Chin Pitak Norathepkitti, Chief Operating Officer of JAS Asset, emphasized the company's commitment to safety and service standards. "Our goal is to make the JAS Mixed-Use Community Mall a welcoming environment for all generations," he said. This generational focus is evident in the mix of facilities, from children's play areas to senior-friendly healthcare services. JAS Asset is leveraging data analytics to refine tenant mix and customer experience across the mall, wellness center, and hotel. By tracking visitor patterns and preferences, the company aims to create a seamless journey that encourages longer dwell times and repeat visits. This approach is increasingly common among mixed-use developers, who see data as a tool to optimize everything from retail curation to hotel operations. The Kubon development is part of a broader strategy by JAS Asset to build "living spaces" rather than conventional malls. The company's experience in operating community malls revealed a demand for venues where people can socialize, create memories, and build relationships.</w:t>
      </w:r>
      <w:r/>
    </w:p>
    <w:p>
      <w:pPr>
        <w:pStyle w:val="ListNumber"/>
        <w:spacing w:line="240" w:lineRule="auto"/>
        <w:ind w:left="720"/>
      </w:pPr>
      <w:r/>
      <w:hyperlink r:id="rId12">
        <w:r>
          <w:rPr>
            <w:color w:val="0000EE"/>
            <w:u w:val="single"/>
          </w:rPr>
          <w:t>https://www.tripadvisor.com/Hotel_Review-g293916-d34445654-Reviews-SENS_Hotel_Bangkok_Kubon-Bangkok.html</w:t>
        </w:r>
      </w:hyperlink>
      <w:r>
        <w:t xml:space="preserve"> - SENS Hotel Bangkok - Kubon is a resort-style hotel located in Bangkok, Thailand. The hotel offers a variety of amenities and is situated in a convenient location with access to nearby attractions and restaurants. The hotel is located at 54/17 JAS Green Village Khu Bon Rd, Bang Chan, Khlong Sam Wa, Bangkok 10510 Thailand. Nearby attractions include Safari World, Lumpinee Boxing Stadium, Fashion Island, and Liab Duan Night Market. The hotel is also close to several restaurants such as Chocolate Ville, MK Restaurant, and Waterside Karaoke Restaurant. The hotel offers a range of amenities including free Wi-Fi, swimming pool, fitness center, and yoga room. The hotel is located approximately 12.8 miles from Bangkok International Airport and 6.2 miles from Don Mueang Airport.</w:t>
      </w:r>
      <w:r/>
    </w:p>
    <w:p>
      <w:pPr>
        <w:pStyle w:val="ListNumber"/>
        <w:spacing w:line="240" w:lineRule="auto"/>
        <w:ind w:left="720"/>
      </w:pPr>
      <w:r/>
      <w:hyperlink r:id="rId14">
        <w:r>
          <w:rPr>
            <w:color w:val="0000EE"/>
            <w:u w:val="single"/>
          </w:rPr>
          <w:t>https://www.tripadvisor.com/Hotel_Review-g293916-d34428718-Reviews-SENS_Hotel_Bangkok_Kubon-Bangkok.html</w:t>
        </w:r>
      </w:hyperlink>
      <w:r>
        <w:t xml:space="preserve"> - SENS Hotel Bangkok - Kubon is a resort-style hotel located in Bangkok, Thailand. The hotel offers a variety of amenities and is situated in a convenient location with access to nearby attractions and restaurants. The hotel is located at 54/17 JAS Green Village Khu Bon Rd Bang Chan, Khlong Sam Wa, Bangkok 10510 Thailand. Nearby attractions include Safari World, Lumpinee Boxing Stadium, Fashion Island, and Liab Duan Night Market. The hotel is also close to several restaurants such as Chocolate Ville, MK Restaurant, and Waterside Karaoke Restaurant. The hotel offers a range of amenities including free Wi-Fi, swimming pool, fitness center, and yoga room. The hotel is located approximately 12.8 miles from Bangkok International Airport and 6.2 miles from Don Mueang Airport.</w:t>
      </w:r>
      <w:r/>
    </w:p>
    <w:p>
      <w:pPr>
        <w:pStyle w:val="ListNumber"/>
        <w:spacing w:line="240" w:lineRule="auto"/>
        <w:ind w:left="720"/>
      </w:pPr>
      <w:r/>
      <w:hyperlink r:id="rId11">
        <w:r>
          <w:rPr>
            <w:color w:val="0000EE"/>
            <w:u w:val="single"/>
          </w:rPr>
          <w:t>https://www.staysens.com/en/superior-room</w:t>
        </w:r>
      </w:hyperlink>
      <w:r>
        <w:t xml:space="preserve"> - Experience a variety of comfort styles with the rooms at SENS Hotel Bangkok resort-style retreat that blends natural surroundings with modern living. Superior rooms are available in two phases: West Phase with a Queen Size bed and private balcony, and East Phase with a King Size bed without balcony. Both phases offer community or garden views. In-room amenities include free WiFi, bathroom amenities, extra bed (extra charge), refrigerator, cable TV, coffee &amp; tea, hair dryer, and individually controlled A/C. The hotel is located at 54 17 Khubon Road, Bangchan, Khlong Sam Wa, Bangkok 10510. Contact information: Call 02-340-7654 or 061-026-8598, Email info.kb@staysens.com, Facebook SENS Hotel Bangkok - Kubon, Google Map.</w:t>
      </w:r>
      <w:r/>
    </w:p>
    <w:p>
      <w:pPr>
        <w:pStyle w:val="ListNumber"/>
        <w:spacing w:line="240" w:lineRule="auto"/>
        <w:ind w:left="720"/>
      </w:pPr>
      <w:r/>
      <w:hyperlink r:id="rId13">
        <w:r>
          <w:rPr>
            <w:color w:val="0000EE"/>
            <w:u w:val="single"/>
          </w:rPr>
          <w:t>https://www.staysens.com/location-and-nearby</w:t>
        </w:r>
      </w:hyperlink>
      <w:r>
        <w:t xml:space="preserve"> - SENS Hotel Bangkok Kubon is located at 54 17 Khubon Road, Bangchan, Khlong Sam Wa, Bangkok 10510, within the JAS Green Village Kubon community complex. Nearby attractions include shopping centers and supermarkets such as JAS Green Village Kubon, Tops Khubon, Fashion Island, Plearnary Mall, and Central Ramintra. The hotel is approximately 30 kilometers from Suvarnabhumi Airport and 19 kilometers from Don Mueang Airport. Contact information: Call 02-340-7654 or 061-026-8598, Email info.kb@staysens.com, Facebook SENS Hotel Bangkok - Kubon, Google Map.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dailymedia.com/sens-hotel-bangkok-kubon-redefines-community-living/" TargetMode="External"/><Relationship Id="rId10" Type="http://schemas.openxmlformats.org/officeDocument/2006/relationships/hyperlink" Target="https://travelmao.com/sens-hotel-bangkok-kubon-blends-lodging-with-wellness-and-retail" TargetMode="External"/><Relationship Id="rId11" Type="http://schemas.openxmlformats.org/officeDocument/2006/relationships/hyperlink" Target="https://www.staysens.com/en/superior-room" TargetMode="External"/><Relationship Id="rId12" Type="http://schemas.openxmlformats.org/officeDocument/2006/relationships/hyperlink" Target="https://www.tripadvisor.com/Hotel_Review-g293916-d34445654-Reviews-SENS_Hotel_Bangkok_Kubon-Bangkok.html" TargetMode="External"/><Relationship Id="rId13" Type="http://schemas.openxmlformats.org/officeDocument/2006/relationships/hyperlink" Target="https://www.staysens.com/location-and-nearby" TargetMode="External"/><Relationship Id="rId14" Type="http://schemas.openxmlformats.org/officeDocument/2006/relationships/hyperlink" Target="https://www.tripadvisor.com/Hotel_Review-g293916-d34428718-Reviews-SENS_Hotel_Bangkok_Kubon-Bangkok.html"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