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 Méridien Phuket promotes relaxed family festive season for 2026-27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Le Méridien Phuket Mai Khao Beach Resort is pitching the 2026-27 festive season as a slower, more family-centred alternative to Phuket’s busier holiday scenes. Set on the island’s quieter north-west coast and within easy reach of the airport, the beachfront resort is aiming to give guests space to unwind, eat well and spend unhurried time together rather than chase a packed schedule.</w:t>
      </w:r>
      <w:r/>
    </w:p>
    <w:p>
      <w:r/>
      <w:r>
        <w:t>According to Marriott, the holiday programme will run through Christmas, New Year’s Eve and into the first days of 2027, with beachfront feasts on Christmas Eve, a Christmas Market featuring local artisans and live music, and a New Year’s Eve celebration called The Andaman Lumina Soirée, built around lights, music and dining. The resort says the idea is to create a festive atmosphere without losing the calm, holiday-by-the-sea feel that Mai Khao is known for.</w:t>
      </w:r>
      <w:r/>
    </w:p>
    <w:p>
      <w:r/>
      <w:r>
        <w:t>For travellers choosing accommodation, the resort is clearly geared towards families and longer stays. Marriott says it offers 14 room and suite types, including two-bedroom options and selected rooms with pool access or private pools. Each has a private balcony looking out over gardens, the pools or the Andaman Sea, which should appeal to guests who value outdoor space and a sense of privacy as much as resort facilities.</w:t>
      </w:r>
      <w:r/>
    </w:p>
    <w:p>
      <w:r/>
      <w:r>
        <w:t>Beyond the rooms, the attraction is variety. Dining options include Ocean Kitchen, J’s and The Nook, while younger guests have a kids’ club and families can fill days with resort activities, beach walks and time by the pool. There is also an Explore Spa and a 24-hour fitness centre for guests who want a wellness element alongside the holiday indulgence.</w:t>
      </w:r>
      <w:r/>
    </w:p>
    <w:p>
      <w:r/>
      <w:r>
        <w:t>The resort is also promoting a Long Stay Beach Escape for stays through 30 April 2027, with added perks that grow with the length of stay. Marriott says three-night stays include gelato or popsicles for two and 30 minutes of kayaking or paddleboarding, while seven-night stays can add airport or Central Phuket Floresta transfers, children’s breakfast, a private yoga or Muay Thai session, floating or in-room breakfasts and cooking or fruit-carving classes. For families or couples wanting a festive break that feels more like a real escape than a quick getaway, the package underlines the resort’s appeal as a place to slow down and settle in.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[4]</w:t>
        </w:r>
      </w:hyperlink>
      <w:r>
        <w:t xml:space="preserve">- Paragraph 2: </w:t>
      </w:r>
      <w:hyperlink r:id="rId11">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0">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[5]</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https://thethaiger.com/travel/hotels/le-meridien-phuket-festive-season</w:t>
        </w:r>
      </w:hyperlink>
      <w:r>
        <w:t xml:space="preserve"> - Please view link - unable to able to access data</w:t>
      </w:r>
      <w:r/>
    </w:p>
    <w:p>
      <w:pPr>
        <w:pStyle w:val="ListNumber"/>
        <w:spacing w:line="240" w:lineRule="auto"/>
        <w:ind w:left="720"/>
      </w:pPr>
      <w:r/>
      <w:hyperlink r:id="rId11">
        <w:r>
          <w:rPr>
            <w:color w:val="0000EE"/>
            <w:u w:val="single"/>
          </w:rPr>
          <w:t>https://www.marriott.com/en-us/hotels/hktmm-le-meridien-phuket-mai-khao-beach-resort/experiences/holidays/</w:t>
        </w:r>
      </w:hyperlink>
      <w:r>
        <w:t xml:space="preserve"> - Le Méridien Phuket Mai Khao Beach Resort offers a range of festive events for the 2026-2027 season, including Christmas Eve beachfront feasts, a Christmas Market featuring local artisans and live music, and The Andaman Lumina Soirée on New Year's Eve with immersive lights, music, and dining. These events are designed to provide memorable experiences for guests during the holiday season.</w:t>
      </w:r>
      <w:r/>
    </w:p>
    <w:p>
      <w:pPr>
        <w:pStyle w:val="ListNumber"/>
        <w:spacing w:line="240" w:lineRule="auto"/>
        <w:ind w:left="720"/>
      </w:pPr>
      <w:r/>
      <w:hyperlink r:id="rId13">
        <w:r>
          <w:rPr>
            <w:color w:val="0000EE"/>
            <w:u w:val="single"/>
          </w:rPr>
          <w:t>https://www.marriott.com/en-us/hotels/hktmm-le-meridien-phuket-mai-khao-beach-resort/rooms/</w:t>
        </w:r>
      </w:hyperlink>
      <w:r>
        <w:t xml:space="preserve"> - The resort provides spacious rooms and suites suitable for families, including two-bedroom configurations and accommodations with pool access or private pools. Each room features a private balcony overlooking lush gardens, the pool, or the Andaman Sea, ensuring a comfortable and relaxing stay for guests.</w:t>
      </w:r>
      <w:r/>
    </w:p>
    <w:p>
      <w:pPr>
        <w:pStyle w:val="ListNumber"/>
        <w:spacing w:line="240" w:lineRule="auto"/>
        <w:ind w:left="720"/>
      </w:pPr>
      <w:r/>
      <w:hyperlink r:id="rId10">
        <w:r>
          <w:rPr>
            <w:color w:val="0000EE"/>
            <w:u w:val="single"/>
          </w:rPr>
          <w:t>https://www.marriott.com/en-us/hotels/hktmm-le-meridien-phuket-mai-khao-beach-resort/overview/</w:t>
        </w:r>
      </w:hyperlink>
      <w:r>
        <w:t xml:space="preserve"> - Le Méridien Phuket Mai Khao Beach Resort is located along the tranquil shores of Mai Khao Beach, offering a relaxed yet sophisticated retreat. The resort features 14 unique room and suite types, each with expansive balconies that offer scenic vistas of the pools, gardens, or the Phuket coastline.</w:t>
      </w:r>
      <w:r/>
    </w:p>
    <w:p>
      <w:pPr>
        <w:pStyle w:val="ListNumber"/>
        <w:spacing w:line="240" w:lineRule="auto"/>
        <w:ind w:left="720"/>
      </w:pPr>
      <w:r/>
      <w:hyperlink r:id="rId12">
        <w:r>
          <w:rPr>
            <w:color w:val="0000EE"/>
            <w:u w:val="single"/>
          </w:rPr>
          <w:t>https://www.marriott.com/offers/celebrate-christmas-in-paradise-at-mai-khao-beach-off-189550/hktmm-le-meridien-phuket-mai-khao-beach-resort?propertycode=hktmm</w:t>
        </w:r>
      </w:hyperlink>
      <w:r>
        <w:t xml:space="preserve"> - The resort's 'Celebrate Christmas in Paradise at Mai Khao Beach' offer includes festive feasts, seaside glamour, and unforgettable New Year celebrations. Guests can enjoy a variety of holiday experiences designed to make their festive season memorable.</w:t>
      </w:r>
      <w:r/>
    </w:p>
    <w:p>
      <w:pPr>
        <w:pStyle w:val="ListNumber"/>
        <w:spacing w:line="240" w:lineRule="auto"/>
        <w:ind w:left="720"/>
      </w:pPr>
      <w:r/>
      <w:hyperlink r:id="rId15">
        <w:r>
          <w:rPr>
            <w:color w:val="0000EE"/>
            <w:u w:val="single"/>
          </w:rPr>
          <w:t>https://www.valueaddedtravel.com/destinations/far-east/thailand-holidays/phuket/le-meridien</w:t>
        </w:r>
      </w:hyperlink>
      <w:r>
        <w:t xml:space="preserve"> - Value Added Travel offers packages to Le Méridien Phuket Beach Resort, including options for travel between 1 October and 18 October 2026, with savings of up to 35%. These packages provide guests with opportunities to experience the resort's offerings during the festive season.</w:t>
      </w:r>
      <w:r/>
    </w:p>
    <w:p>
      <w:pPr>
        <w:pStyle w:val="ListNumber"/>
        <w:spacing w:line="240" w:lineRule="auto"/>
        <w:ind w:left="720"/>
      </w:pPr>
      <w:r/>
      <w:hyperlink r:id="rId16">
        <w:r>
          <w:rPr>
            <w:color w:val="0000EE"/>
            <w:u w:val="single"/>
          </w:rPr>
          <w:t>https://www.salaun-holidays.com/sejours/thailande/le-meridien-phuket-mai-khao-beach-resort-5-etoiles/471448</w:t>
        </w:r>
      </w:hyperlink>
      <w:r>
        <w:t xml:space="preserve"> - Salaün Holidays provides various stay options at Le Méridien Phuket Mai Khao Beach Resort, including 11-day stays with 8 nights, 12-day stays with 9 nights, and longer durations. These packages are available for travel dates in June 2026, July 2026, and beyond, offering flexibility for guests planning their holidays.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travel/hotels/le-meridien-phuket-festive-season" TargetMode="External"/><Relationship Id="rId10" Type="http://schemas.openxmlformats.org/officeDocument/2006/relationships/hyperlink" Target="https://www.marriott.com/en-us/hotels/hktmm-le-meridien-phuket-mai-khao-beach-resort/overview/" TargetMode="External"/><Relationship Id="rId11" Type="http://schemas.openxmlformats.org/officeDocument/2006/relationships/hyperlink" Target="https://www.marriott.com/en-us/hotels/hktmm-le-meridien-phuket-mai-khao-beach-resort/experiences/holidays/" TargetMode="External"/><Relationship Id="rId12" Type="http://schemas.openxmlformats.org/officeDocument/2006/relationships/hyperlink" Target="https://www.marriott.com/offers/celebrate-christmas-in-paradise-at-mai-khao-beach-off-189550/hktmm-le-meridien-phuket-mai-khao-beach-resort?propertycode=hktmm" TargetMode="External"/><Relationship Id="rId13" Type="http://schemas.openxmlformats.org/officeDocument/2006/relationships/hyperlink" Target="https://www.marriott.com/en-us/hotels/hktmm-le-meridien-phuket-mai-khao-beach-resort/rooms/" TargetMode="External"/><Relationship Id="rId14" Type="http://schemas.openxmlformats.org/officeDocument/2006/relationships/hyperlink" Target="https://www.noahwire.com" TargetMode="External"/><Relationship Id="rId15" Type="http://schemas.openxmlformats.org/officeDocument/2006/relationships/hyperlink" Target="https://www.valueaddedtravel.com/destinations/far-east/thailand-holidays/phuket/le-meridien" TargetMode="External"/><Relationship Id="rId16" Type="http://schemas.openxmlformats.org/officeDocument/2006/relationships/hyperlink" Target="https://www.salaun-holidays.com/sejours/thailande/le-meridien-phuket-mai-khao-beach-resort-5-etoiles/4714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