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Luxury Escapes offers all-inclusive five-star Phuket retreat at COMO Point Yamu for long-term stays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Luxury Escapes is selling a five-star Phuket break at COMO Point Yamu that will suit travellers looking for sea views, a quiet setting and a fair amount already bundled into the price. The offer starts at €187 a night for a minimum five-night stay, with a Bay Room, daily breakfast, the choice of lunch or dinner each day, evening cocktails, a 60-minute massage and other extras included. It is valid for stays through October 2026 and again from March 2027 onwards, with the shoulder months of March and April likely to offer the best mix of weather and value.</w:t>
      </w:r>
      <w:r/>
    </w:p>
    <w:p>
      <w:r/>
      <w:r>
        <w:t>The resort sits on the Cape Yamu peninsula on Phuket’s east coast, overlooking Phang Nga Bay, which means the atmosphere is far more secluded than the island’s busier beach areas. According to COMO Hotels, Phuket International Airport is about 25 to 30 minutes away, while Phuket Old Town is around 20 kilometres from the property. West coast beaches such as Bang Tao are also within reach by car, but guests should expect a relatively peaceful base rather than a walk-everywhere location.</w:t>
      </w:r>
      <w:r/>
    </w:p>
    <w:p>
      <w:r/>
      <w:r>
        <w:t>Designed by Paola Navone, the hotel leans into a contemporary look with ocean-inspired colours and references to Peranakan heritage. Bay Rooms measure between 45 and 60 square metres and include a private balcony, a freestanding bath and a separate shower, plus the usual comforts such as Wi-Fi, air conditioning and a minibar. For guests, the main appeal is space, views and the sense of being properly away from it all.</w:t>
      </w:r>
      <w:r/>
    </w:p>
    <w:p>
      <w:r/>
      <w:r>
        <w:t>That sense of retreat is reinforced by the wider resort facilities. COMO Point Yamu has a 100-metre infinity pool, sun terraces, a gym, yoga studio and the COMO Shambhala Retreat wellness centre, which includes treatment rooms, steam rooms and hot tubs. Dining is spread across several venues, with Thai and Italian menus alongside drinks at the bar and poolside; that matters here because local restaurant options are limited in the immediate area, so a package with meals built in is especially practical.</w:t>
      </w:r>
      <w:r/>
    </w:p>
    <w:p>
      <w:r/>
      <w:r>
        <w:t>Recent hotel packages also show how the property is being positioned for different types of guest. COMO’s own offers include half-board stays, savings deals and family-focused breaks with pool villas and kids’ activities, while the resort says it also organises yacht charters, cultural trips to Old Phuket Town and excursions into nearby natural areas. For couples, the Luxury Escapes deal looks strongest if you want a calm, scenic stay with meals and spa time already covered; for families, the resort’s larger villa options and children’s facilities may be more relevant.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12">
        <w:r>
          <w:rPr>
            <w:color w:val="0000EE"/>
            <w:u w:val="single"/>
          </w:rPr>
          <w:t>[2]</w:t>
        </w:r>
      </w:hyperlink>
      <w:r>
        <w:t xml:space="preserve">, </w:t>
      </w:r>
      <w:hyperlink r:id="rId11">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https://travel-dealz.com/deal/como-point-yamu-phuket/?utm_source=feed&amp;utm_medium=rss&amp;utm_campaign=rss-feed</w:t>
        </w:r>
      </w:hyperlink>
      <w:r>
        <w:t xml:space="preserve"> - Please view link - unable to able to access data</w:t>
      </w:r>
      <w:r/>
    </w:p>
    <w:p>
      <w:pPr>
        <w:pStyle w:val="ListNumber"/>
        <w:spacing w:line="240" w:lineRule="auto"/>
        <w:ind w:left="720"/>
      </w:pPr>
      <w:r/>
      <w:hyperlink r:id="rId12">
        <w:r>
          <w:rPr>
            <w:color w:val="0000EE"/>
            <w:u w:val="single"/>
          </w:rPr>
          <w:t>https://www.comohotels.com/thailand/como-point-yamu/offers</w:t>
        </w:r>
      </w:hyperlink>
      <w:r>
        <w:t xml:space="preserve"> - COMO Point Yamu offers a variety of packages, including 'Every Second Night on Us' and 'Every Third Night on Us', providing guests with complimentary nights when booking a minimum of two or three consecutive nights, respectively. These offers are valid for stays until 30 September 2026. Additionally, the 'Ultimate Savings' package offers 30% off rates, with an extra 10% discount for Comoclub members. The 'Andaman Inclusive Escape' includes daily half-board dining and a 60-minute COMO Shambhala massage per person. Other packages cater to families, wellness enthusiasts, and those seeking cultural experiences.</w:t>
      </w:r>
      <w:r/>
    </w:p>
    <w:p>
      <w:pPr>
        <w:pStyle w:val="ListNumber"/>
        <w:spacing w:line="240" w:lineRule="auto"/>
        <w:ind w:left="720"/>
      </w:pPr>
      <w:r/>
      <w:hyperlink r:id="rId10">
        <w:r>
          <w:rPr>
            <w:color w:val="0000EE"/>
            <w:u w:val="single"/>
          </w:rPr>
          <w:t>https://www.comohotels.com/thailand/como-point-yamu</w:t>
        </w:r>
      </w:hyperlink>
      <w:r>
        <w:t xml:space="preserve"> - COMO Point Yamu is a luxury resort located on Phuket's east coast, offering panoramic views of Phang Nga Bay. Designed by Italian designer Paola Navone, the resort features contemporary interiors inspired by the ocean, with aquamarine hues and Peranakan heritage elements. The resort provides a range of experiences, including private yacht charters, hiking in natural parks, and cultural tours of Phuket's Old Town. Guests can enjoy amenities such as an infinity-edged pool, gym, yoga studio, and a variety of dining options serving Thai and Italian cuisine.</w:t>
      </w:r>
      <w:r/>
    </w:p>
    <w:p>
      <w:pPr>
        <w:pStyle w:val="ListNumber"/>
        <w:spacing w:line="240" w:lineRule="auto"/>
        <w:ind w:left="720"/>
      </w:pPr>
      <w:r/>
      <w:hyperlink r:id="rId11">
        <w:r>
          <w:rPr>
            <w:color w:val="0000EE"/>
            <w:u w:val="single"/>
          </w:rPr>
          <w:t>https://www.comohotels.com/thailand/como-point-yamu/about</w:t>
        </w:r>
      </w:hyperlink>
      <w:r>
        <w:t xml:space="preserve"> - COMO Point Yamu is situated on the Cape Yamu peninsula on Phuket's east coast, approximately 25 to 30 minutes from Phuket International Airport. The resort is committed to sustainability, implementing initiatives to minimize environmental impact and support the local community. Facilities include COMO Shambhala wellness centre with treatment rooms, steam rooms, hot tubs, a modern gym, and daily wellness activities like yoga. Dining options encompass Nahmyaa, La Sirena, and Aqua Bar, offering a variety of cuisines. The resort also features a kids' club, Play by COMO, and a retail boutique, COMO The Shop.</w:t>
      </w:r>
      <w:r/>
    </w:p>
    <w:p>
      <w:pPr>
        <w:pStyle w:val="ListNumber"/>
        <w:spacing w:line="240" w:lineRule="auto"/>
        <w:ind w:left="720"/>
      </w:pPr>
      <w:r/>
      <w:hyperlink r:id="rId13">
        <w:r>
          <w:rPr>
            <w:color w:val="0000EE"/>
            <w:u w:val="single"/>
          </w:rPr>
          <w:t>https://www.comohotels.com/thailand/como-point-yamu/offers/phuket-family-experience</w:t>
        </w:r>
      </w:hyperlink>
      <w:r>
        <w:t xml:space="preserve"> - The Phuket Family Experience at COMO Point Yamu offers a curated stay combining a minimum three-night accommodation in a Two-Bedroom Pool Villa or higher, daily breakfast for all registered guests, a one-time floating breakfast in your pool, and a private half-day Capricorn boat charter with a professional photographer. This package is available for bookings until 15 December 2026, for stays until 20 December 2026, subject to availability. It is designed for families seeking space, comfort, and tropical luxury, combining relaxation, adventure, and unforgettable memories in a stunning seaside setting.</w:t>
      </w:r>
      <w:r/>
    </w:p>
    <w:p>
      <w:pPr>
        <w:pStyle w:val="ListNumber"/>
        <w:spacing w:line="240" w:lineRule="auto"/>
        <w:ind w:left="720"/>
      </w:pPr>
      <w:r/>
      <w:hyperlink r:id="rId14">
        <w:r>
          <w:rPr>
            <w:color w:val="0000EE"/>
            <w:u w:val="single"/>
          </w:rPr>
          <w:t>https://www.comohotels.com/thailand/como-point-yamu/offers/bay-getaway</w:t>
        </w:r>
      </w:hyperlink>
      <w:r>
        <w:t xml:space="preserve"> - The Bay Getaway offer at COMO Point Yamu provides guests with up to 40% off rates, including a 30% discount on the COMO daily rate and an additional 10% off for Comoclub members. The offer is valid for bookings and stays before 31 December 2026. Guests have access to the 100m infinity pool with sunbeds and poolside service, as well as the Play by COMO kids' club and its daily programme of children’s activities. This package is ideal for those seeking exceptional savings and access to the resort's amenities.</w:t>
      </w:r>
      <w:r/>
    </w:p>
    <w:p>
      <w:pPr>
        <w:pStyle w:val="ListNumber"/>
        <w:spacing w:line="240" w:lineRule="auto"/>
        <w:ind w:left="720"/>
      </w:pPr>
      <w:r/>
      <w:hyperlink r:id="rId16">
        <w:r>
          <w:rPr>
            <w:color w:val="0000EE"/>
            <w:u w:val="single"/>
          </w:rPr>
          <w:t>https://www.youtube.com/watch?v=frIs5gNPxng</w:t>
        </w:r>
      </w:hyperlink>
      <w:r>
        <w:t xml:space="preserve"> - This video provides a comprehensive tour of COMO Point Yamu, showcasing its serene seaview resort setting in Phuket. It highlights the hotel's various room types, including guest rooms, suites, and pool villas, all offering sea views. The video also features the resort's facilities, such as the lobby, restaurants, swimming pool, bar, spa, wellness center, and fitness center. The COMO Point Yamu is presented as an ideal destination for those seeking a peaceful and relaxing getaway in Phuket.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dealz.com/deal/como-point-yamu-phuket/?utm_source=feed&amp;utm_medium=rss&amp;utm_campaign=rss-feed" TargetMode="External"/><Relationship Id="rId10" Type="http://schemas.openxmlformats.org/officeDocument/2006/relationships/hyperlink" Target="https://www.comohotels.com/thailand/como-point-yamu" TargetMode="External"/><Relationship Id="rId11" Type="http://schemas.openxmlformats.org/officeDocument/2006/relationships/hyperlink" Target="https://www.comohotels.com/thailand/como-point-yamu/about" TargetMode="External"/><Relationship Id="rId12" Type="http://schemas.openxmlformats.org/officeDocument/2006/relationships/hyperlink" Target="https://www.comohotels.com/thailand/como-point-yamu/offers" TargetMode="External"/><Relationship Id="rId13" Type="http://schemas.openxmlformats.org/officeDocument/2006/relationships/hyperlink" Target="https://www.comohotels.com/thailand/como-point-yamu/offers/phuket-family-experience" TargetMode="External"/><Relationship Id="rId14" Type="http://schemas.openxmlformats.org/officeDocument/2006/relationships/hyperlink" Target="https://www.comohotels.com/thailand/como-point-yamu/offers/bay-getaway"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frIs5gNPx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