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Sofitel Hua Hin enhances Indian wedding experience with versatile marquee and LED technology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SO/ Sofitel Hua Hin is leaning into a simple but persuasive wedding pitch for travellers planning a big Indian celebration in Thailand: give guests the beach, sea air and resort setting they came for, but add a purpose-built marquee that can handle the scale and spectacle such occasions demand. The property says its SO/ Khiri marquee has been designed to let couples stage a lavish event without losing the coastal atmosphere that draws families to Hua Hin in the first place.</w:t>
      </w:r>
      <w:r/>
    </w:p>
    <w:p>
      <w:r/>
      <w:r>
        <w:t>The resort describes the space as a deliberately white canvas, intended to work with any theme or colour scheme, from traditional ceremonies to more modern receptions. It has also been fitted with a Yamaha sound system and a movable high-resolution LED screen, which the property says can be repositioned to suit the layout and concept of each wedding. That flexibility matters for couples trying to balance dramatic staging with the practical realities of hosting a large guest list.</w:t>
      </w:r>
      <w:r/>
    </w:p>
    <w:p>
      <w:r/>
      <w:r>
        <w:t>LED walls and screens are increasingly common at weddings because they help everyone follow the action, even when the crowd is spread across a large venue or seated far from the mandap or stage. Guides for the events market say they are often used for live ceremony feeds, photo montages, custom visuals and message displays, while avoiding some of the visibility and projection problems that can come with traditional set-ups. For destination weddings, that can be especially useful when the couple wants a polished experience without forcing guests to miss the atmosphere outdoors.</w:t>
      </w:r>
      <w:r/>
    </w:p>
    <w:p>
      <w:r/>
      <w:r>
        <w:t>For visitors choosing where to stay, the appeal is less about technical kit than the experience it unlocks. The marquee gives the resort a weatherproof back-up plan, but the property argues that its real value is allowing celebrations to remain tied to the coast rather than being boxed away from it. In practice, that means families can plan a large wedding with confidence, knowing there is a fully equipped indoor option if the guest count grows or the weather changes, while still making the most of Hua Hin’s beach setting and Thailand’s sense of place.</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Paragraph 2: </w:t>
      </w:r>
      <w:hyperlink r:id="rId10">
        <w:r>
          <w:rPr>
            <w:color w:val="0000EE"/>
            <w:u w:val="single"/>
          </w:rPr>
          <w:t>[2]</w:t>
        </w:r>
      </w:hyperlink>
      <w:r>
        <w:t xml:space="preserve">, </w:t>
      </w:r>
      <w:hyperlink r:id="rId9">
        <w:r>
          <w:rPr>
            <w:color w:val="0000EE"/>
            <w:u w:val="single"/>
          </w:rPr>
          <w:t>[1]</w:t>
        </w:r>
      </w:hyperlink>
      <w:r>
        <w:t xml:space="preserve">- Paragraph 3: </w:t>
      </w:r>
      <w:hyperlink r:id="rId11">
        <w:r>
          <w:rPr>
            <w:color w:val="0000EE"/>
            <w:u w:val="single"/>
          </w:rPr>
          <w:t>[3]</w:t>
        </w:r>
      </w:hyperlink>
      <w:r>
        <w:t xml:space="preserve">, </w:t>
      </w:r>
      <w:hyperlink r:id="rId12">
        <w:r>
          <w:rPr>
            <w:color w:val="0000EE"/>
            <w:u w:val="single"/>
          </w:rPr>
          <w:t>[4]</w:t>
        </w:r>
      </w:hyperlink>
      <w:r>
        <w:t xml:space="preserve">, </w:t>
      </w:r>
      <w:hyperlink r:id="rId13">
        <w:r>
          <w:rPr>
            <w:color w:val="0000EE"/>
            <w:u w:val="single"/>
          </w:rPr>
          <w:t>[5]</w:t>
        </w:r>
      </w:hyperlink>
      <w:r>
        <w:t xml:space="preserve">, </w:t>
      </w:r>
      <w:hyperlink r:id="rId14">
        <w:r>
          <w:rPr>
            <w:color w:val="0000EE"/>
            <w:u w:val="single"/>
          </w:rPr>
          <w:t>[7]</w:t>
        </w:r>
      </w:hyperlink>
      <w:r>
        <w:t xml:space="preserve">- Paragraph 4: </w:t>
      </w:r>
      <w:hyperlink r:id="rId9">
        <w:r>
          <w:rPr>
            <w:color w:val="0000EE"/>
            <w:u w:val="single"/>
          </w:rPr>
          <w:t>[1]</w:t>
        </w:r>
      </w:hyperlink>
      <w:r>
        <w:t xml:space="preserve">, </w:t>
      </w:r>
      <w:hyperlink r:id="rId11">
        <w:r>
          <w:rPr>
            <w:color w:val="0000EE"/>
            <w:u w:val="single"/>
          </w:rPr>
          <w:t>[3]</w:t>
        </w:r>
      </w:hyperlink>
      <w:r>
        <w:t xml:space="preserve">, </w:t>
      </w:r>
      <w:hyperlink r:id="rId13">
        <w:r>
          <w:rPr>
            <w:color w:val="0000EE"/>
            <w:u w:val="single"/>
          </w:rPr>
          <w:t>[5]</w:t>
        </w:r>
      </w:hyperlink>
      <w:r/>
    </w:p>
    <w:p>
      <w:r/>
      <w:r>
        <w:t xml:space="preserve">Source: </w:t>
      </w:r>
      <w:hyperlink r:id="rId15">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https://www.masalathai.com/lifestyle/so-sofitel-hua-hin-indian-weddings-thailand</w:t>
        </w:r>
      </w:hyperlink>
      <w:r>
        <w:t xml:space="preserve"> - Please view link - unable to able to access data</w:t>
      </w:r>
      <w:r/>
    </w:p>
    <w:p>
      <w:pPr>
        <w:pStyle w:val="ListNumber"/>
        <w:spacing w:line="240" w:lineRule="auto"/>
        <w:ind w:left="720"/>
      </w:pPr>
      <w:r/>
      <w:hyperlink r:id="rId10">
        <w:r>
          <w:rPr>
            <w:color w:val="0000EE"/>
            <w:u w:val="single"/>
          </w:rPr>
          <w:t>https://www.sodjla.com/post/led-wall-rental</w:t>
        </w:r>
      </w:hyperlink>
      <w:r>
        <w:t xml:space="preserve"> - This article discusses the increasing popularity of LED walls at weddings, highlighting their versatility and benefits. It explains that LED video walls are large backdrops made up of connected screens, commonly used in both Western and Indian weddings. The piece outlines various use cases, including serving as backdrops, displaying live video feeds, reinforcing brand messages, showcasing social media content, and presenting photo slideshows. The author emphasizes the advantages of LED walls, such as their modularity, updatability, and ability to eliminate issues associated with projectors, like image distortion and technical errors. The article also provides guidance on selecting the appropriate size of an LED wall based on guest count and venue size, along with estimated costs for different wedding reception sizes.</w:t>
      </w:r>
      <w:r/>
    </w:p>
    <w:p>
      <w:pPr>
        <w:pStyle w:val="ListNumber"/>
        <w:spacing w:line="240" w:lineRule="auto"/>
        <w:ind w:left="720"/>
      </w:pPr>
      <w:r/>
      <w:hyperlink r:id="rId11">
        <w:r>
          <w:rPr>
            <w:color w:val="0000EE"/>
            <w:u w:val="single"/>
          </w:rPr>
          <w:t>https://ledsignage.in/industries/events-weddings/</w:t>
        </w:r>
      </w:hyperlink>
      <w:r>
        <w:t xml:space="preserve"> - This page focuses on the use of LED screens for weddings and private functions, emphasizing their role in enhancing guest experience. It addresses common issues with traditional signage, such as visibility challenges for guests seated far from the ceremony and the impact of decorative lighting on projections. The article highlights how LED screens can resolve these problems by providing clear visuals to all guests, including those in overflow areas. It also mentions the importance of the muhurta (auspicious time) in Indian weddings and how LED screens can display the ceremony during this critical period. The page underscores the benefits of LED screens in ensuring that all guests have a clear view of the ceremony, regardless of their seating position.</w:t>
      </w:r>
      <w:r/>
    </w:p>
    <w:p>
      <w:pPr>
        <w:pStyle w:val="ListNumber"/>
        <w:spacing w:line="240" w:lineRule="auto"/>
        <w:ind w:left="720"/>
      </w:pPr>
      <w:r/>
      <w:hyperlink r:id="rId12">
        <w:r>
          <w:rPr>
            <w:color w:val="0000EE"/>
            <w:u w:val="single"/>
          </w:rPr>
          <w:t>https://custom.ekintry.com/led-screen-for-wedding/</w:t>
        </w:r>
      </w:hyperlink>
      <w:r>
        <w:t xml:space="preserve"> - This article discusses the use of LED screens as backdrops and stage walls for weddings, highlighting their ability to transform wedding stages into dynamic scenes. It covers various applications, including displaying custom monograms, live camera feeds, and slow-motion entrances. The piece provides information on the sizes and costs of LED backdrops, noting that renting a screen typically costs $300–$500 per square meter per event, while purchasing one can be more cost-effective for venues or planners hosting multiple weddings annually. The article also offers guidance on selecting the appropriate size of an LED backdrop based on stage width and guest count, and it discusses considerations for indoor versus outdoor weddings, including pixel pitch and brightness requirements.</w:t>
      </w:r>
      <w:r/>
    </w:p>
    <w:p>
      <w:pPr>
        <w:pStyle w:val="ListNumber"/>
        <w:spacing w:line="240" w:lineRule="auto"/>
        <w:ind w:left="720"/>
      </w:pPr>
      <w:r/>
      <w:hyperlink r:id="rId13">
        <w:r>
          <w:rPr>
            <w:color w:val="0000EE"/>
            <w:u w:val="single"/>
          </w:rPr>
          <w:t>https://www.ledincloud.com/wedding-led-screen/</w:t>
        </w:r>
      </w:hyperlink>
      <w:r>
        <w:t xml:space="preserve"> - This page provides a comprehensive guide on incorporating LED screens into weddings, comparing them to projectors and outlining their advantages. It details the benefits of LED screens, such as high brightness levels suitable for any lighting condition, suitability for outdoor use, high refresh rates that prevent flickering in photos, and instant content changes during the event. The article also discusses the ideal screen sizes based on guest count, ranging from 3×2 meters for intimate ceremonies to 8×5 meters for large outdoor events. Additionally, it explores various uses of LED screens at weddings, including telling the couple's story visually, involving distant guests through live streaming, and creating dynamic backdrops that adapt to different parts of the day.</w:t>
      </w:r>
      <w:r/>
    </w:p>
    <w:p>
      <w:pPr>
        <w:pStyle w:val="ListNumber"/>
        <w:spacing w:line="240" w:lineRule="auto"/>
        <w:ind w:left="720"/>
      </w:pPr>
      <w:r/>
      <w:hyperlink r:id="rId16">
        <w:r>
          <w:rPr>
            <w:color w:val="0000EE"/>
            <w:u w:val="single"/>
          </w:rPr>
          <w:t>https://www.lightwav.tech/</w:t>
        </w:r>
      </w:hyperlink>
      <w:r>
        <w:t xml:space="preserve"> - LightwAV is an audio-visual production company based in New Jersey, specializing in LED video walls, speakers, lighting, and special effects for weddings, corporate events, and private parties. The company offers custom-sized LED displays for backdrops and stages, crystal-clear audio systems, moving heads and uplights for lighting, and indoor-safe special effects like cold sparks and low-lying fog. They emphasize delivering high-quality visuals and sound to make events memorable, with a focus on seamless setup and breakdown. The company serves the tri-state area and beyond, providing services for various events, including weddings, corporate galas, and sweet sixteens.</w:t>
      </w:r>
      <w:r/>
    </w:p>
    <w:p>
      <w:pPr>
        <w:pStyle w:val="ListNumber"/>
        <w:spacing w:line="240" w:lineRule="auto"/>
        <w:ind w:left="720"/>
      </w:pPr>
      <w:r/>
      <w:hyperlink r:id="rId14">
        <w:r>
          <w:rPr>
            <w:color w:val="0000EE"/>
            <w:u w:val="single"/>
          </w:rPr>
          <w:t>https://ledscreenrentalservice.com/led-screen-rental-for-wedding/</w:t>
        </w:r>
      </w:hyperlink>
      <w:r>
        <w:t xml:space="preserve"> - This service offers high-resolution LED video walls for weddings, aiming to create immersive and unforgettable experiences for guests. The LED screens can display real-time ceremony footage, pre-wedding montages, messages from friends and family who can't attend, and custom-designed backdrops for stages or receptions. The service emphasizes the versatility of LED screens in enhancing weddings, regardless of whether the venue is indoor or outdoor, and highlights their role in making weddings more engaging, inclusive, and cinematic.</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asalathai.com/lifestyle/so-sofitel-hua-hin-indian-weddings-thailand" TargetMode="External"/><Relationship Id="rId10" Type="http://schemas.openxmlformats.org/officeDocument/2006/relationships/hyperlink" Target="https://www.sodjla.com/post/led-wall-rental" TargetMode="External"/><Relationship Id="rId11" Type="http://schemas.openxmlformats.org/officeDocument/2006/relationships/hyperlink" Target="https://ledsignage.in/industries/events-weddings/" TargetMode="External"/><Relationship Id="rId12" Type="http://schemas.openxmlformats.org/officeDocument/2006/relationships/hyperlink" Target="https://custom.ekintry.com/led-screen-for-wedding/" TargetMode="External"/><Relationship Id="rId13" Type="http://schemas.openxmlformats.org/officeDocument/2006/relationships/hyperlink" Target="https://www.ledincloud.com/wedding-led-screen/" TargetMode="External"/><Relationship Id="rId14" Type="http://schemas.openxmlformats.org/officeDocument/2006/relationships/hyperlink" Target="https://ledscreenrentalservice.com/led-screen-rental-for-wedding/" TargetMode="External"/><Relationship Id="rId15" Type="http://schemas.openxmlformats.org/officeDocument/2006/relationships/hyperlink" Target="https://www.noahwire.com" TargetMode="External"/><Relationship Id="rId16" Type="http://schemas.openxmlformats.org/officeDocument/2006/relationships/hyperlink" Target="https://www.lightwav.te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