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Club Med introduces its first Exclusive Collection resort in Koh Samui, marking a luxury expansion in Thailand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Club Med has begun work on a new resort in Koh Samui, a move that will bring its Exclusive Collection brand to Thailand for the first time and add a more upmarket option to one of the country’s best-known island destinations. According to the company, the project follows the signing of a hotel management agreement earlier this year with Central Capital Group, and the groundbreaking ceremony was held on 25 August 2026.</w:t>
      </w:r>
      <w:r/>
    </w:p>
    <w:p>
      <w:r/>
      <w:r>
        <w:t>The opening is being positioned as the second Club Med property in Thailand, following Club Med Phuket, which first opened in 1985. Club Med says the Koh Samui resort will sit within its Exclusive Collection, a tier designed to offer guests more space, privacy and personal service than its standard all-inclusive holidays. The brand describes the concept as combining spacious accommodation with a more refined all-inclusive experience, aimed at travellers looking for comfort as much as convenience.</w:t>
      </w:r>
      <w:r/>
    </w:p>
    <w:p>
      <w:r/>
      <w:r>
        <w:t>The ceremony itself included a traditional blessing and the planting of native Samui coconut seedlings, a gesture intended to reflect the island setting and signal a new beginning for the development. Club Med said the resort is its third Exclusive Collection property in the East and South Asia and Pacific region, underscoring the group’s broader push into higher-end beach escapes.</w:t>
      </w:r>
      <w:r/>
    </w:p>
    <w:p>
      <w:r/>
      <w:r>
        <w:t>For travellers, the appeal will be Koh Samui itself: a tropical island with easy access to beaches, relaxed luxury hotels and wellness-focused stays. Club Med says the new resort is being developed as part of a wider international expansion strategy, but for holidaymakers the more immediate question is what it will mean on the ground , a branded all-inclusive option that promises the familiarity of Club Med with a more exclusive feel in one of Thailand’s most popular resort locations.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0">
        <w:r>
          <w:rPr>
            <w:color w:val="0000EE"/>
            <w:u w:val="single"/>
          </w:rPr>
          <w:t>[7]</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0">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https://ohsem.me/2026/08/club-med-breaks-ground-on-koh-samui-first-exclusive-collection-resort-in-thailand/</w:t>
        </w:r>
      </w:hyperlink>
      <w:r>
        <w:t xml:space="preserve"> - Please view link - unable to able to access data</w:t>
      </w:r>
      <w:r/>
    </w:p>
    <w:p>
      <w:pPr>
        <w:pStyle w:val="ListNumber"/>
        <w:spacing w:line="240" w:lineRule="auto"/>
        <w:ind w:left="720"/>
      </w:pPr>
      <w:r/>
      <w:hyperlink r:id="rId10">
        <w:r>
          <w:rPr>
            <w:color w:val="0000EE"/>
            <w:u w:val="single"/>
          </w:rPr>
          <w:t>https://www.clubmed.asia/l/club-med-exclusive-collection</w:t>
        </w:r>
      </w:hyperlink>
      <w:r>
        <w:t xml:space="preserve"> - Club Med's Exclusive Collection offers a series of luxurious resorts set within stunning destinations, providing spacious accommodations, personalized services, and a wide range of experiences within an elevated all-inclusive package. This collection aims to deliver unrivalled levels of space for a regenerative experience, allowing guests to re-focus, re-align, and experience countless unforgettable moments with their loved ones.</w:t>
      </w:r>
      <w:r/>
    </w:p>
    <w:p>
      <w:pPr>
        <w:pStyle w:val="ListNumber"/>
        <w:spacing w:line="240" w:lineRule="auto"/>
        <w:ind w:left="720"/>
      </w:pPr>
      <w:r/>
      <w:hyperlink r:id="rId11">
        <w:r>
          <w:rPr>
            <w:color w:val="0000EE"/>
            <w:u w:val="single"/>
          </w:rPr>
          <w:t>https://en.prnasia.com/releases/apac/club-med-breaks-ground-on-koh-samui-first-exclusive-collection-resort-in-thailand-545733.shtml</w:t>
        </w:r>
      </w:hyperlink>
      <w:r>
        <w:t xml:space="preserve"> - On 25 August 2026, Club Med and Central Capital Group held a groundbreaking ceremony for the new Club Med Koh Samui resort. The event featured a traditional ceremony and the symbolic planting of native Samui coconut seedlings, signifying a tribute to the locale and a vision of future success. This marks a significant milestone for both companies in their partnership.</w:t>
      </w:r>
      <w:r/>
    </w:p>
    <w:p>
      <w:pPr>
        <w:pStyle w:val="ListNumber"/>
        <w:spacing w:line="240" w:lineRule="auto"/>
        <w:ind w:left="720"/>
      </w:pPr>
      <w:r/>
      <w:hyperlink r:id="rId12">
        <w:r>
          <w:rPr>
            <w:color w:val="0000EE"/>
            <w:u w:val="single"/>
          </w:rPr>
          <w:t>https://corporate.clubmed/club-med-announces-brand-new-exclusive-collection-resort-in-koh-samui-thailand/</w:t>
        </w:r>
      </w:hyperlink>
      <w:r>
        <w:t xml:space="preserve"> - Club Med has announced the signing of a Hotel Management Agreement for a resort located in Koh Samui, Thailand, in partnership with Central Group Capital. The Club Med Exclusive Collection Koh Samui will become the latest addition to Club Med's Exclusive Collection portfolio of resorts, and the second offering in Thailand alongside the fully renovated Club Med Phuket.</w:t>
      </w:r>
      <w:r/>
    </w:p>
    <w:p>
      <w:pPr>
        <w:pStyle w:val="ListNumber"/>
        <w:spacing w:line="240" w:lineRule="auto"/>
        <w:ind w:left="720"/>
      </w:pPr>
      <w:r/>
      <w:hyperlink r:id="rId13">
        <w:r>
          <w:rPr>
            <w:color w:val="0000EE"/>
            <w:u w:val="single"/>
          </w:rPr>
          <w:t>https://www.clubmed.asia/l/exclusive-collection-resorts</w:t>
        </w:r>
      </w:hyperlink>
      <w:r>
        <w:t xml:space="preserve"> - Club Med's Exclusive Collection Resorts offer the most prestigious Club Med Resorts in the world's most beautiful locations, bringing together luxury and freedom. Guests can enjoy an experience that goes beyond the ordinary with more comfort, privacy, space, and personal attention, including private and exclusive spaces, concierge service, and personalized welcome.</w:t>
      </w:r>
      <w:r/>
    </w:p>
    <w:p>
      <w:pPr>
        <w:pStyle w:val="ListNumber"/>
        <w:spacing w:line="240" w:lineRule="auto"/>
        <w:ind w:left="720"/>
      </w:pPr>
      <w:r/>
      <w:hyperlink r:id="rId14">
        <w:r>
          <w:rPr>
            <w:color w:val="0000EE"/>
            <w:u w:val="single"/>
          </w:rPr>
          <w:t>https://www.clubmed.asia/</w:t>
        </w:r>
      </w:hyperlink>
      <w:r>
        <w:t xml:space="preserve"> - Club Med offers tailor-made holidays in incredible locales around the world. Since 1950, they have created premium all-inclusive vacations, taking care of everything so guests can just let go. With over 60 dream destinations, Club Med provides a variety of experiences, from sunny memories to gourmet getaways, ensuring a unique and memorable holiday.</w:t>
      </w:r>
      <w:r/>
    </w:p>
    <w:p>
      <w:pPr>
        <w:pStyle w:val="ListNumber"/>
        <w:spacing w:line="240" w:lineRule="auto"/>
        <w:ind w:left="720"/>
      </w:pPr>
      <w:r/>
      <w:hyperlink r:id="rId10">
        <w:r>
          <w:rPr>
            <w:color w:val="0000EE"/>
            <w:u w:val="single"/>
          </w:rPr>
          <w:t>https://www.clubmed.asia/l/club-med-exclusive-collection</w:t>
        </w:r>
      </w:hyperlink>
      <w:r>
        <w:t xml:space="preserve"> - For over 70 years, Club Med has created its own distinctive art of living, blending chic and casual styles to offer a timeless travel experience. The Exclusive Collection is a series of luxurious resorts set within stunning destinations, providing spacious accommodations, personalized services, and a wide range of experiences within an elevated all-inclusive package.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hsem.me/2026/08/club-med-breaks-ground-on-koh-samui-first-exclusive-collection-resort-in-thailand/" TargetMode="External"/><Relationship Id="rId10" Type="http://schemas.openxmlformats.org/officeDocument/2006/relationships/hyperlink" Target="https://www.clubmed.asia/l/club-med-exclusive-collection" TargetMode="External"/><Relationship Id="rId11" Type="http://schemas.openxmlformats.org/officeDocument/2006/relationships/hyperlink" Target="https://en.prnasia.com/releases/apac/club-med-breaks-ground-on-koh-samui-first-exclusive-collection-resort-in-thailand-545733.shtml" TargetMode="External"/><Relationship Id="rId12" Type="http://schemas.openxmlformats.org/officeDocument/2006/relationships/hyperlink" Target="https://corporate.clubmed/club-med-announces-brand-new-exclusive-collection-resort-in-koh-samui-thailand/" TargetMode="External"/><Relationship Id="rId13" Type="http://schemas.openxmlformats.org/officeDocument/2006/relationships/hyperlink" Target="https://www.clubmed.asia/l/exclusive-collection-resorts" TargetMode="External"/><Relationship Id="rId14" Type="http://schemas.openxmlformats.org/officeDocument/2006/relationships/hyperlink" Target="https://www.clubmed.asia/"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