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top family-friendly hotels blend convenience, greenery, and river views for a hassle-free city stay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can be a demanding city for families and couples alike, with distances that look short on a map quickly becoming longer in traffic. The smartest places to stay are those that cut down on time in taxis and put transport, shopping, dining and some breathing space within easy reach. Three hotels stand out for travellers who want comfort without constant logistics, each offering a different take on city living.</w:t>
      </w:r>
      <w:r/>
    </w:p>
    <w:p>
      <w:r/>
      <w:r>
        <w:t>Chatrium Grand Bangkok is well placed in the Siam district, close to the BTS Skytrain and with a complimentary buggy shuttle to Siam Paragon, which makes it especially practical for anyone hoping to avoid the worst of Bangkok’s road congestion. According to the hotel, rooms are generously sized and come with deep soaking tubs, Panpuri bathroom products, espresso machines and a welcome minibar. Families are also well catered for, with a Kids Stay Free offer for up to two children under 12 sharing existing bedding, plus a Kids Zone to keep younger guests occupied. The Club Lounge on the 32nd floor adds another reason to stay, with skyline views, refreshments throughout the day and evening drinks and savoury plates. Downstairs, the pool area and Flow pool lounge give the property a more resort-like feel in the middle of the city.</w:t>
      </w:r>
      <w:r/>
    </w:p>
    <w:p>
      <w:r/>
      <w:r>
        <w:t>Dusit Thani Bangkok combines heritage with a far more contemporary setting than its long history might suggest. The hotel has been part of Bangkok life since 1970, but the current building is the result of a six-year reconstruction that placed every room with a view over Lumpini Park, according to Dusit. The preservation of the original nine-step lobby waterfall gives the property a sense of continuity, while the new design by André Fu focuses on light, space and park outlooks. For guests, that means big rooms, strong in-room amenities and easy access to one of the city’s best green spaces. The hotel now sits within the broader Dusit Central Park development, where a newly opened mall offers more than 70 street-food vendors, a large food hall and a collection of Michelin Guide eateries, alongside a 2.8-acre roof park with a walking trail.</w:t>
      </w:r>
      <w:r/>
    </w:p>
    <w:p>
      <w:r/>
      <w:r>
        <w:t>For travellers who want a more riverside setting, Four Seasons Hotel Bangkok at Chao Phraya River remains one of the city’s most polished options. The hotel stretches along 200 metres of open riverfront and, according to Four Seasons, is around 40 minutes from Suvarnabhumi Airport. Rooms and suites lean into a calm, contemporary Thai style, with floor-to-ceiling windows framing river or garden views. The property is notably family-friendly without feeling overly child-focused: younger guests are greeted with a Chao Plai elephant mascot and a chocolate treat, while a kids’ club near the children’s pool offers daily activities, toys and a wooden play area. Larger families can look to Terrace Suites, Riverfront Penthouses or even the Presidential Suite, while parents have access to a spa, salon, fitness centre and a 30-metre lap pool. For a stay that balances space, service and scenery, it is hard to better.</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Paragraph 4: </w:t>
      </w:r>
      <w:hyperlink r:id="rId12">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https://www.asiafamilytraveller.com/post/great-hotels-in-bangkok</w:t>
        </w:r>
      </w:hyperlink>
      <w:r>
        <w:t xml:space="preserve"> - Please view link - unable to able to access data</w:t>
      </w:r>
      <w:r/>
    </w:p>
    <w:p>
      <w:pPr>
        <w:pStyle w:val="ListNumber"/>
        <w:spacing w:line="240" w:lineRule="auto"/>
        <w:ind w:left="720"/>
      </w:pPr>
      <w:r/>
      <w:hyperlink r:id="rId10">
        <w:r>
          <w:rPr>
            <w:color w:val="0000EE"/>
            <w:u w:val="single"/>
          </w:rPr>
          <w:t>https://www.chatrium.com/grandbangkok</w:t>
        </w:r>
      </w:hyperlink>
      <w:r>
        <w:t xml:space="preserve"> - Chatrium Grand Bangkok is a 5-star luxury hotel located in the Siam district of Bangkok. The hotel offers spacious rooms equipped with deep soaking tubs, plush bathrooms with Panpuri amenities, espresso makers, and complimentary welcome minibars. Families can benefit from the 'Kids Stay Free' offer, allowing up to two children under 12 to stay and eat breakfast complimentary when sharing existing bedding. The hotel provides direct access to Siam Paragon mall via a complimentary buggy shuttle, facilitating easy access to retail therapy, dining, and entertainment without the hassle of Bangkok's traffic. The Club Lounge on the 32nd floor offers morning bites, all-day refreshments, and evening aperitivo hours with a variety of beverages and savoury plates. The hotel's lifestyle and wellness amenities include a massive pool on the 7th floor, an alfresco pool lounge named Flow serving wood-fired pizza and light snacks, the Thann Sanctuary Spa for restorative bodywork, and the on-site Dr Orawan Medical Center offering high-end clinical wellness services. The fitness center is complemented by a Kids Zone to keep children entertained. The hotel is situated along Phetchaburi Road, providing easy access to the BTS Skytrain and the bustling Siam district. [Source: Chatrium Grand Bangkok Official Website]</w:t>
      </w:r>
      <w:r/>
    </w:p>
    <w:p>
      <w:pPr>
        <w:pStyle w:val="ListNumber"/>
        <w:spacing w:line="240" w:lineRule="auto"/>
        <w:ind w:left="720"/>
      </w:pPr>
      <w:r/>
      <w:hyperlink r:id="rId11">
        <w:r>
          <w:rPr>
            <w:color w:val="0000EE"/>
            <w:u w:val="single"/>
          </w:rPr>
          <w:t>https://www.dusit.com/dusitthani-bangkok/</w:t>
        </w:r>
      </w:hyperlink>
      <w:r>
        <w:t xml:space="preserve"> - Dusit Thani Bangkok is an iconic hotel that has been a landmark in the city since 1970. In 2018, the building was completely demolished, and a six-year reconstruction project was initiated, resulting in a stunning addition to the Thai capital. The hotel's design ensures that all rooms offer sweeping views over the neighbouring Lumpini Park. Key features of the original hotel, such as the nine-step lobby waterfall inspired by the Dusit Heavenly Waterfall, have been meticulously preserved. The hotel is part of the US$1.25 billion Dusit Central Park mixed-use development, which includes residential apartments, Dusit Residences and Dusit Parkside, and a brand-new shopping mall, Central Park, opened at the end of 2025. The mall is linked to the hotel and offers a vast food hall with more than 70 street food vendors and Bangkok’s largest collection of Michelin Guide eateries. A key focus of the development is the 2.8-acre Roof Park with a 750m walking trail, water features, lush landscaping, and great views. [Source: Dusit Thani Bangkok Official Website]</w:t>
      </w:r>
      <w:r/>
    </w:p>
    <w:p>
      <w:pPr>
        <w:pStyle w:val="ListNumber"/>
        <w:spacing w:line="240" w:lineRule="auto"/>
        <w:ind w:left="720"/>
      </w:pPr>
      <w:r/>
      <w:hyperlink r:id="rId12">
        <w:r>
          <w:rPr>
            <w:color w:val="0000EE"/>
            <w:u w:val="single"/>
          </w:rPr>
          <w:t>https://www.fourseasons.com/bangkok/</w:t>
        </w:r>
      </w:hyperlink>
      <w:r>
        <w:t xml:space="preserve"> - Four Seasons Hotel Bangkok at Chao Phraya River is a luxurious property located along 200 meters of open riverfront, just 40 minutes from Bangkok’s Suvarnabhumi Airport. The hotel offers rooms and suites that balance Thai contemporary aesthetics with modern amenities, each featuring floor-to-ceiling windows to soak up the gorgeous river or garden views. Family-friendly in-room touches include a cuddly Chao Plai elephant mascot and a chocolate pop treat to welcome young guests. A tent experience is also available on request. For larger family groups, the spacious Terrace Suites come with landscaped and furnished outdoor spaces, while Riverfront Penthouses can accommodate up to nine guests. The 450sqm Presidential Suite boasts two-storey windows, a living area with a bar, a kitchen, three bedrooms, and an oversized terrace with a plunge pool. The hotel features a kids’ club by the dedicated children’s pool with daily activities, a wooden playground, and plenty of toys and games. The kids’ club is designed for children aged four to 12 years. Parents can take advantage of a spa featuring a hair salon, barber shop, nail salon, fitness centre, and a 30m lap pool. [Source: Four Seasons Hotel Bangkok Official Website]</w:t>
      </w:r>
      <w:r/>
    </w:p>
    <w:p>
      <w:pPr>
        <w:pStyle w:val="ListNumber"/>
        <w:spacing w:line="240" w:lineRule="auto"/>
        <w:ind w:left="720"/>
      </w:pPr>
      <w:r/>
      <w:hyperlink r:id="rId13">
        <w:r>
          <w:rPr>
            <w:color w:val="0000EE"/>
            <w:u w:val="single"/>
          </w:rPr>
          <w:t>https://www.chatrium.com/grandbangkok/rooms</w:t>
        </w:r>
      </w:hyperlink>
      <w:r>
        <w:t xml:space="preserve"> - Chatrium Grand Bangkok offers a variety of luxurious accommodations, including Deluxe Rooms, Premier Rooms, Family Rooms, Club Rooms, One Bedroom Suites, Executive Suites, Two Bedroom Suites, Three Bedroom Suites, and Penthouses. The Deluxe Rooms are spacious, featuring daybeds, plush furnishings, and signature amenities such as a complimentary mini-bar, espresso machine, and more. The Premier Rooms offer stunning city views from a chaise longue and include amenities like a smart TV and complimentary Wi-Fi. The Family Rooms provide ample space for families, equipped with two queen beds and signature in-room amenities. The Club Rooms offer luxurious accommodation with daybeds and plush furnishings. The One Bedroom Suites, Executive Suites, Two Bedroom Suites, and Three Bedroom Suites provide additional space and luxury, with the Penthouses offering the pinnacle of luxury living. [Source: Chatrium Grand Bangkok Rooms Page]</w:t>
      </w:r>
      <w:r/>
    </w:p>
    <w:p>
      <w:pPr>
        <w:pStyle w:val="ListNumber"/>
        <w:spacing w:line="240" w:lineRule="auto"/>
        <w:ind w:left="720"/>
      </w:pPr>
      <w:r/>
      <w:hyperlink r:id="rId14">
        <w:r>
          <w:rPr>
            <w:color w:val="0000EE"/>
            <w:u w:val="single"/>
          </w:rPr>
          <w:t>https://www.dusit.com/dusitthani-bangkok/ko/</w:t>
        </w:r>
      </w:hyperlink>
      <w:r>
        <w:t xml:space="preserve"> - Dusit Thani Bangkok is an iconic hotel that has been a landmark in the city since 1970. In 2018, the building was completely demolished, and a six-year reconstruction project was initiated, resulting in a stunning addition to the Thai capital. The hotel's design ensures that all rooms offer sweeping views over the neighbouring Lumpini Park. Key features of the original hotel, such as the nine-step lobby waterfall inspired by the Dusit Heavenly Waterfall, have been meticulously preserved. The hotel is part of the US$1.25 billion Dusit Central Park mixed-use development, which includes residential apartments, Dusit Residences and Dusit Parkside, and a brand-new shopping mall, Central Park, opened at the end of 2025. The mall is linked to the hotel and offers a vast food hall with more than 70 street food vendors and Bangkok’s largest collection of Michelin Guide eateries. A key focus of the development is the 2.8-acre Roof Park with a 750m walking trail, water features, lush landscaping, and great views. [Source: Dusit Thani Bangkok Official Website]</w:t>
      </w:r>
      <w:r/>
    </w:p>
    <w:p>
      <w:pPr>
        <w:pStyle w:val="ListNumber"/>
        <w:spacing w:line="240" w:lineRule="auto"/>
        <w:ind w:left="720"/>
      </w:pPr>
      <w:r/>
      <w:hyperlink r:id="rId16">
        <w:r>
          <w:rPr>
            <w:color w:val="0000EE"/>
            <w:u w:val="single"/>
          </w:rPr>
          <w:t>https://www.youtube.com/watch?v=Z67riSLxF4s</w:t>
        </w:r>
      </w:hyperlink>
      <w:r>
        <w:t xml:space="preserve"> - This video provides a comprehensive review of two major luxury hotels in Bangkok: Dusit Thani Bangkok and The Ritz-Carlton Bangkok. The reviewer discusses the reopening of Dusit Thani Bangkok in the second half of 2024, highlighting its transformation and new look. The Ritz-Carlton Bangkok is also introduced as a new entrant aiming for the top spot in the Bangkok hotel market. The video includes footage of the rooms, suites, and amenities of both hotels, providing insights into their offerings and overall impressions. [Source: YouTube Video]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siafamilytraveller.com/post/great-hotels-in-bangkok" TargetMode="External"/><Relationship Id="rId10" Type="http://schemas.openxmlformats.org/officeDocument/2006/relationships/hyperlink" Target="https://www.chatrium.com/grandbangkok" TargetMode="External"/><Relationship Id="rId11" Type="http://schemas.openxmlformats.org/officeDocument/2006/relationships/hyperlink" Target="https://www.dusit.com/dusitthani-bangkok/" TargetMode="External"/><Relationship Id="rId12" Type="http://schemas.openxmlformats.org/officeDocument/2006/relationships/hyperlink" Target="https://www.fourseasons.com/bangkok/" TargetMode="External"/><Relationship Id="rId13" Type="http://schemas.openxmlformats.org/officeDocument/2006/relationships/hyperlink" Target="https://www.chatrium.com/grandbangkok/rooms" TargetMode="External"/><Relationship Id="rId14" Type="http://schemas.openxmlformats.org/officeDocument/2006/relationships/hyperlink" Target="https://www.dusit.com/dusitthani-bangkok/ko/"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Z67riSLxF4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