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Siam redefines Bangkok luxury with private river retreat and cultural allure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Bangkok has no shortage of grand hotels, but The Siam stands apart by feeling less like a conventional city base and more like a private retreat on the Chao Phraya. Set in Dusit, away from the capital’s busiest traffic, it offers a calmer rhythm without cutting guests off from the sights: according to the hotel’s own positioning and reviews from Condé Nast Traveler and Fodor’s, the Grand Palace and Wat Pho are only a short boat ride away, while the hotel’s shuttle service makes river travel part of the experience.</w:t>
      </w:r>
      <w:r/>
    </w:p>
    <w:p>
      <w:r/>
      <w:r>
        <w:t>Its appeal begins with the setting but is cemented by the design. Conceived by Thai musician and actor Krissada Sukosol Clapp and brought to life with Bill Bensley, the property blends Art Deco drama with Thai heritage, colonial touches and a collector’s eye for detail. Reviews from Condé Nast Traveler, TravelPlusStyle and Fodor’s all note the vast number of antiques threaded through the hotel, giving the place the feeling of a lived-in art house rather than a polished chain property.</w:t>
      </w:r>
      <w:r/>
    </w:p>
    <w:p>
      <w:r/>
      <w:r>
        <w:t>Accommodation is generous by Bangkok standards. The hotel has 28 suites in the main building and 10 pool villas near the river, with the suites starting at a spacious 80 square metres and the villas offering even more room, including private courtyards, plunge pools and rooftop terraces. Guest feedback on Booking.com repeatedly praises the space, the tranquillity and the sense of privacy, while Oyster points to the butler-style service as part of the stay’s appeal. For travellers choosing between the city’s luxury options, that combination of size and seclusion is a major draw.</w:t>
      </w:r>
      <w:r/>
    </w:p>
    <w:p>
      <w:r/>
      <w:r>
        <w:t>Dining is deliberately varied. The Story House serves contemporary dishes in an atrium-style setting, while Chon Thai Restaurant focuses on Thai cooking in a traditional teak building beside the river. The pool bar and riverside terrace add more casual options, and the hotel also offers afternoon tea and private dining. Tripadvisor reviewers often single out the Thai restaurant for its quality and service, although Oyster notes that dining can be more uneven than the property’s overall standard, so expectations are worth keeping measured.</w:t>
      </w:r>
      <w:r/>
    </w:p>
    <w:p>
      <w:r/>
      <w:r>
        <w:t>What makes The Siam especially attractive for leisure travellers is how much there is to do without leaving the property. According to the hotel and independent reviews, facilities include a riverside infinity pool, a gym with a boxing ring, a private cinema, a library, a vinyl room and the Opium Spa, which offers hammam-style treatments as well as wellness programmes such as yoga, meditation, Ayurveda and Reiki. There is even the option of a sak yant tattoo in a dedicated space. For guests who want Bangkok softened into a luxurious, design-led escape, The Siam delivers a rare mix of culture, calm and easy river access, with rates starting from about 17,500 baht a night.</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[3]</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[4]</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[3]</w:t>
        </w:r>
      </w:hyperlink>
      <w:r>
        <w:t xml:space="preserve">, </w:t>
      </w:r>
      <w:hyperlink r:id="rId14">
        <w:r>
          <w:rPr>
            <w:color w:val="0000EE"/>
            <w:u w:val="single"/>
          </w:rPr>
          <w:t>[5]</w:t>
        </w:r>
      </w:hyperlink>
      <w:r>
        <w:t xml:space="preserve">, </w:t>
      </w:r>
      <w:hyperlink r:id="rId15">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[3]</w:t>
        </w:r>
      </w:hyperlink>
      <w:r>
        <w:t xml:space="preserve">, </w:t>
      </w:r>
      <w:hyperlink r:id="rId11">
        <w:r>
          <w:rPr>
            <w:color w:val="0000EE"/>
            <w:u w:val="single"/>
          </w:rPr>
          <w:t>[4]</w:t>
        </w:r>
      </w:hyperlink>
      <w:r>
        <w:t xml:space="preserve">, </w:t>
      </w:r>
      <w:hyperlink r:id="rId14">
        <w:r>
          <w:rPr>
            <w:color w:val="0000EE"/>
            <w:u w:val="single"/>
          </w:rPr>
          <w:t>[5]</w:t>
        </w:r>
      </w:hyperlink>
      <w:r>
        <w:t xml:space="preserve">, </w:t>
      </w:r>
      <w:hyperlink r:id="rId15">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https://thehoteljournal.com/the-siam-review-bangkok-thailand/?utm_source=rss&amp;utm_medium=rss&amp;utm_campaign=the-siam-review-bangkok-thailand</w:t>
        </w:r>
      </w:hyperlink>
      <w:r>
        <w:t xml:space="preserve"> - Please view link - unable to able to access data</w:t>
      </w:r>
      <w:r/>
    </w:p>
    <w:p>
      <w:pPr>
        <w:pStyle w:val="ListNumber"/>
        <w:spacing w:line="240" w:lineRule="auto"/>
        <w:ind w:left="720"/>
      </w:pPr>
      <w:r/>
      <w:hyperlink r:id="rId10">
        <w:r>
          <w:rPr>
            <w:color w:val="0000EE"/>
            <w:u w:val="single"/>
          </w:rPr>
          <w:t>https://www.cntraveler.com/hotels/bangkok/the-siam</w:t>
        </w:r>
      </w:hyperlink>
      <w:r>
        <w:t xml:space="preserve"> - Condé Nast Traveler provides an in-depth review of The Siam, highlighting its unique blend of Art Deco and traditional Thai design. The article details the hotel's spacious suites, private villas with riverfront views, and its extensive collection of antiques. It also discusses the hotel's amenities, including a riverside infinity pool, multiple dining venues, and a private screening room. The review emphasizes the hotel's tranquil location away from Bangkok's hustle and bustle, offering a serene retreat for guests seeking luxury and cultural immersion.</w:t>
      </w:r>
      <w:r/>
    </w:p>
    <w:p>
      <w:pPr>
        <w:pStyle w:val="ListNumber"/>
        <w:spacing w:line="240" w:lineRule="auto"/>
        <w:ind w:left="720"/>
      </w:pPr>
      <w:r/>
      <w:hyperlink r:id="rId12">
        <w:r>
          <w:rPr>
            <w:color w:val="0000EE"/>
            <w:u w:val="single"/>
          </w:rPr>
          <w:t>https://www.fodors.com/world/asia/thailand/bangkok/hotels/reviews/the-siam-hotel-582843</w:t>
        </w:r>
      </w:hyperlink>
      <w:r>
        <w:t xml:space="preserve"> - Fodor's Travel offers a comprehensive review of The Siam Hotel, describing it as a luxurious riverside retreat that captures the essence of Thai culture. The article highlights the hotel's design, which combines Art Deco with traditional Thai elements, and its collection of antiques. It also details the hotel's amenities, including a riverside infinity pool, multiple dining venues, and unique experiences like 'wet-plate' photography and Sak Yant tattoo sessions. The review praises the hotel's intimate atmosphere and exceptional service.</w:t>
      </w:r>
      <w:r/>
    </w:p>
    <w:p>
      <w:pPr>
        <w:pStyle w:val="ListNumber"/>
        <w:spacing w:line="240" w:lineRule="auto"/>
        <w:ind w:left="720"/>
      </w:pPr>
      <w:r/>
      <w:hyperlink r:id="rId11">
        <w:r>
          <w:rPr>
            <w:color w:val="0000EE"/>
            <w:u w:val="single"/>
          </w:rPr>
          <w:t>https://www.booking.com/reviews/th/hotel/the-siam.html</w:t>
        </w:r>
      </w:hyperlink>
      <w:r>
        <w:t xml:space="preserve"> - Booking.com features verified guest reviews of The Siam Hotel, showcasing high ratings for location, amenities, service, and cleanliness. Guests commend the hotel's stunning design, attentive staff, and unique antique collection. The reviews also highlight the hotel's tranquil setting along the Chao Phraya River, providing a peaceful escape from the city's bustle. The complimentary riverboat service and proximity to attractions like Iconsiam are also appreciated. Overall, the reviews reflect a high level of guest satisfaction and recommend the hotel for its luxury and cultural offerings.</w:t>
      </w:r>
      <w:r/>
    </w:p>
    <w:p>
      <w:pPr>
        <w:pStyle w:val="ListNumber"/>
        <w:spacing w:line="240" w:lineRule="auto"/>
        <w:ind w:left="720"/>
      </w:pPr>
      <w:r/>
      <w:hyperlink r:id="rId14">
        <w:r>
          <w:rPr>
            <w:color w:val="0000EE"/>
            <w:u w:val="single"/>
          </w:rPr>
          <w:t>https://www.oyster.com/bangkok/hotels/the-siam/</w:t>
        </w:r>
      </w:hyperlink>
      <w:r>
        <w:t xml:space="preserve"> - Oyster.com provides an extensive review of The Siam, detailing its luxury amenities, including a gym, pool, spa, library, and cinema room. The article describes the hotel's lavish interiors, which offer a more intimate ambiance compared to other high-end hotels. It also highlights the villas with private plunge pools, hot tubs, and rooftop terraces. The review mentions the hotel's free boat transfer to the Skytrain and other city piers, as well as the personal concierge-style butler service. The review also notes some cons, such as the hotel's relative isolation from downtown attractions not on the river and mixed reviews for food and service at hotel restaurants.</w:t>
      </w:r>
      <w:r/>
    </w:p>
    <w:p>
      <w:pPr>
        <w:pStyle w:val="ListNumber"/>
        <w:spacing w:line="240" w:lineRule="auto"/>
        <w:ind w:left="720"/>
      </w:pPr>
      <w:r/>
      <w:hyperlink r:id="rId15">
        <w:r>
          <w:rPr>
            <w:color w:val="0000EE"/>
            <w:u w:val="single"/>
          </w:rPr>
          <w:t>https://www.tripadvisor.com/Hotel_Review-g293916-d2553477-Reviews-The_Siam-Bangkok.html</w:t>
        </w:r>
      </w:hyperlink>
      <w:r>
        <w:t xml:space="preserve"> - TripAdvisor features guest reviews of The Siam Hotel, with many guests describing it as one of the most luxurious hotels they've stayed in. Reviewers praise the hotel's unique atmosphere, which feels more like stepping into the private world of an art collector. The Thai restaurant at the hotel receives high praise for its fresh, beautifully prepared food and impeccable service. The reviews highlight the hotel's calm, elegant, and personal ambiance, setting it apart from larger luxury hotels in Bangkok.</w:t>
      </w:r>
      <w:r/>
    </w:p>
    <w:p>
      <w:pPr>
        <w:pStyle w:val="ListNumber"/>
        <w:spacing w:line="240" w:lineRule="auto"/>
        <w:ind w:left="720"/>
      </w:pPr>
      <w:r/>
      <w:hyperlink r:id="rId13">
        <w:r>
          <w:rPr>
            <w:color w:val="0000EE"/>
            <w:u w:val="single"/>
          </w:rPr>
          <w:t>https://www.travelplusstyle.com/hotels/the-siam-hotel-bangkok-hotel-review-travelplusstyle</w:t>
        </w:r>
      </w:hyperlink>
      <w:r>
        <w:t xml:space="preserve"> - TravelPlusStyle offers a detailed review of The Siam Hotel, emphasizing its reflection of the owners' obsessions with history, vintage cinema, jazz, antiques, Siamese culture, and Art Deco design. The article describes the hotel's serene location in the Royal Quarter, with its cozy and welcoming courtyard, black-and-white atrium, and gardens and pool villas by the river. It also highlights the collaboration between Krissada Sukosol Clapp and designer Bill Bensley in creating the hotel's unique vision, blending luxury with cultural immersion.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hoteljournal.com/the-siam-review-bangkok-thailand/?utm_source=rss&amp;utm_medium=rss&amp;utm_campaign=the-siam-review-bangkok-thailand" TargetMode="External"/><Relationship Id="rId10" Type="http://schemas.openxmlformats.org/officeDocument/2006/relationships/hyperlink" Target="https://www.cntraveler.com/hotels/bangkok/the-siam" TargetMode="External"/><Relationship Id="rId11" Type="http://schemas.openxmlformats.org/officeDocument/2006/relationships/hyperlink" Target="https://www.booking.com/reviews/th/hotel/the-siam.html" TargetMode="External"/><Relationship Id="rId12" Type="http://schemas.openxmlformats.org/officeDocument/2006/relationships/hyperlink" Target="https://www.fodors.com/world/asia/thailand/bangkok/hotels/reviews/the-siam-hotel-582843" TargetMode="External"/><Relationship Id="rId13" Type="http://schemas.openxmlformats.org/officeDocument/2006/relationships/hyperlink" Target="https://www.travelplusstyle.com/hotels/the-siam-hotel-bangkok-hotel-review-travelplusstyle" TargetMode="External"/><Relationship Id="rId14" Type="http://schemas.openxmlformats.org/officeDocument/2006/relationships/hyperlink" Target="https://www.oyster.com/bangkok/hotels/the-siam/" TargetMode="External"/><Relationship Id="rId15" Type="http://schemas.openxmlformats.org/officeDocument/2006/relationships/hyperlink" Target="https://www.tripadvisor.com/Hotel_Review-g293916-d2553477-Reviews-The_Siam-Bangkok.html"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