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 Bangkok’s bold design elevates the city’s luxury hotel scene with new skyline views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SO/ Bangkok remains one of Bangkok’s most distinctive luxury hotels for travellers who want style, skyline views and a location that feels connected to the city rather than cut off from it. Overlooking Lumphini Park and set near the MRT, the property combines a modern, design-led atmosphere with practical access to shopping, business districts and tourist sights. Industry summaries consistently describe it as a five-star stay with a strong identity, particularly appealing to couples, first-time visitors and guests who prefer contemporary flair over old-school grandeur.</w:t>
      </w:r>
      <w:r/>
    </w:p>
    <w:p>
      <w:r/>
      <w:r>
        <w:t>The hotel’s design is a major part of its appeal. According to independent hotel round-ups, SO/ Bangkok has 237 rooms inspired by the five elements, with interiors that are meant to feel bold and theatrical rather than standard-issue luxury. Guests repeatedly praise the dramatic public spaces, the signature scent and the sense that the hotel is trying to create an experience, not just provide a bed for the night. That same design ambition is what sets it apart from more traditional Bangkok grande dames.</w:t>
      </w:r>
      <w:r/>
    </w:p>
    <w:p>
      <w:r/>
      <w:r>
        <w:t>Rooms are generally described as spacious and comfortable, with city or park views that make the most of the tower’s height. Guest feedback on review sites is especially positive about the beds, the sense of space and the views, although some travellers note that parts of the hotel are starting to show age or need more consistent upkeep. That mix of praise and criticism suggests a property with real personality and strong bones, but one that can feel a little uneven in places.</w:t>
      </w:r>
      <w:r/>
    </w:p>
    <w:p>
      <w:r/>
      <w:r>
        <w:t>The standout amenity is the rooftop-style infinity pool, which looks directly over Lumphini Park and the Bangkok skyline. It is frequently singled out as one of the city’s best hotel pools, and the same is often said of the bar and lounge areas that make the most of the view. The gym also benefits from the elevated position, while breakfast earns especially strong reviews for its range and quality. For many guests, these facilities are the difference between a convenient city hotel and a stay that feels memorable.</w:t>
      </w:r>
      <w:r/>
    </w:p>
    <w:p>
      <w:r/>
      <w:r>
        <w:t>Service is generally rated as warm and helpful, though some reviews mention that delivery can be less consistent when the hotel is busy. Even so, the overall picture is of a property that gives good value for a high-end Bangkok stay, particularly when rates are competitive. For travellers who want easy transport, park views and a more youthful take on luxury, SO/ Bangkok still looks like a strong choice.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w:t>
      </w:r>
      <w:hyperlink r:id="rId15">
        <w:r>
          <w:rPr>
            <w:color w:val="0000EE"/>
            <w:u w:val="single"/>
          </w:rPr>
          <w:t>[6]</w:t>
        </w:r>
      </w:hyperlink>
      <w:r>
        <w:t xml:space="preserve">- Paragraph 5: </w:t>
      </w:r>
      <w:hyperlink r:id="rId14">
        <w:r>
          <w:rPr>
            <w:color w:val="0000EE"/>
            <w:u w:val="single"/>
          </w:rPr>
          <w:t>[4]</w:t>
        </w:r>
      </w:hyperlink>
      <w:r>
        <w:t xml:space="preserve">, </w:t>
      </w:r>
      <w:hyperlink r:id="rId11">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https://travelwithhayden.com/so-bangkok-review/</w:t>
        </w:r>
      </w:hyperlink>
      <w:r>
        <w:t xml:space="preserve"> - Please view link - unable to able to access data</w:t>
      </w:r>
      <w:r/>
    </w:p>
    <w:p>
      <w:pPr>
        <w:pStyle w:val="ListNumber"/>
        <w:spacing w:line="240" w:lineRule="auto"/>
        <w:ind w:left="720"/>
      </w:pPr>
      <w:r/>
      <w:hyperlink r:id="rId10">
        <w:r>
          <w:rPr>
            <w:color w:val="0000EE"/>
            <w:u w:val="single"/>
          </w:rPr>
          <w:t>https://elitestay.travel/hotels/so-bangkok/</w:t>
        </w:r>
      </w:hyperlink>
      <w:r>
        <w:t xml:space="preserve"> - This review highlights SO/ Bangkok's design-forward approach, featuring 237 rooms themed around the five elements, and its location overlooking Lumphini Park. The rooftop pool and bar are frequently praised as among the best in Bangkok. Guests commend the striking design and helpful staff, though some note maintenance issues and wear in certain areas. The hotel is situated at the crossroads of North Sathorn and Rama IV roads, a short walk from Lumpini MRT station, offering convenient access to the city's attractions.</w:t>
      </w:r>
      <w:r/>
    </w:p>
    <w:p>
      <w:pPr>
        <w:pStyle w:val="ListNumber"/>
        <w:spacing w:line="240" w:lineRule="auto"/>
        <w:ind w:left="720"/>
      </w:pPr>
      <w:r/>
      <w:hyperlink r:id="rId12">
        <w:r>
          <w:rPr>
            <w:color w:val="0000EE"/>
            <w:u w:val="single"/>
          </w:rPr>
          <w:t>https://bangkoknightlife.com/so-bangkok/</w:t>
        </w:r>
      </w:hyperlink>
      <w:r>
        <w:t xml:space="preserve"> - SO/ Bangkok is a 5-star luxury hotel located in the heart of Bangkok's commercial district, bordering Lumphini Park. The review emphasizes the hotel's sexy interior decor and amenities, setting a new standard for leisure hotels in the city. It details the rooms and amenities, restaurants and bars, facilities, and nearby attractions, providing a comprehensive overview of what guests can expect during their stay.</w:t>
      </w:r>
      <w:r/>
    </w:p>
    <w:p>
      <w:pPr>
        <w:pStyle w:val="ListNumber"/>
        <w:spacing w:line="240" w:lineRule="auto"/>
        <w:ind w:left="720"/>
      </w:pPr>
      <w:r/>
      <w:hyperlink r:id="rId14">
        <w:r>
          <w:rPr>
            <w:color w:val="0000EE"/>
            <w:u w:val="single"/>
          </w:rPr>
          <w:t>https://www.tripadvisor.com/Hotel_Review-g293916-d2421117-Reviews-or2180-SO_Bangkok-Bangkok.html</w:t>
        </w:r>
      </w:hyperlink>
      <w:r>
        <w:t xml:space="preserve"> - This TripAdvisor page offers a collection of reviews for SO/ Bangkok, summarizing guest experiences and ratings. The hotel is celebrated for its spacious, comfortable rooms with impressive views, though some travelers point out maintenance issues and dated decor. Service is generally praised for being friendly and attentive, but inconsistencies are noted during busy times. Amenities like the infinity pool and gym are popular, although some mention aging facilities. The location is favored for its proximity to attractions.</w:t>
      </w:r>
      <w:r/>
    </w:p>
    <w:p>
      <w:pPr>
        <w:pStyle w:val="ListNumber"/>
        <w:spacing w:line="240" w:lineRule="auto"/>
        <w:ind w:left="720"/>
      </w:pPr>
      <w:r/>
      <w:hyperlink r:id="rId11">
        <w:r>
          <w:rPr>
            <w:color w:val="0000EE"/>
            <w:u w:val="single"/>
          </w:rPr>
          <w:t>https://www.kayak.com/Bangkok-Hotels-So-Sofitel-Bangkok.602962.ksp</w:t>
        </w:r>
      </w:hyperlink>
      <w:r>
        <w:t xml:space="preserve"> - KAYAK provides a summary of reviews for SO/ Bangkok, highlighting the hotel's excellent location, beautiful views, and proximity to attractions. The breakfast selection is frequently highlighted as outstanding, with several guests calling it one of the best they've had. The pool area, especially the rooftop pool, is a favorite for its ambiance and views. Service is generally described as friendly and helpful, though a few reviews noted occasional lapses. Cleanliness and modern design are also appreciated, contributing to a comfortable and pleasant stay overall.</w:t>
      </w:r>
      <w:r/>
    </w:p>
    <w:p>
      <w:pPr>
        <w:pStyle w:val="ListNumber"/>
        <w:spacing w:line="240" w:lineRule="auto"/>
        <w:ind w:left="720"/>
      </w:pPr>
      <w:r/>
      <w:hyperlink r:id="rId15">
        <w:r>
          <w:rPr>
            <w:color w:val="0000EE"/>
            <w:u w:val="single"/>
          </w:rPr>
          <w:t>https://go2-thailand.com/hotel/so-bangkok/</w:t>
        </w:r>
      </w:hyperlink>
      <w:r>
        <w:t xml:space="preserve"> - This independent hotel analysis of SO/ Bangkok highlights its vibrant, design-centric 5-star experience with rooms themed by Thai designers and standout amenities like an infinity pool and rooftop bar overlooking Lumphini Park. It's ideal for design lovers, couples, business travelers, and nightlife seekers who appreciate creative flair in the Silom financial district. The review provides a quick verdict, price tier, and best-fit recommendations for potential guests.</w:t>
      </w:r>
      <w:r/>
    </w:p>
    <w:p>
      <w:pPr>
        <w:pStyle w:val="ListNumber"/>
        <w:spacing w:line="240" w:lineRule="auto"/>
        <w:ind w:left="720"/>
      </w:pPr>
      <w:r/>
      <w:hyperlink r:id="rId13">
        <w:r>
          <w:rPr>
            <w:color w:val="0000EE"/>
            <w:u w:val="single"/>
          </w:rPr>
          <w:t>https://www.hotels.com/ho389534/so-bangkok-bangkok-thailand/</w:t>
        </w:r>
      </w:hyperlink>
      <w:r>
        <w:t xml:space="preserve"> - Hotels.com offers an overview of SO/ Bangkok, describing it as bringing high-gloss modern energy to Sathorn, with a signature lemongrass scent and bold, avant-garde design. The hotel features rooms themed around Feng Shui’s Five Elements, with moods that shift as you move from room corridors to social corners. Across the street, Lumpini Park adds a green counterpoint to the skyline. Amenities include a rooftop infinity pool, two bars/lounges, and a rooftop bar, with a 9.2 out of 10 rating from 1,005 reviews.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withhayden.com/so-bangkok-review/" TargetMode="External"/><Relationship Id="rId10" Type="http://schemas.openxmlformats.org/officeDocument/2006/relationships/hyperlink" Target="https://elitestay.travel/hotels/so-bangkok/" TargetMode="External"/><Relationship Id="rId11" Type="http://schemas.openxmlformats.org/officeDocument/2006/relationships/hyperlink" Target="https://www.kayak.com/Bangkok-Hotels-So-Sofitel-Bangkok.602962.ksp" TargetMode="External"/><Relationship Id="rId12" Type="http://schemas.openxmlformats.org/officeDocument/2006/relationships/hyperlink" Target="https://bangkoknightlife.com/so-bangkok/" TargetMode="External"/><Relationship Id="rId13" Type="http://schemas.openxmlformats.org/officeDocument/2006/relationships/hyperlink" Target="https://www.hotels.com/ho389534/so-bangkok-bangkok-thailand/" TargetMode="External"/><Relationship Id="rId14" Type="http://schemas.openxmlformats.org/officeDocument/2006/relationships/hyperlink" Target="https://www.tripadvisor.com/Hotel_Review-g293916-d2421117-Reviews-or2180-SO_Bangkok-Bangkok.html" TargetMode="External"/><Relationship Id="rId15" Type="http://schemas.openxmlformats.org/officeDocument/2006/relationships/hyperlink" Target="https://go2-thailand.com/hotel/so-bangko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