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Nan Bei launches bi-weekly Friday night dining experience with skyline views and lively atmosphere in Bangkok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Nan Bei at Rosewood Bangkok has added a new reason to book a Friday night in the city, with the launch of "Friday Night Table", a bi-weekly dining experience built around sharing plates, cocktails and a lively late-week atmosphere. Set on the 19th floor above Ploenchit Road, the restaurant pairs skyline views with a more sociable, less formal take on Chinese dining, making it especially appealing for travellers looking for an evening that feels both polished and relaxed.</w:t>
      </w:r>
      <w:r/>
    </w:p>
    <w:p>
      <w:r/>
      <w:r>
        <w:t>The menu is designed for groups, with dishes from northern and southern China served alongside house cocktails, wine and Champagne. According to the hotel, the concept includes Nan Bei signatures such as Tamarind Flaming Duck, house-made dim sum, Rou Jia Mo, a barbecued platter, Crispy Organic Chicken with Star Anise Salt and a choice of claypot rice, braised eggplant or Dan Dan noodles. The format is clearly aimed at diners who want to linger rather than rush, and the music and drinks programme are intended to carry the evening from dinner into the weekend.</w:t>
      </w:r>
      <w:r/>
    </w:p>
    <w:p>
      <w:r/>
      <w:r>
        <w:t>For visitors planning a stay in Bangkok, Nan Bei is one of the Rosewood’s more notable dining cards. Executive Chef Matthew Geng, who was born in Beijing and has more than 27 years’ experience, brings a broad regional Chinese perspective to the kitchen, while the restaurant’s everyday lunch and dinner service gives guests more than one way to experience it. Travel listings and local dining guides also note the restaurant’s city views and its reputation for polished execution, particularly on duck and dim sum.</w:t>
      </w:r>
      <w:r/>
    </w:p>
    <w:p>
      <w:r/>
      <w:r>
        <w:t>"Friday Night Table" runs every other Friday from 6 p.m. to 10 p.m., priced at THB 1,680++ per person including tea, with a reduced rate for children aged six to 12. The hotel also offers add-ons such as Perseus caviar and suckling pig with Chinese bun, while a partial à la carte menu is available for those who prefer to order more selectively. Reservations can be made directly with the restaurant, which makes it a convenient option for guests already staying at Rosewood Bangkok and for anyone seeking an elevated Chinese dinner in central Bangkok.</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[1]</w:t>
        </w:r>
      </w:hyperlink>
      <w:r>
        <w:t xml:space="preserve">, </w:t>
      </w:r>
      <w:hyperlink r:id="rId9">
        <w:r>
          <w:rPr>
            <w:color w:val="0000EE"/>
            <w:u w:val="single"/>
          </w:rPr>
          <w:t>[2]</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9">
        <w:r>
          <w:rPr>
            <w:color w:val="0000EE"/>
            <w:u w:val="single"/>
          </w:rPr>
          <w:t>[2]</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https://www.breakingtravelnews.com/news/article/nan-bei-introduces-the-friday-night-table-a-new-weekend-destination-in-bang/</w:t>
        </w:r>
      </w:hyperlink>
      <w:r>
        <w:t xml:space="preserve"> - Please view link - unable to able to access data</w:t>
      </w:r>
      <w:r/>
    </w:p>
    <w:p>
      <w:pPr>
        <w:pStyle w:val="ListNumber"/>
        <w:spacing w:line="240" w:lineRule="auto"/>
        <w:ind w:left="720"/>
      </w:pPr>
      <w:r/>
      <w:hyperlink r:id="rId9">
        <w:r>
          <w:rPr>
            <w:color w:val="0000EE"/>
            <w:u w:val="single"/>
          </w:rPr>
          <w:t>https://www.breakingtravelnews.com/news/article/nan-bei-introduces-the-friday-night-table-a-new-weekend-destination-in-bang/</w:t>
        </w:r>
      </w:hyperlink>
      <w:r>
        <w:t xml:space="preserve"> - Nan Bei at Rosewood Bangkok has introduced the 'Friday Night Table', a bi-weekly dining experience that celebrates Chinese cuisine and brings friends and family together at the start of the weekend. The menu features authentic flavours from Northern and Southern China, complemented by crafted cocktails, wine, Champagne, and a lively soundtrack. The experience is available every other Friday from 6 p.m. to 10 p.m., priced at THB 1,680++ per person, including tea; THB 840++ per child aged 6–12. For reservations, contact +66 2 080 0080 or email bangkok.nanbei@rosewoodhotels.com.</w:t>
      </w:r>
      <w:r/>
    </w:p>
    <w:p>
      <w:pPr>
        <w:pStyle w:val="ListNumber"/>
        <w:spacing w:line="240" w:lineRule="auto"/>
        <w:ind w:left="720"/>
      </w:pPr>
      <w:r/>
      <w:hyperlink r:id="rId10">
        <w:r>
          <w:rPr>
            <w:color w:val="0000EE"/>
            <w:u w:val="single"/>
          </w:rPr>
          <w:t>https://www.rosewoodhotels.com/en/bangkok/dining/nan-bei</w:t>
        </w:r>
      </w:hyperlink>
      <w:r>
        <w:t xml:space="preserve"> - Nan Bei, located on the 19th floor of Rosewood Bangkok, offers authentic Chinese cuisine with influences from both Northern and Southern China. The restaurant is led by Executive Chef Matthew Geng, who brings over 27 years of experience to the establishment. Nan Bei is open daily for lunch from 11:30 a.m. to 2:30 p.m. and dinner from 6 p.m. to 10 p.m. For reservations, call +66 2 080 0080 or email bangkok.nanbei@rosewoodhotels.com.</w:t>
      </w:r>
      <w:r/>
    </w:p>
    <w:p>
      <w:pPr>
        <w:pStyle w:val="ListNumber"/>
        <w:spacing w:line="240" w:lineRule="auto"/>
        <w:ind w:left="720"/>
      </w:pPr>
      <w:r/>
      <w:hyperlink r:id="rId11">
        <w:r>
          <w:rPr>
            <w:color w:val="0000EE"/>
            <w:u w:val="single"/>
          </w:rPr>
          <w:t>https://fridaybangkok.com/en/v/nan-bei</w:t>
        </w:r>
      </w:hyperlink>
      <w:r>
        <w:t xml:space="preserve"> - Nan Bei at Rosewood Bangkok is a stylish and sophisticated fine-dining Chinese restaurant. The menu features expertly executed dishes such as honey-glazed prawns, abalone siu mai, and hand-pulled noodles with Wagyu beef broth. Signature items like Peking duck and suckling pig are served with crispy skin and moist meat. The restaurant is open daily from 11:30 a.m. to 10:30 p.m., with a daily closure from 2:30 p.m. to 6:00 p.m. For reservations, call 02 080 0080.</w:t>
      </w:r>
      <w:r/>
    </w:p>
    <w:p>
      <w:pPr>
        <w:pStyle w:val="ListNumber"/>
        <w:spacing w:line="240" w:lineRule="auto"/>
        <w:ind w:left="720"/>
      </w:pPr>
      <w:r/>
      <w:hyperlink r:id="rId12">
        <w:r>
          <w:rPr>
            <w:color w:val="0000EE"/>
            <w:u w:val="single"/>
          </w:rPr>
          <w:t>https://www.tripadvisor.com/Restaurant_Review-g293916-d16798311-Reviews-Nan_Bei-Bangkok.html</w:t>
        </w:r>
      </w:hyperlink>
      <w:r>
        <w:t xml:space="preserve"> - Nan Bei, located on the 19th floor of the Rosewood Hotel in Bangkok, offers stunning city views alongside its Chinese cuisine. Recommended dishes include braised abalone, braised pork belly, and the highly praised Peking duck, which is roasted over lychee wood. The restaurant is open daily for lunch from 11:30 a.m. to 2:30 p.m. and dinner from 6:00 p.m. to 10:30 p.m. For reservations, call 02 080 0080.</w:t>
      </w:r>
      <w:r/>
    </w:p>
    <w:p>
      <w:pPr>
        <w:pStyle w:val="ListNumber"/>
        <w:spacing w:line="240" w:lineRule="auto"/>
        <w:ind w:left="720"/>
      </w:pPr>
      <w:r/>
      <w:hyperlink r:id="rId13">
        <w:r>
          <w:rPr>
            <w:color w:val="0000EE"/>
            <w:u w:val="single"/>
          </w:rPr>
          <w:t>https://whybangkok.com/restaurants/nan-bei/</w:t>
        </w:r>
      </w:hyperlink>
      <w:r>
        <w:t xml:space="preserve"> - Nan Bei, a Chinese restaurant in Bangkok, is recommended in the Michelin Guide. Located on the 19th floor of Rosewood Bangkok, it offers a variety of Chinese dishes, including Peking duck, braised abalone, and hand-pulled noodles with Wagyu beef broth. The restaurant is open daily from 11:30 a.m. to 10:30 p.m., with a daily closure from 2:30 p.m. to 6:00 p.m. For reservations, call 02 080 0080.</w:t>
      </w:r>
      <w:r/>
    </w:p>
    <w:p>
      <w:pPr>
        <w:pStyle w:val="ListNumber"/>
        <w:spacing w:line="240" w:lineRule="auto"/>
        <w:ind w:left="720"/>
      </w:pPr>
      <w:r/>
      <w:hyperlink r:id="rId14">
        <w:r>
          <w:rPr>
            <w:color w:val="0000EE"/>
            <w:u w:val="single"/>
          </w:rPr>
          <w:t>https://m.rosewoodhotels.com/en/bangkok/dining/dining-offers</w:t>
        </w:r>
      </w:hyperlink>
      <w:r>
        <w:t xml:space="preserve"> - Rosewood Bangkok offers various dining experiences, including the Nan Bei Executive Lunch, available Monday to Friday from 11:30 a.m. to 2:30 p.m. for THB 780++ per person. This lunch set includes a selection of soups, dim sum, appetizers, noodles, and desserts, providing a quick and satisfying meal. For reservations, call +66 2 080 0080 or email bangkok.nanbei@rosewoodhotels.com.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nan-bei-introduces-the-friday-night-table-a-new-weekend-destination-in-bang/" TargetMode="External"/><Relationship Id="rId10" Type="http://schemas.openxmlformats.org/officeDocument/2006/relationships/hyperlink" Target="https://www.rosewoodhotels.com/en/bangkok/dining/nan-bei" TargetMode="External"/><Relationship Id="rId11" Type="http://schemas.openxmlformats.org/officeDocument/2006/relationships/hyperlink" Target="https://fridaybangkok.com/en/v/nan-bei" TargetMode="External"/><Relationship Id="rId12" Type="http://schemas.openxmlformats.org/officeDocument/2006/relationships/hyperlink" Target="https://www.tripadvisor.com/Restaurant_Review-g293916-d16798311-Reviews-Nan_Bei-Bangkok.html" TargetMode="External"/><Relationship Id="rId13" Type="http://schemas.openxmlformats.org/officeDocument/2006/relationships/hyperlink" Target="https://whybangkok.com/restaurants/nan-bei/" TargetMode="External"/><Relationship Id="rId14" Type="http://schemas.openxmlformats.org/officeDocument/2006/relationships/hyperlink" Target="https://m.rosewoodhotels.com/en/bangkok/dining/dining-offers"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